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AC417" w14:textId="77777777" w:rsidR="00561E14" w:rsidRPr="00602D71" w:rsidRDefault="005E0622">
      <w:pPr>
        <w:spacing w:before="880" w:after="160"/>
        <w:rPr>
          <w:lang w:val="ru-RU"/>
        </w:rPr>
      </w:pPr>
      <w:r w:rsidRPr="00602D71">
        <w:rPr>
          <w:rFonts w:eastAsia="Arial" w:cs="Arial"/>
          <w:b/>
          <w:color w:val="087CEB"/>
          <w:sz w:val="32"/>
          <w:lang w:val="ru-RU"/>
        </w:rPr>
        <w:t>ЗАЕЗДО</w:t>
      </w:r>
    </w:p>
    <w:p w14:paraId="38815F9A" w14:textId="77777777" w:rsidR="00561E14" w:rsidRPr="00602D71" w:rsidRDefault="005E0622">
      <w:pPr>
        <w:spacing w:before="300" w:after="40"/>
        <w:rPr>
          <w:lang w:val="ru-RU"/>
        </w:rPr>
      </w:pPr>
      <w:r>
        <w:rPr>
          <w:rFonts w:eastAsia="Arial" w:cs="Arial"/>
          <w:b/>
          <w:color w:val="18324E"/>
          <w:sz w:val="70"/>
        </w:rPr>
        <w:t>API</w:t>
      </w:r>
      <w:r w:rsidRPr="00602D71">
        <w:rPr>
          <w:rFonts w:eastAsia="Arial" w:cs="Arial"/>
          <w:b/>
          <w:color w:val="18324E"/>
          <w:sz w:val="70"/>
          <w:lang w:val="ru-RU"/>
        </w:rPr>
        <w:t xml:space="preserve"> </w:t>
      </w:r>
      <w:proofErr w:type="spellStart"/>
      <w:r w:rsidRPr="00602D71">
        <w:rPr>
          <w:rFonts w:eastAsia="Arial" w:cs="Arial"/>
          <w:b/>
          <w:color w:val="18324E"/>
          <w:sz w:val="70"/>
          <w:lang w:val="ru-RU"/>
        </w:rPr>
        <w:t>Заездо</w:t>
      </w:r>
      <w:proofErr w:type="spellEnd"/>
    </w:p>
    <w:p w14:paraId="563D6817" w14:textId="77777777" w:rsidR="00561E14" w:rsidRPr="00602D71" w:rsidRDefault="005E0622">
      <w:pPr>
        <w:spacing w:after="440"/>
        <w:rPr>
          <w:lang w:val="ru-RU"/>
        </w:rPr>
      </w:pPr>
      <w:r w:rsidRPr="00602D71">
        <w:rPr>
          <w:rFonts w:eastAsia="Arial" w:cs="Arial"/>
          <w:color w:val="637589"/>
          <w:sz w:val="36"/>
          <w:lang w:val="ru-RU"/>
        </w:rPr>
        <w:t>Документация методов интеграции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28"/>
      </w:tblGrid>
      <w:tr w:rsidR="00561E14" w:rsidRPr="00ED3B50" w14:paraId="03658461" w14:textId="77777777">
        <w:trPr>
          <w:cantSplit/>
        </w:trPr>
        <w:tc>
          <w:tcPr>
            <w:tcW w:w="9728" w:type="dxa"/>
            <w:shd w:val="clear" w:color="auto" w:fill="087CEB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2FB2" w14:textId="77777777" w:rsidR="00561E14" w:rsidRPr="00602D71" w:rsidRDefault="005E0622">
            <w:pPr>
              <w:spacing w:after="0" w:line="240" w:lineRule="auto"/>
              <w:rPr>
                <w:lang w:val="ru-RU"/>
              </w:rPr>
            </w:pPr>
            <w:r w:rsidRPr="00602D71">
              <w:rPr>
                <w:rFonts w:eastAsia="Arial" w:cs="Arial"/>
                <w:sz w:val="2"/>
                <w:lang w:val="ru-RU"/>
              </w:rPr>
              <w:t xml:space="preserve"> </w:t>
            </w:r>
          </w:p>
        </w:tc>
      </w:tr>
    </w:tbl>
    <w:p w14:paraId="68942001" w14:textId="77777777" w:rsidR="00561E14" w:rsidRPr="00602D71" w:rsidRDefault="00561E14">
      <w:pPr>
        <w:spacing w:after="420"/>
        <w:rPr>
          <w:lang w:val="ru-RU"/>
        </w:rPr>
      </w:pPr>
    </w:p>
    <w:p w14:paraId="159CAAFF" w14:textId="77777777" w:rsidR="00561E14" w:rsidRPr="00602D71" w:rsidRDefault="005E0622">
      <w:pPr>
        <w:spacing w:after="200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Протокол</w:t>
      </w:r>
      <w:r w:rsidRPr="00602D71">
        <w:rPr>
          <w:rFonts w:eastAsia="Arial" w:cs="Arial"/>
          <w:lang w:val="ru-RU"/>
        </w:rPr>
        <w:t xml:space="preserve">   </w:t>
      </w:r>
      <w:r>
        <w:rPr>
          <w:rFonts w:eastAsia="Arial" w:cs="Arial"/>
        </w:rPr>
        <w:t>HTTPS</w:t>
      </w:r>
      <w:r w:rsidRPr="00602D71">
        <w:rPr>
          <w:rFonts w:eastAsia="Arial" w:cs="Arial"/>
          <w:lang w:val="ru-RU"/>
        </w:rPr>
        <w:t xml:space="preserve"> / </w:t>
      </w:r>
      <w:r>
        <w:rPr>
          <w:rFonts w:eastAsia="Arial" w:cs="Arial"/>
        </w:rPr>
        <w:t>REST</w:t>
      </w:r>
      <w:r w:rsidRPr="00602D71">
        <w:rPr>
          <w:rFonts w:eastAsia="Arial" w:cs="Arial"/>
          <w:lang w:val="ru-RU"/>
        </w:rPr>
        <w:t xml:space="preserve"> / </w:t>
      </w:r>
      <w:r>
        <w:rPr>
          <w:rFonts w:eastAsia="Arial" w:cs="Arial"/>
        </w:rPr>
        <w:t>JSON</w:t>
      </w:r>
    </w:p>
    <w:p w14:paraId="3658A9F1" w14:textId="77777777" w:rsidR="00561E14" w:rsidRPr="00602D71" w:rsidRDefault="005E0622">
      <w:pPr>
        <w:spacing w:after="200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Авторизация</w:t>
      </w:r>
      <w:r w:rsidRPr="00602D71">
        <w:rPr>
          <w:rFonts w:eastAsia="Arial" w:cs="Arial"/>
          <w:lang w:val="ru-RU"/>
        </w:rPr>
        <w:t xml:space="preserve">   </w:t>
      </w:r>
      <w:r>
        <w:rPr>
          <w:rFonts w:eastAsia="Arial" w:cs="Arial"/>
        </w:rPr>
        <w:t>Bearer</w:t>
      </w:r>
      <w:r w:rsidRPr="00602D71">
        <w:rPr>
          <w:rFonts w:eastAsia="Arial" w:cs="Arial"/>
          <w:lang w:val="ru-RU"/>
        </w:rPr>
        <w:t xml:space="preserve"> </w:t>
      </w:r>
      <w:r>
        <w:rPr>
          <w:rFonts w:eastAsia="Arial" w:cs="Arial"/>
        </w:rPr>
        <w:t>Token</w:t>
      </w:r>
    </w:p>
    <w:p w14:paraId="027C49F6" w14:textId="77777777" w:rsidR="00561E14" w:rsidRPr="00602D71" w:rsidRDefault="005E0622">
      <w:pPr>
        <w:spacing w:after="200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Базовый адрес</w:t>
      </w:r>
      <w:r w:rsidRPr="00602D71">
        <w:rPr>
          <w:rFonts w:eastAsia="Arial" w:cs="Arial"/>
          <w:lang w:val="ru-RU"/>
        </w:rPr>
        <w:t xml:space="preserve">   </w:t>
      </w:r>
      <w:r>
        <w:rPr>
          <w:rFonts w:eastAsia="Arial" w:cs="Arial"/>
        </w:rPr>
        <w:t>https</w:t>
      </w:r>
      <w:r w:rsidRPr="00602D71">
        <w:rPr>
          <w:rFonts w:eastAsia="Arial" w:cs="Arial"/>
          <w:lang w:val="ru-RU"/>
        </w:rPr>
        <w:t>://</w:t>
      </w:r>
      <w:r>
        <w:rPr>
          <w:rFonts w:eastAsia="Arial" w:cs="Arial"/>
        </w:rPr>
        <w:t>app</w:t>
      </w:r>
      <w:r w:rsidRPr="00602D71">
        <w:rPr>
          <w:rFonts w:eastAsia="Arial" w:cs="Arial"/>
          <w:lang w:val="ru-RU"/>
        </w:rPr>
        <w:t>.</w:t>
      </w:r>
      <w:proofErr w:type="spellStart"/>
      <w:r>
        <w:rPr>
          <w:rFonts w:eastAsia="Arial" w:cs="Arial"/>
        </w:rPr>
        <w:t>zaezdo</w:t>
      </w:r>
      <w:proofErr w:type="spellEnd"/>
      <w:r w:rsidRPr="00602D71">
        <w:rPr>
          <w:rFonts w:eastAsia="Arial" w:cs="Arial"/>
          <w:lang w:val="ru-RU"/>
        </w:rPr>
        <w:t>.</w:t>
      </w:r>
      <w:r>
        <w:rPr>
          <w:rFonts w:eastAsia="Arial" w:cs="Arial"/>
        </w:rPr>
        <w:t>pro</w:t>
      </w:r>
      <w:r w:rsidRPr="00602D71">
        <w:rPr>
          <w:rFonts w:eastAsia="Arial" w:cs="Arial"/>
          <w:lang w:val="ru-RU"/>
        </w:rPr>
        <w:t>/</w:t>
      </w:r>
      <w:proofErr w:type="spellStart"/>
      <w:r>
        <w:rPr>
          <w:rFonts w:eastAsia="Arial" w:cs="Arial"/>
        </w:rPr>
        <w:t>api</w:t>
      </w:r>
      <w:proofErr w:type="spellEnd"/>
      <w:r w:rsidRPr="00602D71">
        <w:rPr>
          <w:rFonts w:eastAsia="Arial" w:cs="Arial"/>
          <w:lang w:val="ru-RU"/>
        </w:rPr>
        <w:t>/</w:t>
      </w:r>
      <w:r>
        <w:rPr>
          <w:rFonts w:eastAsia="Arial" w:cs="Arial"/>
        </w:rPr>
        <w:t>v</w:t>
      </w:r>
      <w:r w:rsidRPr="00602D71">
        <w:rPr>
          <w:rFonts w:eastAsia="Arial" w:cs="Arial"/>
          <w:lang w:val="ru-RU"/>
        </w:rPr>
        <w:t>1</w:t>
      </w:r>
    </w:p>
    <w:p w14:paraId="752E19D0" w14:textId="77777777" w:rsidR="00561E14" w:rsidRPr="00602D71" w:rsidRDefault="00561E14">
      <w:pPr>
        <w:spacing w:after="128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728"/>
      </w:tblGrid>
      <w:tr w:rsidR="00561E14" w:rsidRPr="00ED3B50" w14:paraId="746B7BDC" w14:textId="77777777">
        <w:trPr>
          <w:cantSplit/>
        </w:trPr>
        <w:tc>
          <w:tcPr>
            <w:tcW w:w="9728" w:type="dxa"/>
            <w:tcBorders>
              <w:top w:val="single" w:sz="5" w:space="0" w:color="EEF6FE"/>
              <w:left w:val="single" w:sz="5" w:space="0" w:color="EEF6FE"/>
              <w:bottom w:val="single" w:sz="5" w:space="0" w:color="EEF6FE"/>
              <w:right w:val="single" w:sz="5" w:space="0" w:color="EEF6FE"/>
            </w:tcBorders>
            <w:shd w:val="clear" w:color="auto" w:fill="EEF6FE"/>
            <w:tcMar>
              <w:top w:w="230" w:type="dxa"/>
              <w:left w:w="260" w:type="dxa"/>
              <w:bottom w:w="230" w:type="dxa"/>
              <w:right w:w="250" w:type="dxa"/>
            </w:tcMar>
          </w:tcPr>
          <w:p w14:paraId="04A12A4B" w14:textId="77777777" w:rsidR="00561E14" w:rsidRPr="00602D71" w:rsidRDefault="005E0622">
            <w:pPr>
              <w:spacing w:after="160" w:line="288" w:lineRule="auto"/>
              <w:rPr>
                <w:lang w:val="ru-RU"/>
              </w:rPr>
            </w:pPr>
            <w:r w:rsidRPr="00602D71">
              <w:rPr>
                <w:rFonts w:eastAsia="Arial" w:cs="Arial"/>
                <w:b/>
                <w:color w:val="145CA8"/>
                <w:sz w:val="20"/>
                <w:lang w:val="ru-RU"/>
              </w:rPr>
              <w:t>О ДОКУМЕНТЕ</w:t>
            </w:r>
          </w:p>
          <w:p w14:paraId="35E02EAD" w14:textId="77777777" w:rsidR="00561E14" w:rsidRPr="00602D71" w:rsidRDefault="005E0622">
            <w:pPr>
              <w:spacing w:after="0" w:line="307" w:lineRule="auto"/>
              <w:rPr>
                <w:lang w:val="ru-RU"/>
              </w:rPr>
            </w:pPr>
            <w:r w:rsidRPr="00602D71">
              <w:rPr>
                <w:lang w:val="ru-RU"/>
              </w:rPr>
              <w:t>Руководство для разработчиков интеграции с Заездо: подключение, запросы, ответы и обработка ошибок методов API v1.</w:t>
            </w:r>
          </w:p>
        </w:tc>
      </w:tr>
    </w:tbl>
    <w:p w14:paraId="5A7B9F08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br w:type="page"/>
      </w:r>
    </w:p>
    <w:p w14:paraId="5390D657" w14:textId="77777777" w:rsidR="00561E14" w:rsidRPr="00602D71" w:rsidRDefault="005E0622">
      <w:pPr>
        <w:pStyle w:val="1"/>
        <w:rPr>
          <w:lang w:val="ru-RU"/>
        </w:rPr>
      </w:pPr>
      <w:bookmarkStart w:id="0" w:name="section_01"/>
      <w:proofErr w:type="gramStart"/>
      <w:r w:rsidRPr="00602D71">
        <w:rPr>
          <w:rFonts w:ascii="Arial" w:eastAsia="Arial" w:hAnsi="Arial" w:cs="Arial"/>
          <w:lang w:val="ru-RU"/>
        </w:rPr>
        <w:lastRenderedPageBreak/>
        <w:t>01  Общие</w:t>
      </w:r>
      <w:proofErr w:type="gramEnd"/>
      <w:r w:rsidRPr="00602D71">
        <w:rPr>
          <w:rFonts w:ascii="Arial" w:eastAsia="Arial" w:hAnsi="Arial" w:cs="Arial"/>
          <w:lang w:val="ru-RU"/>
        </w:rPr>
        <w:t xml:space="preserve"> правила интеграции</w:t>
      </w:r>
      <w:bookmarkEnd w:id="0"/>
    </w:p>
    <w:p w14:paraId="767B98AD" w14:textId="77777777" w:rsidR="00561E14" w:rsidRPr="00602D71" w:rsidRDefault="005E0622">
      <w:pPr>
        <w:spacing w:after="120"/>
        <w:rPr>
          <w:lang w:val="ru-RU"/>
        </w:rPr>
      </w:pPr>
      <w:r w:rsidRPr="00602D71">
        <w:rPr>
          <w:rFonts w:eastAsia="Arial" w:cs="Arial"/>
          <w:lang w:val="ru-RU"/>
        </w:rPr>
        <w:t xml:space="preserve">Для обмена с </w:t>
      </w:r>
      <w:proofErr w:type="spellStart"/>
      <w:r w:rsidRPr="00602D71">
        <w:rPr>
          <w:rFonts w:eastAsia="Arial" w:cs="Arial"/>
          <w:lang w:val="ru-RU"/>
        </w:rPr>
        <w:t>Заездо</w:t>
      </w:r>
      <w:proofErr w:type="spellEnd"/>
      <w:r w:rsidRPr="00602D71">
        <w:rPr>
          <w:rFonts w:eastAsia="Arial" w:cs="Arial"/>
          <w:lang w:val="ru-RU"/>
        </w:rPr>
        <w:t xml:space="preserve"> внешняя система использует </w:t>
      </w:r>
      <w:r>
        <w:rPr>
          <w:rFonts w:eastAsia="Arial" w:cs="Arial"/>
        </w:rPr>
        <w:t>HTTPS</w:t>
      </w:r>
      <w:r w:rsidRPr="00602D71">
        <w:rPr>
          <w:rFonts w:eastAsia="Arial" w:cs="Arial"/>
          <w:lang w:val="ru-RU"/>
        </w:rPr>
        <w:t xml:space="preserve">-запросы и получает ответы в формате </w:t>
      </w:r>
      <w:r>
        <w:rPr>
          <w:rFonts w:eastAsia="Arial" w:cs="Arial"/>
        </w:rPr>
        <w:t>JSON</w:t>
      </w:r>
      <w:r w:rsidRPr="00602D71">
        <w:rPr>
          <w:rFonts w:eastAsia="Arial" w:cs="Arial"/>
          <w:lang w:val="ru-RU"/>
        </w:rPr>
        <w:t>.</w:t>
      </w:r>
    </w:p>
    <w:p w14:paraId="7E9D1337" w14:textId="77777777" w:rsidR="00561E14" w:rsidRPr="00602D71" w:rsidRDefault="005E0622">
      <w:pPr>
        <w:pStyle w:val="TextBody"/>
        <w:spacing w:after="80" w:line="286" w:lineRule="auto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Получение токена</w:t>
      </w:r>
      <w:r w:rsidRPr="00602D71">
        <w:rPr>
          <w:rFonts w:eastAsia="Arial" w:cs="Arial"/>
          <w:lang w:val="ru-RU"/>
        </w:rPr>
        <w:t xml:space="preserve"> — администратор клиента создаёт </w:t>
      </w:r>
      <w:r>
        <w:rPr>
          <w:rFonts w:eastAsia="Arial" w:cs="Arial"/>
        </w:rPr>
        <w:t>API</w:t>
      </w:r>
      <w:r w:rsidRPr="00602D71">
        <w:rPr>
          <w:rFonts w:eastAsia="Arial" w:cs="Arial"/>
          <w:lang w:val="ru-RU"/>
        </w:rPr>
        <w:t xml:space="preserve">-токен в настройках интеграции </w:t>
      </w:r>
      <w:proofErr w:type="spellStart"/>
      <w:r w:rsidRPr="00602D71">
        <w:rPr>
          <w:rFonts w:eastAsia="Arial" w:cs="Arial"/>
          <w:lang w:val="ru-RU"/>
        </w:rPr>
        <w:t>Заездо</w:t>
      </w:r>
      <w:proofErr w:type="spellEnd"/>
      <w:r w:rsidR="00B573DA">
        <w:rPr>
          <w:rFonts w:eastAsia="Arial" w:cs="Arial"/>
          <w:lang w:val="ru-RU"/>
        </w:rPr>
        <w:t xml:space="preserve">: </w:t>
      </w:r>
      <w:hyperlink r:id="rId8" w:history="1">
        <w:r w:rsidR="00B573DA" w:rsidRPr="00A03019">
          <w:rPr>
            <w:rStyle w:val="aff8"/>
            <w:rFonts w:eastAsia="Arial" w:cs="Arial"/>
            <w:lang w:val="ru-RU"/>
          </w:rPr>
          <w:t>https://app.zaezdo.pro/settings/integration</w:t>
        </w:r>
      </w:hyperlink>
      <w:r w:rsidRPr="00602D71">
        <w:rPr>
          <w:rFonts w:eastAsia="Arial" w:cs="Arial"/>
          <w:lang w:val="ru-RU"/>
        </w:rPr>
        <w:t>.</w:t>
      </w:r>
    </w:p>
    <w:p w14:paraId="6AF7143F" w14:textId="77777777" w:rsidR="00561E14" w:rsidRPr="00602D71" w:rsidRDefault="005E0622">
      <w:pPr>
        <w:pStyle w:val="TextBody"/>
        <w:spacing w:after="80" w:line="286" w:lineRule="auto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Передача токена</w:t>
      </w:r>
      <w:r w:rsidRPr="00602D71">
        <w:rPr>
          <w:rFonts w:eastAsia="Arial" w:cs="Arial"/>
          <w:lang w:val="ru-RU"/>
        </w:rPr>
        <w:t xml:space="preserve"> — каждый запрос содержит заголовок </w:t>
      </w:r>
      <w:r>
        <w:rPr>
          <w:rFonts w:eastAsia="Arial" w:cs="Arial"/>
        </w:rPr>
        <w:t>Authorization</w:t>
      </w:r>
      <w:r w:rsidRPr="00602D71">
        <w:rPr>
          <w:rFonts w:eastAsia="Arial" w:cs="Arial"/>
          <w:lang w:val="ru-RU"/>
        </w:rPr>
        <w:t xml:space="preserve">: </w:t>
      </w:r>
      <w:r>
        <w:rPr>
          <w:rFonts w:eastAsia="Arial" w:cs="Arial"/>
        </w:rPr>
        <w:t>Bearer</w:t>
      </w:r>
      <w:r w:rsidRPr="00602D71">
        <w:rPr>
          <w:rFonts w:eastAsia="Arial" w:cs="Arial"/>
          <w:lang w:val="ru-RU"/>
        </w:rPr>
        <w:t xml:space="preserve"> &lt;токен&gt;.</w:t>
      </w:r>
    </w:p>
    <w:p w14:paraId="23D0AB0D" w14:textId="77777777" w:rsidR="00561E14" w:rsidRPr="00602D71" w:rsidRDefault="005E0622">
      <w:pPr>
        <w:pStyle w:val="TextBody"/>
        <w:spacing w:after="80" w:line="286" w:lineRule="auto"/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>Базовый адрес</w:t>
      </w:r>
      <w:r w:rsidRPr="00602D71">
        <w:rPr>
          <w:rFonts w:eastAsia="Arial" w:cs="Arial"/>
          <w:lang w:val="ru-RU"/>
        </w:rPr>
        <w:t xml:space="preserve"> — </w:t>
      </w:r>
      <w:r>
        <w:rPr>
          <w:rFonts w:eastAsia="Arial" w:cs="Arial"/>
        </w:rPr>
        <w:t>https</w:t>
      </w:r>
      <w:r w:rsidRPr="00602D71">
        <w:rPr>
          <w:rFonts w:eastAsia="Arial" w:cs="Arial"/>
          <w:lang w:val="ru-RU"/>
        </w:rPr>
        <w:t>://</w:t>
      </w:r>
      <w:r>
        <w:rPr>
          <w:rFonts w:eastAsia="Arial" w:cs="Arial"/>
        </w:rPr>
        <w:t>app</w:t>
      </w:r>
      <w:r w:rsidRPr="00602D71">
        <w:rPr>
          <w:rFonts w:eastAsia="Arial" w:cs="Arial"/>
          <w:lang w:val="ru-RU"/>
        </w:rPr>
        <w:t>.</w:t>
      </w:r>
      <w:proofErr w:type="spellStart"/>
      <w:r>
        <w:rPr>
          <w:rFonts w:eastAsia="Arial" w:cs="Arial"/>
        </w:rPr>
        <w:t>zaezdo</w:t>
      </w:r>
      <w:proofErr w:type="spellEnd"/>
      <w:r w:rsidRPr="00602D71">
        <w:rPr>
          <w:rFonts w:eastAsia="Arial" w:cs="Arial"/>
          <w:lang w:val="ru-RU"/>
        </w:rPr>
        <w:t>.</w:t>
      </w:r>
      <w:r>
        <w:rPr>
          <w:rFonts w:eastAsia="Arial" w:cs="Arial"/>
        </w:rPr>
        <w:t>pro</w:t>
      </w:r>
      <w:r w:rsidRPr="00602D71">
        <w:rPr>
          <w:rFonts w:eastAsia="Arial" w:cs="Arial"/>
          <w:lang w:val="ru-RU"/>
        </w:rPr>
        <w:t>/</w:t>
      </w:r>
      <w:proofErr w:type="spellStart"/>
      <w:r>
        <w:rPr>
          <w:rFonts w:eastAsia="Arial" w:cs="Arial"/>
        </w:rPr>
        <w:t>api</w:t>
      </w:r>
      <w:proofErr w:type="spellEnd"/>
      <w:r w:rsidRPr="00602D71">
        <w:rPr>
          <w:rFonts w:eastAsia="Arial" w:cs="Arial"/>
          <w:lang w:val="ru-RU"/>
        </w:rPr>
        <w:t>/</w:t>
      </w:r>
      <w:r>
        <w:rPr>
          <w:rFonts w:eastAsia="Arial" w:cs="Arial"/>
        </w:rPr>
        <w:t>v</w:t>
      </w:r>
      <w:r w:rsidRPr="00602D71">
        <w:rPr>
          <w:rFonts w:eastAsia="Arial" w:cs="Arial"/>
          <w:lang w:val="ru-RU"/>
        </w:rPr>
        <w:t>1</w:t>
      </w:r>
    </w:p>
    <w:p w14:paraId="173ED66F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ПРИМЕР ЗАГОЛОВКА АВТОРИЗАЦИИ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21042BC6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60B52974" w14:textId="77777777" w:rsidR="00561E14" w:rsidRDefault="005E0622">
            <w:pPr>
              <w:keepLines/>
              <w:spacing w:after="0" w:line="271" w:lineRule="auto"/>
            </w:pPr>
            <w:r>
              <w:rPr>
                <w:rFonts w:ascii="Courier New" w:eastAsia="Courier New" w:hAnsi="Courier New" w:cs="Courier New"/>
                <w:color w:val="18324E"/>
                <w:sz w:val="20"/>
              </w:rPr>
              <w:t>Authorization: Bearer ВАШ_API_ТОКЕН</w:t>
            </w:r>
          </w:p>
        </w:tc>
      </w:tr>
    </w:tbl>
    <w:p w14:paraId="380FFC3C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584C5134" w14:textId="77777777" w:rsidR="001E1645" w:rsidRDefault="00151576" w:rsidP="00151576">
      <w:pPr>
        <w:pStyle w:val="21"/>
        <w:numPr>
          <w:ilvl w:val="1"/>
          <w:numId w:val="11"/>
        </w:numPr>
        <w:spacing w:before="280"/>
        <w:rPr>
          <w:rFonts w:ascii="Arial" w:eastAsia="Arial" w:hAnsi="Arial" w:cs="Arial"/>
          <w:lang w:val="ru-RU"/>
        </w:rPr>
      </w:pPr>
      <w:r>
        <w:rPr>
          <w:rFonts w:ascii="Arial" w:eastAsia="Arial" w:hAnsi="Arial" w:cs="Arial"/>
          <w:lang w:val="ru-RU"/>
        </w:rPr>
        <w:t>Общие правила PUT-методов</w:t>
      </w:r>
    </w:p>
    <w:p w14:paraId="02D415B4" w14:textId="77777777" w:rsidR="00151576" w:rsidRDefault="00151576" w:rsidP="00151576">
      <w:pPr>
        <w:rPr>
          <w:lang w:val="ru-RU"/>
        </w:rPr>
      </w:pPr>
      <w:r>
        <w:t>PUT</w:t>
      </w:r>
      <w:r w:rsidRPr="00151576">
        <w:rPr>
          <w:lang w:val="ru-RU"/>
        </w:rPr>
        <w:t>-</w:t>
      </w:r>
      <w:r>
        <w:rPr>
          <w:lang w:val="ru-RU"/>
        </w:rPr>
        <w:t xml:space="preserve">методы используются для создания или обновления данных следующих сущностей </w:t>
      </w:r>
      <w:proofErr w:type="spellStart"/>
      <w:r>
        <w:rPr>
          <w:lang w:val="ru-RU"/>
        </w:rPr>
        <w:t>Заездо</w:t>
      </w:r>
      <w:proofErr w:type="spellEnd"/>
      <w:r>
        <w:rPr>
          <w:lang w:val="ru-RU"/>
        </w:rPr>
        <w:t>:</w:t>
      </w:r>
    </w:p>
    <w:p w14:paraId="1D515DC1" w14:textId="77777777" w:rsidR="00151576" w:rsidRDefault="00151576" w:rsidP="00151576">
      <w:pPr>
        <w:pStyle w:val="ae"/>
        <w:numPr>
          <w:ilvl w:val="0"/>
          <w:numId w:val="12"/>
        </w:numPr>
        <w:rPr>
          <w:lang w:val="ru-RU"/>
        </w:rPr>
      </w:pPr>
      <w:r>
        <w:rPr>
          <w:lang w:val="ru-RU"/>
        </w:rPr>
        <w:t xml:space="preserve">Площадки: </w:t>
      </w:r>
      <w:hyperlink r:id="rId9" w:history="1">
        <w:r w:rsidRPr="00A03019">
          <w:rPr>
            <w:rStyle w:val="aff8"/>
            <w:lang w:val="ru-RU"/>
          </w:rPr>
          <w:t>https://app.zaezdo.pro/directory/sites</w:t>
        </w:r>
      </w:hyperlink>
      <w:r>
        <w:rPr>
          <w:lang w:val="ru-RU"/>
        </w:rPr>
        <w:t xml:space="preserve"> </w:t>
      </w:r>
    </w:p>
    <w:p w14:paraId="558673E8" w14:textId="77777777" w:rsidR="00151576" w:rsidRDefault="00151576" w:rsidP="00151576">
      <w:pPr>
        <w:pStyle w:val="ae"/>
        <w:numPr>
          <w:ilvl w:val="0"/>
          <w:numId w:val="12"/>
        </w:numPr>
        <w:rPr>
          <w:lang w:val="ru-RU"/>
        </w:rPr>
      </w:pPr>
      <w:r>
        <w:rPr>
          <w:lang w:val="ru-RU"/>
        </w:rPr>
        <w:t xml:space="preserve">Контрагенты: </w:t>
      </w:r>
      <w:hyperlink r:id="rId10" w:history="1">
        <w:r w:rsidRPr="00A03019">
          <w:rPr>
            <w:rStyle w:val="aff8"/>
            <w:lang w:val="ru-RU"/>
          </w:rPr>
          <w:t>https://app.zaezdo.pro/directory/counterparties</w:t>
        </w:r>
      </w:hyperlink>
      <w:r>
        <w:rPr>
          <w:lang w:val="ru-RU"/>
        </w:rPr>
        <w:t xml:space="preserve"> </w:t>
      </w:r>
    </w:p>
    <w:p w14:paraId="22195E01" w14:textId="77777777" w:rsidR="00151576" w:rsidRDefault="00151576" w:rsidP="00151576">
      <w:pPr>
        <w:pStyle w:val="ae"/>
        <w:numPr>
          <w:ilvl w:val="0"/>
          <w:numId w:val="12"/>
        </w:numPr>
        <w:rPr>
          <w:lang w:val="ru-RU"/>
        </w:rPr>
      </w:pPr>
      <w:r>
        <w:rPr>
          <w:lang w:val="ru-RU"/>
        </w:rPr>
        <w:t xml:space="preserve">Транспортные средства: </w:t>
      </w:r>
      <w:hyperlink r:id="rId11" w:history="1">
        <w:r w:rsidRPr="00A03019">
          <w:rPr>
            <w:rStyle w:val="aff8"/>
            <w:lang w:val="ru-RU"/>
          </w:rPr>
          <w:t>https://app.zaezdo.pro/directory/vehicles</w:t>
        </w:r>
      </w:hyperlink>
      <w:r>
        <w:rPr>
          <w:lang w:val="ru-RU"/>
        </w:rPr>
        <w:t xml:space="preserve"> </w:t>
      </w:r>
    </w:p>
    <w:p w14:paraId="42381438" w14:textId="77777777" w:rsidR="00151576" w:rsidRPr="00151576" w:rsidRDefault="00151576" w:rsidP="00151576">
      <w:pPr>
        <w:pStyle w:val="ae"/>
        <w:numPr>
          <w:ilvl w:val="0"/>
          <w:numId w:val="12"/>
        </w:numPr>
        <w:rPr>
          <w:lang w:val="ru-RU"/>
        </w:rPr>
      </w:pPr>
      <w:r>
        <w:rPr>
          <w:lang w:val="ru-RU"/>
        </w:rPr>
        <w:t xml:space="preserve">Водители: </w:t>
      </w:r>
      <w:hyperlink r:id="rId12" w:history="1">
        <w:r w:rsidRPr="00A03019">
          <w:rPr>
            <w:rStyle w:val="aff8"/>
            <w:lang w:val="ru-RU"/>
          </w:rPr>
          <w:t>https://app.zaezdo.pro/directory/drivers</w:t>
        </w:r>
      </w:hyperlink>
      <w:r>
        <w:rPr>
          <w:lang w:val="ru-RU"/>
        </w:rPr>
        <w:t xml:space="preserve"> </w:t>
      </w:r>
    </w:p>
    <w:p w14:paraId="7C6C8999" w14:textId="77777777" w:rsidR="001E1645" w:rsidRPr="00151576" w:rsidRDefault="00151576">
      <w:pPr>
        <w:pStyle w:val="31"/>
        <w:spacing w:before="200" w:after="160"/>
        <w:rPr>
          <w:rFonts w:ascii="Arial" w:eastAsia="Arial" w:hAnsi="Arial" w:cs="Arial"/>
          <w:lang w:val="ru-RU"/>
        </w:rPr>
      </w:pPr>
      <w:r>
        <w:rPr>
          <w:rFonts w:ascii="Arial" w:eastAsia="Arial" w:hAnsi="Arial" w:cs="Arial"/>
          <w:lang w:val="ru-RU"/>
        </w:rPr>
        <w:t xml:space="preserve">Идентификатор записи </w:t>
      </w:r>
      <w:r w:rsidRPr="00151576">
        <w:rPr>
          <w:rFonts w:ascii="Arial" w:eastAsia="Arial" w:hAnsi="Arial" w:cs="Arial"/>
          <w:lang w:val="ru-RU"/>
        </w:rPr>
        <w:t>{</w:t>
      </w:r>
      <w:proofErr w:type="spellStart"/>
      <w:r w:rsidRPr="00151576">
        <w:rPr>
          <w:rFonts w:ascii="Arial" w:eastAsia="Arial" w:hAnsi="Arial" w:cs="Arial"/>
          <w:lang w:val="ru-RU"/>
        </w:rPr>
        <w:t>source_id</w:t>
      </w:r>
      <w:proofErr w:type="spellEnd"/>
      <w:r w:rsidRPr="00151576">
        <w:rPr>
          <w:rFonts w:ascii="Arial" w:eastAsia="Arial" w:hAnsi="Arial" w:cs="Arial"/>
          <w:lang w:val="ru-RU"/>
        </w:rPr>
        <w:t>}</w:t>
      </w:r>
    </w:p>
    <w:p w14:paraId="6AE7A9F1" w14:textId="77777777" w:rsidR="001E1645" w:rsidRPr="00151576" w:rsidRDefault="00151576" w:rsidP="00151576">
      <w:pPr>
        <w:rPr>
          <w:rFonts w:eastAsia="Arial" w:cs="Arial"/>
          <w:lang w:val="ru-RU"/>
        </w:rPr>
      </w:pPr>
      <w:r w:rsidRPr="00B573DA">
        <w:rPr>
          <w:rFonts w:eastAsia="Arial" w:cs="Arial"/>
          <w:b/>
          <w:bCs/>
          <w:lang w:val="ru-RU"/>
        </w:rPr>
        <w:t>{</w:t>
      </w:r>
      <w:proofErr w:type="spellStart"/>
      <w:r w:rsidRPr="00B573DA">
        <w:rPr>
          <w:rFonts w:eastAsia="Arial" w:cs="Arial"/>
          <w:b/>
          <w:bCs/>
          <w:lang w:val="ru-RU"/>
        </w:rPr>
        <w:t>source_id</w:t>
      </w:r>
      <w:proofErr w:type="spellEnd"/>
      <w:r w:rsidRPr="00B573DA">
        <w:rPr>
          <w:rFonts w:eastAsia="Arial" w:cs="Arial"/>
          <w:b/>
          <w:bCs/>
          <w:lang w:val="ru-RU"/>
        </w:rPr>
        <w:t>}</w:t>
      </w:r>
      <w:r w:rsidRPr="00151576">
        <w:rPr>
          <w:rFonts w:eastAsia="Arial" w:cs="Arial"/>
          <w:lang w:val="ru-RU"/>
        </w:rPr>
        <w:t xml:space="preserve"> – это идентификатор, который связывает сущность внешней системы с данными </w:t>
      </w:r>
      <w:proofErr w:type="spellStart"/>
      <w:r w:rsidRPr="00151576">
        <w:rPr>
          <w:rFonts w:eastAsia="Arial" w:cs="Arial"/>
          <w:lang w:val="ru-RU"/>
        </w:rPr>
        <w:t>Заездо</w:t>
      </w:r>
      <w:proofErr w:type="spellEnd"/>
      <w:r w:rsidRPr="00151576">
        <w:rPr>
          <w:rFonts w:eastAsia="Arial" w:cs="Arial"/>
          <w:lang w:val="ru-RU"/>
        </w:rPr>
        <w:t>.</w:t>
      </w:r>
      <w:r>
        <w:rPr>
          <w:rFonts w:eastAsia="Arial" w:cs="Arial"/>
          <w:lang w:val="ru-RU"/>
        </w:rPr>
        <w:t xml:space="preserve"> </w:t>
      </w:r>
      <w:r w:rsidR="00871A29">
        <w:rPr>
          <w:rFonts w:eastAsia="Arial" w:cs="Arial"/>
          <w:lang w:val="ru-RU"/>
        </w:rPr>
        <w:t>Передавайте</w:t>
      </w:r>
      <w:r>
        <w:rPr>
          <w:rFonts w:eastAsia="Arial" w:cs="Arial"/>
          <w:lang w:val="ru-RU"/>
        </w:rPr>
        <w:t xml:space="preserve"> его </w:t>
      </w:r>
      <w:r w:rsidR="00871A29">
        <w:rPr>
          <w:rFonts w:eastAsia="Arial" w:cs="Arial"/>
          <w:lang w:val="ru-RU"/>
        </w:rPr>
        <w:t>в</w:t>
      </w:r>
      <w:r>
        <w:rPr>
          <w:rFonts w:eastAsia="Arial" w:cs="Arial"/>
          <w:lang w:val="ru-RU"/>
        </w:rPr>
        <w:t xml:space="preserve"> параметр</w:t>
      </w:r>
      <w:r w:rsidR="00871A29">
        <w:rPr>
          <w:rFonts w:eastAsia="Arial" w:cs="Arial"/>
          <w:lang w:val="ru-RU"/>
        </w:rPr>
        <w:t>ах</w:t>
      </w:r>
      <w:r>
        <w:rPr>
          <w:rFonts w:eastAsia="Arial" w:cs="Arial"/>
          <w:lang w:val="ru-RU"/>
        </w:rPr>
        <w:t xml:space="preserve"> </w:t>
      </w:r>
      <w:r>
        <w:rPr>
          <w:rFonts w:eastAsia="Arial" w:cs="Arial"/>
        </w:rPr>
        <w:t>URL</w:t>
      </w:r>
      <w:r w:rsidR="00871A29">
        <w:rPr>
          <w:rFonts w:eastAsia="Arial" w:cs="Arial"/>
          <w:lang w:val="ru-RU"/>
        </w:rPr>
        <w:t xml:space="preserve"> </w:t>
      </w:r>
      <w:r>
        <w:rPr>
          <w:rFonts w:eastAsia="Arial" w:cs="Arial"/>
          <w:lang w:val="ru-RU"/>
        </w:rPr>
        <w:t xml:space="preserve">для </w:t>
      </w:r>
      <w:r w:rsidR="00871A29">
        <w:rPr>
          <w:rFonts w:eastAsia="Arial" w:cs="Arial"/>
          <w:lang w:val="ru-RU"/>
        </w:rPr>
        <w:t>поиска и сопоставления нужных данных.</w:t>
      </w:r>
    </w:p>
    <w:p w14:paraId="546F6A07" w14:textId="77777777" w:rsidR="00C50675" w:rsidRDefault="00151576">
      <w:pPr>
        <w:spacing w:after="120" w:line="283" w:lineRule="auto"/>
        <w:rPr>
          <w:rFonts w:eastAsia="Arial" w:cs="Arial"/>
          <w:lang w:val="ru-RU"/>
        </w:rPr>
      </w:pPr>
      <w:proofErr w:type="spellStart"/>
      <w:r>
        <w:rPr>
          <w:rFonts w:eastAsia="Arial" w:cs="Arial"/>
          <w:lang w:val="ru-RU"/>
        </w:rPr>
        <w:t>source_id</w:t>
      </w:r>
      <w:proofErr w:type="spellEnd"/>
      <w:r>
        <w:rPr>
          <w:rFonts w:eastAsia="Arial" w:cs="Arial"/>
          <w:lang w:val="ru-RU"/>
        </w:rPr>
        <w:t xml:space="preserve"> — непустая строка длиной от 1 до 80 символов. Регистр символов имеет значение. Не допускаются управляющие символы, пробелы по краям и разделители пути / и \. Кириллица допустима; в URL её нужно кодировать в UTF-8. </w:t>
      </w:r>
    </w:p>
    <w:p w14:paraId="51436289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Идентификатор передаётся в пути</w:t>
      </w:r>
      <w:r w:rsidR="00C50675">
        <w:rPr>
          <w:rFonts w:eastAsia="Arial" w:cs="Arial"/>
          <w:lang w:val="ru-RU"/>
        </w:rPr>
        <w:t>. П</w:t>
      </w:r>
      <w:r>
        <w:rPr>
          <w:rFonts w:eastAsia="Arial" w:cs="Arial"/>
          <w:lang w:val="ru-RU"/>
        </w:rPr>
        <w:t>овторя</w:t>
      </w:r>
      <w:r w:rsidR="00C50675">
        <w:rPr>
          <w:rFonts w:eastAsia="Arial" w:cs="Arial"/>
          <w:lang w:val="ru-RU"/>
        </w:rPr>
        <w:t>ть его</w:t>
      </w:r>
      <w:r>
        <w:rPr>
          <w:rFonts w:eastAsia="Arial" w:cs="Arial"/>
          <w:lang w:val="ru-RU"/>
        </w:rPr>
        <w:t xml:space="preserve"> в теле JSON</w:t>
      </w:r>
      <w:r w:rsidR="00C50675">
        <w:rPr>
          <w:rFonts w:eastAsia="Arial" w:cs="Arial"/>
          <w:lang w:val="ru-RU"/>
        </w:rPr>
        <w:t xml:space="preserve"> не следует</w:t>
      </w:r>
      <w:r>
        <w:rPr>
          <w:rFonts w:eastAsia="Arial" w:cs="Arial"/>
          <w:lang w:val="ru-RU"/>
        </w:rPr>
        <w:t>.</w:t>
      </w:r>
    </w:p>
    <w:p w14:paraId="2128135D" w14:textId="77777777" w:rsidR="001E1645" w:rsidRPr="005560CC" w:rsidRDefault="00151576">
      <w:pPr>
        <w:pStyle w:val="31"/>
        <w:spacing w:before="200" w:after="160"/>
        <w:rPr>
          <w:lang w:val="ru-RU"/>
        </w:rPr>
      </w:pPr>
      <w:r>
        <w:rPr>
          <w:rFonts w:ascii="Arial" w:eastAsia="Arial" w:hAnsi="Arial" w:cs="Arial"/>
          <w:lang w:val="ru-RU"/>
        </w:rPr>
        <w:t>Какие данные обновляются</w:t>
      </w:r>
    </w:p>
    <w:p w14:paraId="197B985A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PUT передаёт полное состояние полей, перечисленных в описании метода. При повторе с тем же source_id данные этих полей заменяются значениями из запроса. Поэтому в каждом запросе передавайте все значения, которые нужно сохранить.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213"/>
      </w:tblGrid>
      <w:tr w:rsidR="001E1645" w14:paraId="5EDF2D07" w14:textId="77777777">
        <w:trPr>
          <w:cantSplit/>
          <w:tblHeader/>
          <w:jc w:val="center"/>
        </w:trPr>
        <w:tc>
          <w:tcPr>
            <w:tcW w:w="3515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59065B3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Переданное значение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9A55E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Результат</w:t>
            </w:r>
          </w:p>
        </w:tc>
      </w:tr>
      <w:tr w:rsidR="001E1645" w14:paraId="254615D4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2CF4DC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Обязательное поле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5E74B7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Передаётся и при создании, и при обновлении. Пустое значение недопустимо.</w:t>
            </w:r>
          </w:p>
        </w:tc>
      </w:tr>
      <w:tr w:rsidR="001E1645" w:rsidRPr="00ED3B50" w14:paraId="5D13C8C4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CC02F73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Необязательное поле отсутствует,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 или ""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3E9028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При создании остаётся пустым; при обновлении прежнее значение очищается.</w:t>
            </w:r>
          </w:p>
        </w:tc>
      </w:tr>
      <w:tr w:rsidR="001E1645" w:rsidRPr="00ED3B50" w14:paraId="6C9AAA3D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B09F67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lastRenderedPageBreak/>
              <w:t>Поле не предусмотрено методом</w:t>
            </w:r>
          </w:p>
        </w:tc>
        <w:tc>
          <w:tcPr>
            <w:tcW w:w="6213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8414FA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Ошибка 422 UNKNOWN_FIELD. Запись не сохраняется.</w:t>
            </w:r>
          </w:p>
        </w:tc>
      </w:tr>
    </w:tbl>
    <w:p w14:paraId="0481D2CF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Для обычных строк убираются пробелы по краям; пустая строка после этого считается незаполненным значением. Для source_id пробелы не исправляются автоматически. Необязательные поля принимают строку или null; у обязательных полей тип — string. Исключение — admission_mode метода sites: правила его передачи приведены в разделе 5.1.</w:t>
      </w:r>
    </w:p>
    <w:p w14:paraId="0381115D" w14:textId="77777777" w:rsidR="001E1645" w:rsidRPr="005560CC" w:rsidRDefault="00151576">
      <w:pPr>
        <w:pStyle w:val="31"/>
        <w:spacing w:before="200" w:after="160"/>
        <w:rPr>
          <w:lang w:val="ru-RU"/>
        </w:rPr>
      </w:pPr>
      <w:r>
        <w:rPr>
          <w:rFonts w:ascii="Arial" w:eastAsia="Arial" w:hAnsi="Arial" w:cs="Arial"/>
          <w:lang w:val="ru-RU"/>
        </w:rPr>
        <w:t>Активность и повторные запросы</w:t>
      </w:r>
    </w:p>
    <w:p w14:paraId="0983DF2D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Новая запись активна. При обновлении сохраняется её текущая активность: отключённая запись автоматически не включается. Поле is_active возвращается в ответе, но не принимается для изменения через PUT. Настройки, не входящие в метод, остаются без изменений.</w:t>
      </w:r>
    </w:p>
    <w:p w14:paraId="23157247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Первая запись возвращает 201 и created: true. Обновление или повтор — 200 и created: false. Повтор одинакового запроса не создаёт новую запись.</w:t>
      </w:r>
    </w:p>
    <w:p w14:paraId="08CDD8BA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1.2  Общие</w:t>
      </w:r>
      <w:proofErr w:type="gramEnd"/>
      <w:r>
        <w:rPr>
          <w:rFonts w:ascii="Arial" w:eastAsia="Arial" w:hAnsi="Arial" w:cs="Arial"/>
          <w:lang w:val="ru-RU"/>
        </w:rPr>
        <w:t xml:space="preserve"> ошибки PUT-методов</w:t>
      </w:r>
    </w:p>
    <w:p w14:paraId="5BFFFD42" w14:textId="77777777" w:rsidR="001E1645" w:rsidRPr="007407AE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В таблице указаны точные значения </w:t>
      </w:r>
      <w:proofErr w:type="spellStart"/>
      <w:r>
        <w:rPr>
          <w:rFonts w:eastAsia="Arial" w:cs="Arial"/>
          <w:lang w:val="ru-RU"/>
        </w:rPr>
        <w:t>code</w:t>
      </w:r>
      <w:proofErr w:type="spellEnd"/>
      <w:r>
        <w:rPr>
          <w:rFonts w:eastAsia="Arial" w:cs="Arial"/>
          <w:lang w:val="ru-RU"/>
        </w:rPr>
        <w:t xml:space="preserve"> и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. Для 409 и 422 ответ также содержит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 xml:space="preserve">]: </w:t>
      </w:r>
      <w:proofErr w:type="spellStart"/>
      <w:r>
        <w:rPr>
          <w:rFonts w:eastAsia="Arial" w:cs="Arial"/>
          <w:lang w:val="ru-RU"/>
        </w:rPr>
        <w:t>field</w:t>
      </w:r>
      <w:proofErr w:type="spellEnd"/>
      <w:r>
        <w:rPr>
          <w:rFonts w:eastAsia="Arial" w:cs="Arial"/>
          <w:lang w:val="ru-RU"/>
        </w:rPr>
        <w:t xml:space="preserve"> — параметр, </w:t>
      </w:r>
      <w:proofErr w:type="spellStart"/>
      <w:r>
        <w:rPr>
          <w:rFonts w:eastAsia="Arial" w:cs="Arial"/>
          <w:lang w:val="ru-RU"/>
        </w:rPr>
        <w:t>code</w:t>
      </w:r>
      <w:proofErr w:type="spellEnd"/>
      <w:r>
        <w:rPr>
          <w:rFonts w:eastAsia="Arial" w:cs="Arial"/>
          <w:lang w:val="ru-RU"/>
        </w:rPr>
        <w:t xml:space="preserve"> — </w:t>
      </w:r>
      <w:r w:rsidR="007407AE">
        <w:rPr>
          <w:rFonts w:eastAsia="Arial" w:cs="Arial"/>
          <w:lang w:val="ru-RU"/>
        </w:rPr>
        <w:t>обобщенная причина</w:t>
      </w:r>
      <w:r>
        <w:rPr>
          <w:rFonts w:eastAsia="Arial" w:cs="Arial"/>
          <w:lang w:val="ru-RU"/>
        </w:rPr>
        <w:t xml:space="preserve">,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— </w:t>
      </w:r>
      <w:r w:rsidR="000467C9">
        <w:rPr>
          <w:rFonts w:eastAsia="Arial" w:cs="Arial"/>
          <w:lang w:val="ru-RU"/>
        </w:rPr>
        <w:t>описание ошибки</w:t>
      </w:r>
      <w:r>
        <w:rPr>
          <w:rFonts w:eastAsia="Arial" w:cs="Arial"/>
          <w:lang w:val="ru-RU"/>
        </w:rPr>
        <w:t xml:space="preserve">. Каждый ответ приложения с ошибкой содержит </w:t>
      </w:r>
      <w:proofErr w:type="spellStart"/>
      <w:r>
        <w:rPr>
          <w:rFonts w:eastAsia="Arial" w:cs="Arial"/>
          <w:lang w:val="ru-RU"/>
        </w:rPr>
        <w:t>request_id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3487"/>
        <w:gridCol w:w="5334"/>
      </w:tblGrid>
      <w:tr w:rsidR="001E1645" w14:paraId="04B45B9A" w14:textId="77777777">
        <w:trPr>
          <w:cantSplit/>
          <w:tblHeader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A3B4D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HTTP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15CF96A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code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D92D8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message</w:t>
            </w:r>
          </w:p>
        </w:tc>
      </w:tr>
      <w:tr w:rsidR="001E1645" w:rsidRPr="00ED3B50" w14:paraId="1F16FC60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62AE86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7229FD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INVALID_JSON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5BE96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Не удалось прочитать JSON тела запроса.</w:t>
            </w:r>
          </w:p>
        </w:tc>
      </w:tr>
      <w:tr w:rsidR="001E1645" w:rsidRPr="00ED3B50" w14:paraId="445135CF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DCB96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401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1C2808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UNAUTHORIZED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DC9DDD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Требуется действующий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Bearer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-токен интеграции.</w:t>
            </w:r>
          </w:p>
        </w:tc>
      </w:tr>
      <w:tr w:rsidR="001E1645" w14:paraId="630510D8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A8A2DD2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403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20CD98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TENANT_INACTIVE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20132C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Компания отключена в Заездо.</w:t>
            </w:r>
          </w:p>
        </w:tc>
      </w:tr>
      <w:tr w:rsidR="001E1645" w:rsidRPr="00ED3B50" w14:paraId="2A38B3E4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4641C8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409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FA7AD7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RESOURCE_CONFLICT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EB61460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Невозможно сохранить запись из-за конфликта данных.</w:t>
            </w:r>
          </w:p>
        </w:tc>
      </w:tr>
      <w:tr w:rsidR="001E1645" w14:paraId="24563E88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C5A05F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415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4A3FAA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UNSUPPORTED_MEDIA_TYPE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1D2857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Передайте тело запроса с Content-Type: application/json.</w:t>
            </w:r>
          </w:p>
        </w:tc>
      </w:tr>
      <w:tr w:rsidR="001E1645" w14:paraId="26C59147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BA9B24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422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828796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VALIDATION_ERROR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3C7103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Ошибка проверки данных справочника.</w:t>
            </w:r>
          </w:p>
        </w:tc>
      </w:tr>
      <w:tr w:rsidR="001E1645" w:rsidRPr="00ED3B50" w14:paraId="13C06008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4632A5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429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5BDB0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RATE_LIMITED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DEEF882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Превышено допустимое количество запросов. Повторите запрос позже.</w:t>
            </w:r>
          </w:p>
        </w:tc>
      </w:tr>
      <w:tr w:rsidR="001E1645" w14:paraId="6D9CCE5E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30CD5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500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942C33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INTERNAL_ERROR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14921A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Внутренняя ошибка Заездо.</w:t>
            </w:r>
          </w:p>
        </w:tc>
      </w:tr>
      <w:tr w:rsidR="001E1645" w14:paraId="77363674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3A5F00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503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F5EF9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SERVICE_UNAVAILABLE</w:t>
            </w:r>
          </w:p>
        </w:tc>
        <w:tc>
          <w:tcPr>
            <w:tcW w:w="533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8F4824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Сервис Заездо временно недоступен.</w:t>
            </w:r>
          </w:p>
        </w:tc>
      </w:tr>
    </w:tbl>
    <w:p w14:paraId="75D3F27A" w14:textId="77777777" w:rsidR="00527FE4" w:rsidRDefault="00527FE4">
      <w:pPr>
        <w:spacing w:after="120" w:line="283" w:lineRule="auto"/>
        <w:rPr>
          <w:rFonts w:eastAsia="Arial" w:cs="Arial"/>
          <w:lang w:val="ru-RU"/>
        </w:rPr>
      </w:pPr>
    </w:p>
    <w:p w14:paraId="5F0A39B7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При 429 учитывайте </w:t>
      </w:r>
      <w:proofErr w:type="spellStart"/>
      <w:r>
        <w:rPr>
          <w:rFonts w:eastAsia="Arial" w:cs="Arial"/>
          <w:lang w:val="ru-RU"/>
        </w:rPr>
        <w:t>Retry-After</w:t>
      </w:r>
      <w:proofErr w:type="spellEnd"/>
      <w:r>
        <w:rPr>
          <w:rFonts w:eastAsia="Arial" w:cs="Arial"/>
          <w:lang w:val="ru-RU"/>
        </w:rPr>
        <w:t>. При 500, 503 или потере ответа повторите тот же PUT после паузы. Если вместо JSON получен ответ сетевого шлюза, ориентируйтесь на HTTP-статус; request_id в таком ответе может отсутствовать.</w:t>
      </w:r>
    </w:p>
    <w:p w14:paraId="26550403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1.3  Общие</w:t>
      </w:r>
      <w:proofErr w:type="gramEnd"/>
      <w:r>
        <w:rPr>
          <w:rFonts w:ascii="Arial" w:eastAsia="Arial" w:hAnsi="Arial" w:cs="Arial"/>
          <w:lang w:val="ru-RU"/>
        </w:rPr>
        <w:t xml:space="preserve"> ошибки параметров PUT</w:t>
      </w:r>
    </w:p>
    <w:p w14:paraId="2687BB7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Для ошибок ниже </w:t>
      </w:r>
      <w:proofErr w:type="spellStart"/>
      <w:r>
        <w:rPr>
          <w:rFonts w:eastAsia="Arial" w:cs="Arial"/>
          <w:lang w:val="ru-RU"/>
        </w:rPr>
        <w:t>верхнеуровневый</w:t>
      </w:r>
      <w:proofErr w:type="spellEnd"/>
      <w:r>
        <w:rPr>
          <w:rFonts w:eastAsia="Arial" w:cs="Arial"/>
          <w:lang w:val="ru-RU"/>
        </w:rPr>
        <w:t xml:space="preserve"> ответ — 422 VALIDATION_ERROR. Специальные ограничения полей описаны в разделе соответствующего метода.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966"/>
      </w:tblGrid>
      <w:tr w:rsidR="001E1645" w14:paraId="60F51172" w14:textId="77777777">
        <w:trPr>
          <w:cantSplit/>
          <w:tblHeader/>
          <w:jc w:val="center"/>
        </w:trPr>
        <w:tc>
          <w:tcPr>
            <w:tcW w:w="476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02F6593" w14:textId="77777777" w:rsidR="001E1645" w:rsidRDefault="00151576">
            <w:pPr>
              <w:keepNext/>
              <w:spacing w:after="0" w:line="269" w:lineRule="auto"/>
            </w:pPr>
            <w:proofErr w:type="spellStart"/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</w:t>
            </w:r>
            <w:proofErr w:type="spell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</w:t>
            </w:r>
            <w:proofErr w:type="spell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</w:t>
            </w:r>
            <w:proofErr w:type="spell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 / </w:t>
            </w:r>
            <w:proofErr w:type="spell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code</w:t>
            </w:r>
            <w:proofErr w:type="spellEnd"/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5588BB8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:rsidRPr="00ED3B50" w14:paraId="74D7DE1A" w14:textId="77777777">
        <w:trPr>
          <w:cantSplit/>
          <w:jc w:val="center"/>
        </w:trPr>
        <w:tc>
          <w:tcPr>
            <w:tcW w:w="476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4AB2924" w14:textId="77777777" w:rsidR="001E1645" w:rsidRPr="00052AD0" w:rsidRDefault="00242DD6" w:rsidP="00052A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Arial" w:cs="Arial"/>
                <w:b/>
                <w:color w:val="145CA8"/>
                <w:sz w:val="21"/>
              </w:rPr>
              <w:t>$</w:t>
            </w:r>
            <w:r w:rsidR="00151576">
              <w:br/>
            </w:r>
            <w:r w:rsidR="00151576">
              <w:rPr>
                <w:rFonts w:eastAsia="Arial" w:cs="Arial"/>
                <w:sz w:val="21"/>
                <w:lang w:val="ru-RU"/>
              </w:rPr>
              <w:t>BODY_MUST_BE_OBJECT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556250B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Тело запроса должно быть объектом JSON.</w:t>
            </w:r>
          </w:p>
        </w:tc>
      </w:tr>
      <w:tr w:rsidR="001E1645" w:rsidRPr="00ED3B50" w14:paraId="2267CD17" w14:textId="77777777">
        <w:trPr>
          <w:cantSplit/>
          <w:jc w:val="center"/>
        </w:trPr>
        <w:tc>
          <w:tcPr>
            <w:tcW w:w="476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87073C0" w14:textId="77777777" w:rsidR="001E1645" w:rsidRDefault="00151576">
            <w:pPr>
              <w:spacing w:after="0" w:line="269" w:lineRule="auto"/>
            </w:pP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source_id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INVALID_SOURCE_ID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D153A3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Некорректный идентификатор записи во внешней системе.</w:t>
            </w:r>
          </w:p>
        </w:tc>
      </w:tr>
      <w:tr w:rsidR="001E1645" w:rsidRPr="00ED3B50" w14:paraId="7D81C687" w14:textId="77777777">
        <w:trPr>
          <w:cantSplit/>
          <w:jc w:val="center"/>
        </w:trPr>
        <w:tc>
          <w:tcPr>
            <w:tcW w:w="476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333B52A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Имя лишнего поля</w:t>
            </w:r>
            <w:r w:rsidRPr="005560CC">
              <w:rPr>
                <w:lang w:val="ru-RU"/>
              </w:rPr>
              <w:br/>
            </w:r>
            <w:r>
              <w:rPr>
                <w:rFonts w:eastAsia="Arial" w:cs="Arial"/>
                <w:sz w:val="21"/>
                <w:lang w:val="ru-RU"/>
              </w:rPr>
              <w:t>UNKNOWN_FIELD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1B9BC82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Параметр не поддерживается этим методом.</w:t>
            </w:r>
          </w:p>
        </w:tc>
      </w:tr>
      <w:tr w:rsidR="001E1645" w:rsidRPr="00ED3B50" w14:paraId="4C0E2AB2" w14:textId="77777777">
        <w:trPr>
          <w:cantSplit/>
          <w:jc w:val="center"/>
        </w:trPr>
        <w:tc>
          <w:tcPr>
            <w:tcW w:w="476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AA312F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comment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INVALID_COMMENT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A2DD9E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Комментарий должен быть строкой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5688C129" w14:textId="77777777" w:rsidR="00242DD6" w:rsidRDefault="00242DD6">
      <w:pPr>
        <w:spacing w:after="120" w:line="283" w:lineRule="auto"/>
        <w:rPr>
          <w:rFonts w:eastAsia="Arial" w:cs="Arial"/>
          <w:lang w:val="ru-RU"/>
        </w:rPr>
      </w:pPr>
    </w:p>
    <w:p w14:paraId="57671B35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Для</w:t>
      </w:r>
      <w:r w:rsidRPr="005560CC">
        <w:rPr>
          <w:rFonts w:eastAsia="Arial" w:cs="Arial"/>
        </w:rPr>
        <w:t xml:space="preserve"> BODY_MUST_BE_OBJECT </w:t>
      </w:r>
      <w:r>
        <w:rPr>
          <w:rFonts w:eastAsia="Arial" w:cs="Arial"/>
          <w:lang w:val="ru-RU"/>
        </w:rPr>
        <w:t>поле</w:t>
      </w:r>
      <w:r w:rsidRPr="005560CC">
        <w:rPr>
          <w:rFonts w:eastAsia="Arial" w:cs="Arial"/>
        </w:rPr>
        <w:t xml:space="preserve"> field </w:t>
      </w:r>
      <w:r>
        <w:rPr>
          <w:rFonts w:eastAsia="Arial" w:cs="Arial"/>
          <w:lang w:val="ru-RU"/>
        </w:rPr>
        <w:t>содержит</w:t>
      </w:r>
      <w:r w:rsidRPr="005560CC">
        <w:rPr>
          <w:rFonts w:eastAsia="Arial" w:cs="Arial"/>
        </w:rPr>
        <w:t xml:space="preserve"> "$" — </w:t>
      </w:r>
      <w:r>
        <w:rPr>
          <w:rFonts w:eastAsia="Arial" w:cs="Arial"/>
          <w:lang w:val="ru-RU"/>
        </w:rPr>
        <w:t>весь</w:t>
      </w:r>
      <w:r w:rsidRPr="005560CC">
        <w:rPr>
          <w:rFonts w:eastAsia="Arial" w:cs="Arial"/>
        </w:rPr>
        <w:t xml:space="preserve"> JSON. </w:t>
      </w:r>
      <w:r>
        <w:rPr>
          <w:rFonts w:eastAsia="Arial" w:cs="Arial"/>
          <w:lang w:val="ru-RU"/>
        </w:rPr>
        <w:t xml:space="preserve">Для UNKNOWN_FIELD в field возвращается фактически переданное лишнее имя, например </w:t>
      </w:r>
      <w:proofErr w:type="spellStart"/>
      <w:r>
        <w:rPr>
          <w:rFonts w:eastAsia="Arial" w:cs="Arial"/>
          <w:lang w:val="ru-RU"/>
        </w:rPr>
        <w:t>is_active</w:t>
      </w:r>
      <w:proofErr w:type="spellEnd"/>
      <w:r>
        <w:rPr>
          <w:rFonts w:eastAsia="Arial" w:cs="Arial"/>
          <w:lang w:val="ru-RU"/>
        </w:rPr>
        <w:t>.</w:t>
      </w:r>
    </w:p>
    <w:p w14:paraId="298BADE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REQUIRED возвращается, когда обязательного поля нет либо оно равно null или пустой строке. Если поле заполнено, но имеет неверный тип или длину, возвращается соответствующий код INVALID_</w:t>
      </w:r>
      <w:proofErr w:type="gramStart"/>
      <w:r>
        <w:rPr>
          <w:rFonts w:eastAsia="Arial" w:cs="Arial"/>
          <w:lang w:val="ru-RU"/>
        </w:rPr>
        <w:t>… .</w:t>
      </w:r>
      <w:proofErr w:type="gramEnd"/>
      <w:r>
        <w:rPr>
          <w:rFonts w:eastAsia="Arial" w:cs="Arial"/>
          <w:lang w:val="ru-RU"/>
        </w:rPr>
        <w:t xml:space="preserve"> Две ошибки об одном и том же нарушении не дублируются.</w:t>
      </w:r>
    </w:p>
    <w:p w14:paraId="6E9A3A3F" w14:textId="77777777" w:rsidR="001E1645" w:rsidRPr="005560CC" w:rsidRDefault="00151576">
      <w:pPr>
        <w:pStyle w:val="31"/>
        <w:spacing w:before="200" w:after="160"/>
        <w:rPr>
          <w:lang w:val="ru-RU"/>
        </w:rPr>
      </w:pPr>
      <w:r>
        <w:rPr>
          <w:rFonts w:ascii="Arial" w:eastAsia="Arial" w:hAnsi="Arial" w:cs="Arial"/>
          <w:lang w:val="ru-RU"/>
        </w:rPr>
        <w:t>Когда возникает конфликт 409</w:t>
      </w:r>
    </w:p>
    <w:p w14:paraId="2DB974DB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другая запись имеет те же реквизиты, по которым проверяются совпадения, метод не объединяет записи автоматически и не меняет их source_id. Критерии совпадения указаны для каждого справочника. Отключённые записи участвуют в проверке конфликтов.</w:t>
      </w:r>
    </w:p>
    <w:p w14:paraId="3EC4B3AD" w14:textId="77777777" w:rsidR="00603F7B" w:rsidRPr="00603F7B" w:rsidRDefault="00603F7B" w:rsidP="00603F7B">
      <w:pPr>
        <w:pStyle w:val="affa"/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Совпадения проверяются по следующим реквизитам:</w:t>
      </w:r>
    </w:p>
    <w:p w14:paraId="1B2DBD94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Площадки</w:t>
      </w: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— код площадки.</w:t>
      </w:r>
    </w:p>
    <w:p w14:paraId="44CEA66A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Контрагенты</w:t>
      </w: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— ИНН и КПП организации либо ИНН ИП.</w:t>
      </w:r>
    </w:p>
    <w:p w14:paraId="46D30D92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Автомобили</w:t>
      </w: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— государственный номер.</w:t>
      </w:r>
    </w:p>
    <w:p w14:paraId="29BC6472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Водители</w:t>
      </w: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— серия и номер удостоверения или паспорта.</w:t>
      </w:r>
    </w:p>
    <w:p w14:paraId="3B662B0D" w14:textId="77777777" w:rsidR="00603F7B" w:rsidRPr="00C479A1" w:rsidRDefault="00603F7B" w:rsidP="00603F7B">
      <w:pPr>
        <w:pStyle w:val="affa"/>
        <w:rPr>
          <w:rFonts w:ascii="Arial" w:eastAsia="Arial" w:hAnsi="Arial" w:cs="Arial"/>
          <w:color w:val="253447"/>
          <w:sz w:val="22"/>
          <w:szCs w:val="22"/>
          <w:u w:val="single"/>
          <w:lang w:eastAsia="en-US"/>
        </w:rPr>
      </w:pPr>
      <w:r w:rsidRPr="00C479A1">
        <w:rPr>
          <w:rFonts w:ascii="Arial" w:eastAsia="Arial" w:hAnsi="Arial" w:cs="Arial"/>
          <w:color w:val="253447"/>
          <w:sz w:val="22"/>
          <w:szCs w:val="22"/>
          <w:u w:val="single"/>
          <w:lang w:eastAsia="en-US"/>
        </w:rPr>
        <w:t>Ответ API:</w:t>
      </w:r>
    </w:p>
    <w:p w14:paraId="598E700E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HTTP: 409 </w:t>
      </w:r>
      <w:proofErr w:type="spellStart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Conflict</w:t>
      </w:r>
      <w:proofErr w:type="spellEnd"/>
    </w:p>
    <w:p w14:paraId="486DBD39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proofErr w:type="spellStart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code</w:t>
      </w:r>
      <w:proofErr w:type="spellEnd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: RESOURCE_CONFLICT</w:t>
      </w:r>
    </w:p>
    <w:p w14:paraId="35012261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proofErr w:type="spellStart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message</w:t>
      </w:r>
      <w:proofErr w:type="spellEnd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: «Невозможно сохранить запись из-за конфликта данных.»</w:t>
      </w:r>
    </w:p>
    <w:p w14:paraId="0790A195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proofErr w:type="spellStart"/>
      <w:proofErr w:type="gramStart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errors</w:t>
      </w:r>
      <w:proofErr w:type="spellEnd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[</w:t>
      </w:r>
      <w:proofErr w:type="gramEnd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] — конкретные причины конфликта.</w:t>
      </w:r>
    </w:p>
    <w:p w14:paraId="52938966" w14:textId="77777777" w:rsidR="00603F7B" w:rsidRPr="00603F7B" w:rsidRDefault="00603F7B" w:rsidP="00603F7B">
      <w:pPr>
        <w:pStyle w:val="affa"/>
        <w:numPr>
          <w:ilvl w:val="0"/>
          <w:numId w:val="13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proofErr w:type="spellStart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>request_id</w:t>
      </w:r>
      <w:proofErr w:type="spellEnd"/>
      <w:r w:rsidRPr="00603F7B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— идентификатор запроса для диагностики.</w:t>
      </w:r>
    </w:p>
    <w:p w14:paraId="010AF7B5" w14:textId="77777777" w:rsidR="00603F7B" w:rsidRPr="00603F7B" w:rsidRDefault="00603F7B" w:rsidP="00603F7B">
      <w:pPr>
        <w:pStyle w:val="affa"/>
        <w:rPr>
          <w:rFonts w:ascii="Arial" w:eastAsia="Arial" w:hAnsi="Arial" w:cs="Arial"/>
          <w:b/>
          <w:bCs/>
          <w:color w:val="253447"/>
          <w:sz w:val="22"/>
          <w:szCs w:val="22"/>
          <w:u w:val="single"/>
          <w:lang w:eastAsia="en-US"/>
        </w:rPr>
      </w:pPr>
      <w:r w:rsidRPr="00603F7B">
        <w:rPr>
          <w:rFonts w:ascii="Arial" w:eastAsia="Arial" w:hAnsi="Arial" w:cs="Arial"/>
          <w:color w:val="253447"/>
          <w:sz w:val="22"/>
          <w:szCs w:val="22"/>
          <w:u w:val="single"/>
          <w:lang w:eastAsia="en-US"/>
        </w:rPr>
        <w:t>Как устранить конфликт?</w:t>
      </w:r>
    </w:p>
    <w:p w14:paraId="1CCD9294" w14:textId="77777777" w:rsidR="00E021D1" w:rsidRDefault="00603F7B" w:rsidP="00E021D1">
      <w:pPr>
        <w:pStyle w:val="affa"/>
        <w:numPr>
          <w:ilvl w:val="0"/>
          <w:numId w:val="17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Проверьте, не существует ли соответствующая запись в справочнике </w:t>
      </w:r>
      <w:proofErr w:type="spellStart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>Заездо</w:t>
      </w:r>
      <w:proofErr w:type="spellEnd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>.</w:t>
      </w:r>
    </w:p>
    <w:p w14:paraId="157CF79C" w14:textId="77777777" w:rsidR="00E021D1" w:rsidRDefault="00603F7B" w:rsidP="00E021D1">
      <w:pPr>
        <w:pStyle w:val="affa"/>
        <w:numPr>
          <w:ilvl w:val="0"/>
          <w:numId w:val="17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Если запись существует и соответствует объекту внешней системы, укажите в её карточке правильный </w:t>
      </w:r>
      <w:r w:rsidRPr="00E021D1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«Идентификатор для синхронизации с 1С»</w:t>
      </w:r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>.</w:t>
      </w:r>
    </w:p>
    <w:p w14:paraId="7633D15B" w14:textId="77777777" w:rsidR="00603F7B" w:rsidRPr="00E021D1" w:rsidRDefault="00603F7B" w:rsidP="00E021D1">
      <w:pPr>
        <w:pStyle w:val="affa"/>
        <w:numPr>
          <w:ilvl w:val="0"/>
          <w:numId w:val="17"/>
        </w:numPr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Повторите исходный PUT-запрос с тем же </w:t>
      </w:r>
      <w:proofErr w:type="spellStart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>source_id</w:t>
      </w:r>
      <w:proofErr w:type="spellEnd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>.</w:t>
      </w:r>
    </w:p>
    <w:p w14:paraId="3CF382A9" w14:textId="77777777" w:rsidR="00603F7B" w:rsidRPr="00E021D1" w:rsidRDefault="00603F7B" w:rsidP="00603F7B">
      <w:pPr>
        <w:pStyle w:val="affa"/>
        <w:rPr>
          <w:rFonts w:ascii="Arial" w:eastAsia="Arial" w:hAnsi="Arial" w:cs="Arial"/>
          <w:color w:val="253447"/>
          <w:sz w:val="22"/>
          <w:szCs w:val="22"/>
          <w:lang w:eastAsia="en-US"/>
        </w:rPr>
      </w:pPr>
      <w:proofErr w:type="spellStart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lastRenderedPageBreak/>
        <w:t>Заездо</w:t>
      </w:r>
      <w:proofErr w:type="spellEnd"/>
      <w:r w:rsidRPr="00E021D1">
        <w:rPr>
          <w:rFonts w:ascii="Arial" w:eastAsia="Arial" w:hAnsi="Arial" w:cs="Arial"/>
          <w:color w:val="253447"/>
          <w:sz w:val="22"/>
          <w:szCs w:val="22"/>
          <w:lang w:eastAsia="en-US"/>
        </w:rPr>
        <w:t xml:space="preserve"> не создаёт дубликат и не выполняет автоматическое объединение записей. </w:t>
      </w:r>
      <w:r w:rsidRPr="00E021D1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 xml:space="preserve">Не изменяйте </w:t>
      </w:r>
      <w:proofErr w:type="spellStart"/>
      <w:r w:rsidRPr="00E021D1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>source_id</w:t>
      </w:r>
      <w:proofErr w:type="spellEnd"/>
      <w:r w:rsidRPr="00E021D1">
        <w:rPr>
          <w:rFonts w:ascii="Arial" w:eastAsia="Arial" w:hAnsi="Arial" w:cs="Arial"/>
          <w:b/>
          <w:bCs/>
          <w:color w:val="253447"/>
          <w:sz w:val="22"/>
          <w:szCs w:val="22"/>
          <w:lang w:eastAsia="en-US"/>
        </w:rPr>
        <w:t xml:space="preserve"> в 1С только ради обхода конфликта.</w:t>
      </w:r>
    </w:p>
    <w:p w14:paraId="64E87385" w14:textId="77777777" w:rsidR="00603F7B" w:rsidRPr="005560CC" w:rsidRDefault="00603F7B">
      <w:pPr>
        <w:spacing w:after="120" w:line="283" w:lineRule="auto"/>
        <w:rPr>
          <w:lang w:val="ru-RU"/>
        </w:rPr>
      </w:pPr>
    </w:p>
    <w:p w14:paraId="44A4A542" w14:textId="77777777" w:rsidR="001E1645" w:rsidRPr="005560CC" w:rsidRDefault="00151576">
      <w:pPr>
        <w:pStyle w:val="31"/>
        <w:spacing w:before="200" w:after="160"/>
        <w:rPr>
          <w:lang w:val="ru-RU"/>
        </w:rPr>
      </w:pPr>
      <w:r>
        <w:rPr>
          <w:rFonts w:ascii="Arial" w:eastAsia="Arial" w:hAnsi="Arial" w:cs="Arial"/>
          <w:lang w:val="ru-RU"/>
        </w:rPr>
        <w:t>Пример общей ошибки параметра</w:t>
      </w:r>
    </w:p>
    <w:p w14:paraId="7B64BD0C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 xml:space="preserve">HTTP 422 · </w:t>
      </w:r>
      <w:proofErr w:type="spellStart"/>
      <w:r>
        <w:rPr>
          <w:rFonts w:eastAsia="Arial" w:cs="Arial"/>
          <w:color w:val="145CA8"/>
          <w:sz w:val="20"/>
          <w:lang w:val="ru-RU"/>
        </w:rPr>
        <w:t>source_id</w:t>
      </w:r>
      <w:proofErr w:type="spellEnd"/>
      <w:r>
        <w:rPr>
          <w:rFonts w:eastAsia="Arial" w:cs="Arial"/>
          <w:color w:val="145CA8"/>
          <w:sz w:val="20"/>
          <w:lang w:val="ru-RU"/>
        </w:rPr>
        <w:t xml:space="preserve"> НЕ СООТВЕТСТВУЕТ ОГРАНИЧЕНИЯМ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6823B332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62B58106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code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"VALIDATION_ERROR",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message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"Ошибка проверки данных справочника.",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"source_id",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"INVALID_SOURCE_ID",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"Некорректный идентификатор записи во внешней системе."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"request_id": "req-put-format"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3C9E7435" w14:textId="77777777" w:rsidR="001E1645" w:rsidRDefault="001E1645">
      <w:pPr>
        <w:spacing w:after="40" w:line="283" w:lineRule="auto"/>
      </w:pPr>
    </w:p>
    <w:p w14:paraId="25DCF670" w14:textId="77777777" w:rsidR="00561E14" w:rsidRPr="00602D71" w:rsidRDefault="005E0622">
      <w:pPr>
        <w:pStyle w:val="1"/>
        <w:pageBreakBefore/>
        <w:rPr>
          <w:lang w:val="ru-RU"/>
        </w:rPr>
      </w:pPr>
      <w:bookmarkStart w:id="1" w:name="section_02"/>
      <w:proofErr w:type="gramStart"/>
      <w:r w:rsidRPr="00602D71">
        <w:rPr>
          <w:rFonts w:ascii="Arial" w:eastAsia="Arial" w:hAnsi="Arial" w:cs="Arial"/>
          <w:lang w:val="ru-RU"/>
        </w:rPr>
        <w:lastRenderedPageBreak/>
        <w:t>02  Каталог</w:t>
      </w:r>
      <w:proofErr w:type="gramEnd"/>
      <w:r w:rsidRPr="00602D71">
        <w:rPr>
          <w:rFonts w:ascii="Arial" w:eastAsia="Arial" w:hAnsi="Arial" w:cs="Arial"/>
          <w:lang w:val="ru-RU"/>
        </w:rPr>
        <w:t xml:space="preserve"> методов </w:t>
      </w:r>
      <w:r>
        <w:rPr>
          <w:rFonts w:ascii="Arial" w:eastAsia="Arial" w:hAnsi="Arial" w:cs="Arial"/>
        </w:rPr>
        <w:t>API</w:t>
      </w:r>
      <w:r w:rsidRPr="00602D71">
        <w:rPr>
          <w:rFonts w:ascii="Arial" w:eastAsia="Arial" w:hAnsi="Arial" w:cs="Arial"/>
          <w:lang w:val="ru-RU"/>
        </w:rPr>
        <w:t xml:space="preserve"> </w:t>
      </w:r>
      <w:r>
        <w:rPr>
          <w:rFonts w:ascii="Arial" w:eastAsia="Arial" w:hAnsi="Arial" w:cs="Arial"/>
        </w:rPr>
        <w:t>v</w:t>
      </w:r>
      <w:r w:rsidRPr="00602D71">
        <w:rPr>
          <w:rFonts w:ascii="Arial" w:eastAsia="Arial" w:hAnsi="Arial" w:cs="Arial"/>
          <w:lang w:val="ru-RU"/>
        </w:rPr>
        <w:t>1</w:t>
      </w:r>
      <w:bookmarkEnd w:id="1"/>
    </w:p>
    <w:p w14:paraId="28E6F0B8" w14:textId="77777777" w:rsidR="00561E14" w:rsidRPr="00602D71" w:rsidRDefault="005E0622">
      <w:pPr>
        <w:spacing w:after="120"/>
        <w:rPr>
          <w:lang w:val="ru-RU"/>
        </w:rPr>
      </w:pPr>
      <w:r>
        <w:rPr>
          <w:rFonts w:eastAsia="Arial" w:cs="Arial"/>
        </w:rPr>
        <w:t>API</w:t>
      </w:r>
      <w:r w:rsidRPr="00602D71">
        <w:rPr>
          <w:rFonts w:eastAsia="Arial" w:cs="Arial"/>
          <w:lang w:val="ru-RU"/>
        </w:rPr>
        <w:t xml:space="preserve"> </w:t>
      </w:r>
      <w:r>
        <w:rPr>
          <w:rFonts w:eastAsia="Arial" w:cs="Arial"/>
        </w:rPr>
        <w:t>v</w:t>
      </w:r>
      <w:r w:rsidRPr="00602D71">
        <w:rPr>
          <w:rFonts w:eastAsia="Arial" w:cs="Arial"/>
          <w:lang w:val="ru-RU"/>
        </w:rPr>
        <w:t>1 включает методы проверки подключения, чтения пользователя, подготовки справочников и создания визита.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1077"/>
        <w:gridCol w:w="4025"/>
        <w:gridCol w:w="4003"/>
      </w:tblGrid>
      <w:tr w:rsidR="00561E14" w14:paraId="561370BA" w14:textId="77777777">
        <w:trPr>
          <w:cantSplit/>
          <w:tblHeader/>
          <w:jc w:val="center"/>
        </w:trPr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3EAD880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№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22475AF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HTTP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26789B7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Метод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7BF08B0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Назначение</w:t>
            </w:r>
          </w:p>
        </w:tc>
      </w:tr>
      <w:tr w:rsidR="00561E14" w14:paraId="7159395B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2D864EA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2A43A9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GET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16803DF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/api/v1/ping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E69867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Проверка подключения к Заездо.</w:t>
            </w:r>
          </w:p>
        </w:tc>
      </w:tr>
      <w:tr w:rsidR="00561E14" w:rsidRPr="00ED3B50" w14:paraId="01C05804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6FA50FF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C0200B5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GET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3E1F0D5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/api/v1/users/{source_id}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DE0BD0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>Поиск пользователя и получение его прав доступа.</w:t>
            </w:r>
          </w:p>
        </w:tc>
      </w:tr>
      <w:tr w:rsidR="00561E14" w14:paraId="7BC6834D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AFD33D8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EBACD9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PUT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F6F29A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/api/v1/sites/{source_id}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69E8E5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Создание или обновление площадки.</w:t>
            </w:r>
          </w:p>
        </w:tc>
      </w:tr>
      <w:tr w:rsidR="00561E14" w14:paraId="6AC6E016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9A824E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29D46A2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PUT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6AB609C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/api/v1/counterparties/{source_id}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7A61D82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Создание или обновление контрагента.</w:t>
            </w:r>
          </w:p>
        </w:tc>
      </w:tr>
      <w:tr w:rsidR="00561E14" w14:paraId="292F657F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A8FA05B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307A059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PUT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69F2F46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/api/v1/vehicles/{source_id}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3E5926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Создание или обновление автомобиля.</w:t>
            </w:r>
          </w:p>
        </w:tc>
      </w:tr>
      <w:tr w:rsidR="00561E14" w14:paraId="71440EAD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A55835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06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D9B8D85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PUT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391120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/api/v1/drivers/{source_id}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F6CF01A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Создание или обновление водителя.</w:t>
            </w:r>
          </w:p>
        </w:tc>
      </w:tr>
      <w:tr w:rsidR="00561E14" w14:paraId="4C43E996" w14:textId="77777777">
        <w:trPr>
          <w:cantSplit/>
          <w:jc w:val="center"/>
        </w:trPr>
        <w:tc>
          <w:tcPr>
            <w:tcW w:w="62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AF3FF0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07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D8AA27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POST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A8714DB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/api/v1/visits</w:t>
            </w:r>
          </w:p>
        </w:tc>
        <w:tc>
          <w:tcPr>
            <w:tcW w:w="400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B37F1CC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Создание визита.</w:t>
            </w:r>
          </w:p>
        </w:tc>
      </w:tr>
    </w:tbl>
    <w:p w14:paraId="64650E76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13E89F15" w14:textId="77777777" w:rsidR="00561E14" w:rsidRPr="00602D71" w:rsidRDefault="005E0622">
      <w:pPr>
        <w:spacing w:after="120"/>
        <w:rPr>
          <w:lang w:val="ru-RU"/>
        </w:rPr>
      </w:pPr>
      <w:r w:rsidRPr="00602D71">
        <w:rPr>
          <w:lang w:val="ru-RU"/>
        </w:rPr>
        <w:t>В документе подробно описаны все семь методов. Описания расположены в порядке каталога.</w:t>
      </w:r>
    </w:p>
    <w:p w14:paraId="5E2BB6C7" w14:textId="77777777" w:rsidR="001E1645" w:rsidRPr="005560CC" w:rsidRDefault="00151576">
      <w:pPr>
        <w:pStyle w:val="1"/>
        <w:pageBreakBefore/>
        <w:spacing w:before="0" w:after="160"/>
        <w:rPr>
          <w:lang w:val="ru-RU"/>
        </w:rPr>
      </w:pPr>
      <w:bookmarkStart w:id="2" w:name="section_03"/>
      <w:proofErr w:type="gramStart"/>
      <w:r>
        <w:rPr>
          <w:rFonts w:ascii="Arial" w:eastAsia="Arial" w:hAnsi="Arial" w:cs="Arial"/>
          <w:lang w:val="ru-RU"/>
        </w:rPr>
        <w:lastRenderedPageBreak/>
        <w:t>03  Проверка</w:t>
      </w:r>
      <w:proofErr w:type="gramEnd"/>
      <w:r>
        <w:rPr>
          <w:rFonts w:ascii="Arial" w:eastAsia="Arial" w:hAnsi="Arial" w:cs="Arial"/>
          <w:lang w:val="ru-RU"/>
        </w:rPr>
        <w:t xml:space="preserve"> подключения</w:t>
      </w:r>
      <w:bookmarkEnd w:id="2"/>
    </w:p>
    <w:p w14:paraId="4E0FDB71" w14:textId="77777777" w:rsidR="001E1645" w:rsidRPr="005560CC" w:rsidRDefault="00151576">
      <w:pPr>
        <w:pStyle w:val="SectionKicker"/>
        <w:keepNext/>
        <w:rPr>
          <w:lang w:val="ru-RU"/>
        </w:rPr>
      </w:pPr>
      <w:r>
        <w:rPr>
          <w:rFonts w:eastAsia="Arial" w:cs="Arial"/>
          <w:b/>
          <w:color w:val="007EFF"/>
          <w:sz w:val="20"/>
          <w:lang w:val="ru-RU"/>
        </w:rPr>
        <w:t>МЕТОД 01 / 07</w:t>
      </w:r>
    </w:p>
    <w:p w14:paraId="51624E26" w14:textId="77777777" w:rsidR="001E1645" w:rsidRPr="005560CC" w:rsidRDefault="00151576">
      <w:pPr>
        <w:pStyle w:val="MethodTitle"/>
        <w:keepNext/>
        <w:rPr>
          <w:lang w:val="ru-RU"/>
        </w:rPr>
      </w:pPr>
      <w:r>
        <w:rPr>
          <w:rFonts w:eastAsia="Arial" w:cs="Arial"/>
          <w:b/>
          <w:color w:val="18324E"/>
          <w:sz w:val="35"/>
          <w:lang w:val="ru-RU"/>
        </w:rPr>
        <w:t>GET /</w:t>
      </w:r>
      <w:proofErr w:type="spellStart"/>
      <w:r>
        <w:rPr>
          <w:rFonts w:eastAsia="Arial" w:cs="Arial"/>
          <w:b/>
          <w:color w:val="18324E"/>
          <w:sz w:val="35"/>
          <w:lang w:val="ru-RU"/>
        </w:rPr>
        <w:t>api</w:t>
      </w:r>
      <w:proofErr w:type="spellEnd"/>
      <w:r>
        <w:rPr>
          <w:rFonts w:eastAsia="Arial" w:cs="Arial"/>
          <w:b/>
          <w:color w:val="18324E"/>
          <w:sz w:val="35"/>
          <w:lang w:val="ru-RU"/>
        </w:rPr>
        <w:t>/v1/</w:t>
      </w:r>
      <w:proofErr w:type="spellStart"/>
      <w:r>
        <w:rPr>
          <w:rFonts w:eastAsia="Arial" w:cs="Arial"/>
          <w:b/>
          <w:color w:val="18324E"/>
          <w:sz w:val="35"/>
          <w:lang w:val="ru-RU"/>
        </w:rPr>
        <w:t>ping</w:t>
      </w:r>
      <w:proofErr w:type="spellEnd"/>
    </w:p>
    <w:p w14:paraId="435CE850" w14:textId="77777777" w:rsidR="001E1645" w:rsidRPr="005560CC" w:rsidRDefault="00151576">
      <w:pPr>
        <w:spacing w:after="200" w:line="283" w:lineRule="auto"/>
        <w:rPr>
          <w:lang w:val="ru-RU"/>
        </w:rPr>
      </w:pPr>
      <w:r>
        <w:rPr>
          <w:rFonts w:eastAsia="Arial" w:cs="Arial"/>
          <w:lang w:val="ru-RU"/>
        </w:rPr>
        <w:t>Проверка токена интеграции и доступности API Заездо. Успешный ответ подтверждает, что запрос авторизован. Метод не создаёт визиты и не открывает отдельный сеанс подключения.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1E1645" w14:paraId="6223B918" w14:textId="77777777"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5E491D1A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ТИП ОПЕРАЦИИ</w:t>
            </w:r>
          </w:p>
          <w:p w14:paraId="35EE58B2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Чтение данных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13CD6DDF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АВТОРИЗАЦИЯ</w:t>
            </w:r>
          </w:p>
          <w:p w14:paraId="4AFCC93F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5EC1496E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ТЕЛО ЗАПРОСА</w:t>
            </w:r>
          </w:p>
          <w:p w14:paraId="382AEF1B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Отсутствует</w:t>
            </w:r>
          </w:p>
        </w:tc>
      </w:tr>
    </w:tbl>
    <w:p w14:paraId="0F80C934" w14:textId="77777777" w:rsidR="001E1645" w:rsidRDefault="001E1645">
      <w:pPr>
        <w:spacing w:after="20" w:line="283" w:lineRule="auto"/>
      </w:pPr>
    </w:p>
    <w:p w14:paraId="5AB3908D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3.1  Адрес</w:t>
      </w:r>
      <w:proofErr w:type="gramEnd"/>
      <w:r>
        <w:rPr>
          <w:rFonts w:ascii="Arial" w:eastAsia="Arial" w:hAnsi="Arial" w:cs="Arial"/>
          <w:lang w:val="ru-RU"/>
        </w:rPr>
        <w:t xml:space="preserve"> и параметры</w:t>
      </w:r>
    </w:p>
    <w:p w14:paraId="35BD680F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Параметры пути, query-параметры и тело запроса отсутствуют. Передайте </w:t>
      </w:r>
      <w:proofErr w:type="spellStart"/>
      <w:r>
        <w:rPr>
          <w:rFonts w:eastAsia="Arial" w:cs="Arial"/>
          <w:lang w:val="ru-RU"/>
        </w:rPr>
        <w:t>Bearer</w:t>
      </w:r>
      <w:proofErr w:type="spellEnd"/>
      <w:r>
        <w:rPr>
          <w:rFonts w:eastAsia="Arial" w:cs="Arial"/>
          <w:lang w:val="ru-RU"/>
        </w:rPr>
        <w:t xml:space="preserve">-токен в заголовке </w:t>
      </w:r>
      <w:proofErr w:type="spellStart"/>
      <w:r>
        <w:rPr>
          <w:rFonts w:eastAsia="Arial" w:cs="Arial"/>
          <w:lang w:val="ru-RU"/>
        </w:rPr>
        <w:t>Authorization</w:t>
      </w:r>
      <w:proofErr w:type="spellEnd"/>
      <w:r>
        <w:rPr>
          <w:rFonts w:eastAsia="Arial" w:cs="Arial"/>
          <w:lang w:val="ru-RU"/>
        </w:rPr>
        <w:t>.</w:t>
      </w:r>
    </w:p>
    <w:p w14:paraId="3E4DE470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ПРИМЕР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60117162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4D41601F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GET /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api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/v1/ping HTTP/1.1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Host: app.zaezdo.pro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Authorization: Bearer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ВАШ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_API_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ТОКЕН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Accept: application/json</w:t>
            </w:r>
          </w:p>
        </w:tc>
      </w:tr>
    </w:tbl>
    <w:p w14:paraId="18379A90" w14:textId="77777777" w:rsidR="001E1645" w:rsidRDefault="001E1645">
      <w:pPr>
        <w:spacing w:after="40" w:line="283" w:lineRule="auto"/>
      </w:pPr>
    </w:p>
    <w:p w14:paraId="2831579D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3.2  Успешный</w:t>
      </w:r>
      <w:proofErr w:type="gramEnd"/>
      <w:r>
        <w:rPr>
          <w:rFonts w:ascii="Arial" w:eastAsia="Arial" w:hAnsi="Arial" w:cs="Arial"/>
          <w:lang w:val="ru-RU"/>
        </w:rPr>
        <w:t xml:space="preserve"> ответ · HTTP 200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D53AEF6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07FAD896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"status": "ok",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integration_id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"DEMO-INT-1C",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tenant_id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"CLIENT-DEMO",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"version": "0.1.85"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4E6BDD3F" w14:textId="77777777" w:rsidR="001E1645" w:rsidRDefault="001E1645">
      <w:pPr>
        <w:spacing w:after="40" w:line="283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007"/>
      </w:tblGrid>
      <w:tr w:rsidR="001E1645" w14:paraId="6FCA8A72" w14:textId="77777777">
        <w:trPr>
          <w:cantSplit/>
          <w:tblHeader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B13977A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Поле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9A6D1C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Значение</w:t>
            </w:r>
          </w:p>
        </w:tc>
      </w:tr>
      <w:tr w:rsidR="001E1645" w:rsidRPr="00ED3B50" w14:paraId="15632144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2E185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status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B69D02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Строка "ok": проверка подключения выполнена успешно.</w:t>
            </w:r>
          </w:p>
        </w:tc>
      </w:tr>
      <w:tr w:rsidR="001E1645" w:rsidRPr="00ED3B50" w14:paraId="2B102D08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6FFF0EB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integration_id</w:t>
            </w:r>
            <w:proofErr w:type="spellEnd"/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3CA1839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Идентификатор интеграции, для которой выпущен токен.</w:t>
            </w:r>
          </w:p>
        </w:tc>
      </w:tr>
      <w:tr w:rsidR="001E1645" w:rsidRPr="00ED3B50" w14:paraId="1F0A80D6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69C5C28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tenant_id</w:t>
            </w:r>
            <w:proofErr w:type="spellEnd"/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788329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Идентификатор вашей компании в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Заездо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14:paraId="6A8EF6E1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0FD5660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version</w:t>
            </w:r>
            <w:proofErr w:type="spellEnd"/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1E7896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Версия серверного портала. Это не версия API. Значение 0.1.85 приведено как пример.</w:t>
            </w:r>
          </w:p>
        </w:tc>
      </w:tr>
    </w:tbl>
    <w:p w14:paraId="09A1F400" w14:textId="77777777" w:rsidR="001E1645" w:rsidRDefault="00151576">
      <w:pPr>
        <w:pStyle w:val="21"/>
        <w:pageBreakBefore/>
        <w:spacing w:before="0"/>
      </w:pPr>
      <w:proofErr w:type="gramStart"/>
      <w:r>
        <w:rPr>
          <w:rFonts w:ascii="Arial" w:eastAsia="Arial" w:hAnsi="Arial" w:cs="Arial"/>
          <w:lang w:val="ru-RU"/>
        </w:rPr>
        <w:lastRenderedPageBreak/>
        <w:t>3.3  Коды</w:t>
      </w:r>
      <w:proofErr w:type="gramEnd"/>
      <w:r>
        <w:rPr>
          <w:rFonts w:ascii="Arial" w:eastAsia="Arial" w:hAnsi="Arial" w:cs="Arial"/>
          <w:lang w:val="ru-RU"/>
        </w:rPr>
        <w:t xml:space="preserve"> и описания ошибок</w:t>
      </w:r>
    </w:p>
    <w:p w14:paraId="251A6ACF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В действующем методе ping ошибка авторизации возвращается в поле </w:t>
      </w:r>
      <w:proofErr w:type="spellStart"/>
      <w:r>
        <w:rPr>
          <w:rFonts w:eastAsia="Arial" w:cs="Arial"/>
          <w:lang w:val="ru-RU"/>
        </w:rPr>
        <w:t>detail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4082"/>
        <w:gridCol w:w="4739"/>
      </w:tblGrid>
      <w:tr w:rsidR="001E1645" w14:paraId="4E60E800" w14:textId="77777777">
        <w:trPr>
          <w:cantSplit/>
          <w:tblHeader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18053A1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HTTP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315057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Условие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7F154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Точное значение detail</w:t>
            </w:r>
          </w:p>
        </w:tc>
      </w:tr>
      <w:tr w:rsidR="001E1645" w14:paraId="758E7B1A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B132F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FE492A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Нет заголовка Authorization или используется не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Bearer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44992B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 xml:space="preserve">Требуется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Bearer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-токен интеграции.</w:t>
            </w:r>
          </w:p>
        </w:tc>
      </w:tr>
      <w:tr w:rsidR="001E1645" w14:paraId="761E8919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15819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21A56E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После Bearer не передано значение токена.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784A0E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Токен интеграции не указан.</w:t>
            </w:r>
          </w:p>
        </w:tc>
      </w:tr>
      <w:tr w:rsidR="001E1645" w14:paraId="53C873A8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C7E7E9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401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CB4018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Токен недействителен, заменён или интеграция отключена.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F66BF5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Недействительный токен интеграции.</w:t>
            </w:r>
          </w:p>
        </w:tc>
      </w:tr>
      <w:tr w:rsidR="001E1645" w14:paraId="039EF756" w14:textId="77777777">
        <w:trPr>
          <w:cantSplit/>
          <w:jc w:val="center"/>
        </w:trPr>
        <w:tc>
          <w:tcPr>
            <w:tcW w:w="9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C09CD4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403</w:t>
            </w:r>
          </w:p>
        </w:tc>
        <w:tc>
          <w:tcPr>
            <w:tcW w:w="408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F14B6B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Компания отключена.</w:t>
            </w:r>
          </w:p>
        </w:tc>
        <w:tc>
          <w:tcPr>
            <w:tcW w:w="4739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B284D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Компания отключена.</w:t>
            </w:r>
          </w:p>
        </w:tc>
      </w:tr>
    </w:tbl>
    <w:p w14:paraId="04835FCF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HTTP 401 · ТОКЕН НЕ ПЕРЕДАН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604251C9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3EFF3934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"detail": "Требуется Bearer-токен интеграции."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6B487A50" w14:textId="77777777" w:rsidR="001E1645" w:rsidRDefault="001E1645">
      <w:pPr>
        <w:spacing w:after="40" w:line="283" w:lineRule="auto"/>
      </w:pPr>
    </w:p>
    <w:p w14:paraId="56893749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3.4  Действия</w:t>
      </w:r>
      <w:proofErr w:type="gramEnd"/>
      <w:r>
        <w:rPr>
          <w:rFonts w:ascii="Arial" w:eastAsia="Arial" w:hAnsi="Arial" w:cs="Arial"/>
          <w:lang w:val="ru-RU"/>
        </w:rPr>
        <w:t xml:space="preserve"> при получении ответа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007"/>
      </w:tblGrid>
      <w:tr w:rsidR="001E1645" w14:paraId="20B710F0" w14:textId="77777777">
        <w:trPr>
          <w:cantSplit/>
          <w:tblHeader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91ADED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Ответ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6E3801F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Что делать</w:t>
            </w:r>
          </w:p>
        </w:tc>
      </w:tr>
      <w:tr w:rsidR="001E1645" w:rsidRPr="00ED3B50" w14:paraId="7C6D175D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A117B5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200, status: "ok"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BB57C43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Можно переходить к подготовке справочников и созданию визита.</w:t>
            </w:r>
          </w:p>
        </w:tc>
      </w:tr>
      <w:tr w:rsidR="001E1645" w14:paraId="17536A34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02642E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401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E12B9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Проверьте заголовок Authorization, токен и активность интеграции. Не повторяйте запрос без исправления причины.</w:t>
            </w:r>
          </w:p>
        </w:tc>
      </w:tr>
      <w:tr w:rsidR="001E1645" w:rsidRPr="00ED3B50" w14:paraId="052335B6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1DFCE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403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77CADC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Обратитесь к администратору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Заездо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: компания отключена.</w:t>
            </w:r>
          </w:p>
        </w:tc>
      </w:tr>
      <w:tr w:rsidR="001E1645" w14:paraId="4931B839" w14:textId="77777777">
        <w:trPr>
          <w:cantSplit/>
          <w:jc w:val="center"/>
        </w:trPr>
        <w:tc>
          <w:tcPr>
            <w:tcW w:w="272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2D0442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500 / 502 / 503 / 504 или обрыв связи</w:t>
            </w:r>
          </w:p>
        </w:tc>
        <w:tc>
          <w:tcPr>
            <w:tcW w:w="700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AD49A5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Повторите GET после паузы. При повторяющемся сбое обратитесь в поддержку. JSON-тело для инфраструктурной ошибки не гарантируется.</w:t>
            </w:r>
          </w:p>
        </w:tc>
      </w:tr>
    </w:tbl>
    <w:p w14:paraId="13753A9A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3.5  Пример</w:t>
      </w:r>
      <w:proofErr w:type="gramEnd"/>
      <w:r>
        <w:rPr>
          <w:rFonts w:ascii="Arial" w:eastAsia="Arial" w:hAnsi="Arial" w:cs="Arial"/>
          <w:lang w:val="ru-RU"/>
        </w:rPr>
        <w:t xml:space="preserve"> использования для 1С</w:t>
      </w:r>
    </w:p>
    <w:p w14:paraId="1355DBE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Получите токен в настройках интеграции</w:t>
      </w:r>
      <w:r w:rsidR="00F8548C">
        <w:rPr>
          <w:rFonts w:eastAsia="Arial" w:cs="Arial"/>
          <w:lang w:val="ru-RU"/>
        </w:rPr>
        <w:t xml:space="preserve">: </w:t>
      </w:r>
      <w:hyperlink r:id="rId13" w:history="1">
        <w:r w:rsidR="00F8548C" w:rsidRPr="00A03019">
          <w:rPr>
            <w:rStyle w:val="aff8"/>
            <w:rFonts w:eastAsia="Arial" w:cs="Arial"/>
            <w:lang w:val="ru-RU"/>
          </w:rPr>
          <w:t>https://app.zaezdo.pro/settings/integration</w:t>
        </w:r>
      </w:hyperlink>
      <w:r w:rsidR="00F8548C">
        <w:rPr>
          <w:rFonts w:eastAsia="Arial" w:cs="Arial"/>
          <w:lang w:val="ru-RU"/>
        </w:rPr>
        <w:t>.</w:t>
      </w:r>
      <w:r>
        <w:rPr>
          <w:rFonts w:eastAsia="Arial" w:cs="Arial"/>
          <w:lang w:val="ru-RU"/>
        </w:rPr>
        <w:t xml:space="preserve"> Выполните запрос из раздела 3.1. При 200 и </w:t>
      </w:r>
      <w:proofErr w:type="spellStart"/>
      <w:r>
        <w:rPr>
          <w:rFonts w:eastAsia="Arial" w:cs="Arial"/>
          <w:lang w:val="ru-RU"/>
        </w:rPr>
        <w:t>status</w:t>
      </w:r>
      <w:proofErr w:type="spellEnd"/>
      <w:r>
        <w:rPr>
          <w:rFonts w:eastAsia="Arial" w:cs="Arial"/>
          <w:lang w:val="ru-RU"/>
        </w:rPr>
        <w:t>: "</w:t>
      </w:r>
      <w:proofErr w:type="spellStart"/>
      <w:r>
        <w:rPr>
          <w:rFonts w:eastAsia="Arial" w:cs="Arial"/>
          <w:lang w:val="ru-RU"/>
        </w:rPr>
        <w:t>ok</w:t>
      </w:r>
      <w:proofErr w:type="spellEnd"/>
      <w:r>
        <w:rPr>
          <w:rFonts w:eastAsia="Arial" w:cs="Arial"/>
          <w:lang w:val="ru-RU"/>
        </w:rPr>
        <w:t xml:space="preserve">" </w:t>
      </w:r>
      <w:r w:rsidR="00F8548C">
        <w:rPr>
          <w:rFonts w:eastAsia="Arial" w:cs="Arial"/>
          <w:lang w:val="ru-RU"/>
        </w:rPr>
        <w:t>результат подключения считается успешным</w:t>
      </w:r>
      <w:r>
        <w:rPr>
          <w:rFonts w:eastAsia="Arial" w:cs="Arial"/>
          <w:lang w:val="ru-RU"/>
        </w:rPr>
        <w:t>.</w:t>
      </w:r>
    </w:p>
    <w:p w14:paraId="5FE1B1A3" w14:textId="77777777" w:rsidR="001E1645" w:rsidRPr="005560CC" w:rsidRDefault="00F85542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</w:t>
      </w:r>
      <w:r w:rsidR="00151576">
        <w:rPr>
          <w:rFonts w:eastAsia="Arial" w:cs="Arial"/>
          <w:lang w:val="ru-RU"/>
        </w:rPr>
        <w:t>ереда</w:t>
      </w:r>
      <w:r>
        <w:rPr>
          <w:rFonts w:eastAsia="Arial" w:cs="Arial"/>
          <w:lang w:val="ru-RU"/>
        </w:rPr>
        <w:t>вайте токен</w:t>
      </w:r>
      <w:r w:rsidR="00151576">
        <w:rPr>
          <w:rFonts w:eastAsia="Arial" w:cs="Arial"/>
          <w:lang w:val="ru-RU"/>
        </w:rPr>
        <w:t xml:space="preserve"> в каждом следующем запросе</w:t>
      </w:r>
      <w:r>
        <w:rPr>
          <w:rFonts w:eastAsia="Arial" w:cs="Arial"/>
          <w:lang w:val="ru-RU"/>
        </w:rPr>
        <w:t>.</w:t>
      </w:r>
    </w:p>
    <w:p w14:paraId="7068A50F" w14:textId="77777777" w:rsidR="00561E14" w:rsidRPr="00602D71" w:rsidRDefault="005E0622">
      <w:pPr>
        <w:pStyle w:val="1"/>
        <w:pageBreakBefore/>
        <w:rPr>
          <w:lang w:val="ru-RU"/>
        </w:rPr>
      </w:pPr>
      <w:bookmarkStart w:id="3" w:name="section_04"/>
      <w:proofErr w:type="gramStart"/>
      <w:r w:rsidRPr="00602D71">
        <w:rPr>
          <w:lang w:val="ru-RU"/>
        </w:rPr>
        <w:lastRenderedPageBreak/>
        <w:t>04  Получение</w:t>
      </w:r>
      <w:proofErr w:type="gramEnd"/>
      <w:r w:rsidRPr="00602D71">
        <w:rPr>
          <w:lang w:val="ru-RU"/>
        </w:rPr>
        <w:t xml:space="preserve"> пользователя</w:t>
      </w:r>
      <w:bookmarkEnd w:id="3"/>
    </w:p>
    <w:p w14:paraId="79913166" w14:textId="77777777" w:rsidR="00561E14" w:rsidRPr="00602D71" w:rsidRDefault="005E0622">
      <w:pPr>
        <w:pStyle w:val="SectionKicker"/>
        <w:rPr>
          <w:lang w:val="ru-RU"/>
        </w:rPr>
      </w:pPr>
      <w:r w:rsidRPr="00602D71">
        <w:rPr>
          <w:rFonts w:eastAsia="Arial" w:cs="Arial"/>
          <w:b/>
          <w:color w:val="087CEB"/>
          <w:sz w:val="20"/>
          <w:lang w:val="ru-RU"/>
        </w:rPr>
        <w:t>МЕТОД 02 / 07</w:t>
      </w:r>
    </w:p>
    <w:p w14:paraId="5221071F" w14:textId="77777777" w:rsidR="00561E14" w:rsidRPr="00602D71" w:rsidRDefault="005E0622">
      <w:pPr>
        <w:pStyle w:val="MethodTitle"/>
        <w:rPr>
          <w:lang w:val="ru-RU"/>
        </w:rPr>
      </w:pPr>
      <w:r>
        <w:rPr>
          <w:rFonts w:eastAsia="Arial" w:cs="Arial"/>
          <w:b/>
          <w:color w:val="18324E"/>
          <w:sz w:val="36"/>
        </w:rPr>
        <w:t>GET</w:t>
      </w:r>
      <w:r w:rsidRPr="00602D71">
        <w:rPr>
          <w:rFonts w:eastAsia="Arial" w:cs="Arial"/>
          <w:b/>
          <w:color w:val="18324E"/>
          <w:sz w:val="36"/>
          <w:lang w:val="ru-RU"/>
        </w:rPr>
        <w:t xml:space="preserve"> /</w:t>
      </w:r>
      <w:proofErr w:type="spellStart"/>
      <w:r>
        <w:rPr>
          <w:rFonts w:eastAsia="Arial" w:cs="Arial"/>
          <w:b/>
          <w:color w:val="18324E"/>
          <w:sz w:val="36"/>
        </w:rPr>
        <w:t>api</w:t>
      </w:r>
      <w:proofErr w:type="spellEnd"/>
      <w:r w:rsidRPr="00602D71">
        <w:rPr>
          <w:rFonts w:eastAsia="Arial" w:cs="Arial"/>
          <w:b/>
          <w:color w:val="18324E"/>
          <w:sz w:val="36"/>
          <w:lang w:val="ru-RU"/>
        </w:rPr>
        <w:t>/</w:t>
      </w:r>
      <w:r>
        <w:rPr>
          <w:rFonts w:eastAsia="Arial" w:cs="Arial"/>
          <w:b/>
          <w:color w:val="18324E"/>
          <w:sz w:val="36"/>
        </w:rPr>
        <w:t>v</w:t>
      </w:r>
      <w:r w:rsidRPr="00602D71">
        <w:rPr>
          <w:rFonts w:eastAsia="Arial" w:cs="Arial"/>
          <w:b/>
          <w:color w:val="18324E"/>
          <w:sz w:val="36"/>
          <w:lang w:val="ru-RU"/>
        </w:rPr>
        <w:t>1/</w:t>
      </w:r>
      <w:r>
        <w:rPr>
          <w:rFonts w:eastAsia="Arial" w:cs="Arial"/>
          <w:b/>
          <w:color w:val="18324E"/>
          <w:sz w:val="36"/>
        </w:rPr>
        <w:t>users</w:t>
      </w:r>
      <w:r w:rsidRPr="00602D71">
        <w:rPr>
          <w:rFonts w:eastAsia="Arial" w:cs="Arial"/>
          <w:b/>
          <w:color w:val="18324E"/>
          <w:sz w:val="36"/>
          <w:lang w:val="ru-RU"/>
        </w:rPr>
        <w:t>/{</w:t>
      </w:r>
      <w:r>
        <w:rPr>
          <w:rFonts w:eastAsia="Arial" w:cs="Arial"/>
          <w:b/>
          <w:color w:val="18324E"/>
          <w:sz w:val="36"/>
        </w:rPr>
        <w:t>source</w:t>
      </w:r>
      <w:r w:rsidRPr="00602D71">
        <w:rPr>
          <w:rFonts w:eastAsia="Arial" w:cs="Arial"/>
          <w:b/>
          <w:color w:val="18324E"/>
          <w:sz w:val="36"/>
          <w:lang w:val="ru-RU"/>
        </w:rPr>
        <w:t>_</w:t>
      </w:r>
      <w:r>
        <w:rPr>
          <w:rFonts w:eastAsia="Arial" w:cs="Arial"/>
          <w:b/>
          <w:color w:val="18324E"/>
          <w:sz w:val="36"/>
        </w:rPr>
        <w:t>id</w:t>
      </w:r>
      <w:r w:rsidRPr="00602D71">
        <w:rPr>
          <w:rFonts w:eastAsia="Arial" w:cs="Arial"/>
          <w:b/>
          <w:color w:val="18324E"/>
          <w:sz w:val="36"/>
          <w:lang w:val="ru-RU"/>
        </w:rPr>
        <w:t>}</w:t>
      </w:r>
    </w:p>
    <w:p w14:paraId="581B0DD9" w14:textId="77777777" w:rsidR="00561E14" w:rsidRPr="00602D71" w:rsidRDefault="005E0622">
      <w:pPr>
        <w:pStyle w:val="TextBody"/>
        <w:spacing w:after="240" w:line="312" w:lineRule="auto"/>
        <w:rPr>
          <w:lang w:val="ru-RU"/>
        </w:rPr>
      </w:pPr>
      <w:r w:rsidRPr="00602D71">
        <w:rPr>
          <w:rFonts w:eastAsia="Arial" w:cs="Arial"/>
          <w:sz w:val="23"/>
          <w:lang w:val="ru-RU"/>
        </w:rPr>
        <w:t xml:space="preserve">Поиск пользователя </w:t>
      </w:r>
      <w:proofErr w:type="spellStart"/>
      <w:r w:rsidRPr="00602D71">
        <w:rPr>
          <w:rFonts w:eastAsia="Arial" w:cs="Arial"/>
          <w:sz w:val="23"/>
          <w:lang w:val="ru-RU"/>
        </w:rPr>
        <w:t>Заездо</w:t>
      </w:r>
      <w:proofErr w:type="spellEnd"/>
      <w:r w:rsidRPr="00602D71">
        <w:rPr>
          <w:rFonts w:eastAsia="Arial" w:cs="Arial"/>
          <w:sz w:val="23"/>
          <w:lang w:val="ru-RU"/>
        </w:rPr>
        <w:t xml:space="preserve"> по </w:t>
      </w:r>
      <w:r w:rsidR="00DE15C3">
        <w:rPr>
          <w:rFonts w:eastAsia="Arial" w:cs="Arial"/>
          <w:sz w:val="23"/>
          <w:lang w:val="ru-RU"/>
        </w:rPr>
        <w:t xml:space="preserve">внешнему </w:t>
      </w:r>
      <w:r w:rsidRPr="00602D71">
        <w:rPr>
          <w:rFonts w:eastAsia="Arial" w:cs="Arial"/>
          <w:sz w:val="23"/>
          <w:lang w:val="ru-RU"/>
        </w:rPr>
        <w:t xml:space="preserve">идентификатору </w:t>
      </w:r>
      <w:r w:rsidR="00DE15C3">
        <w:rPr>
          <w:rFonts w:eastAsia="Arial" w:cs="Arial"/>
          <w:sz w:val="23"/>
          <w:lang w:val="ru-RU"/>
        </w:rPr>
        <w:t>(например</w:t>
      </w:r>
      <w:r w:rsidR="00DE0CF6">
        <w:rPr>
          <w:rFonts w:eastAsia="Arial" w:cs="Arial"/>
          <w:sz w:val="23"/>
          <w:lang w:val="ru-RU"/>
        </w:rPr>
        <w:t xml:space="preserve"> </w:t>
      </w:r>
      <w:r w:rsidRPr="00602D71">
        <w:rPr>
          <w:rFonts w:eastAsia="Arial" w:cs="Arial"/>
          <w:sz w:val="23"/>
          <w:lang w:val="ru-RU"/>
        </w:rPr>
        <w:t>1С</w:t>
      </w:r>
      <w:r w:rsidR="00DE15C3">
        <w:rPr>
          <w:rFonts w:eastAsia="Arial" w:cs="Arial"/>
          <w:sz w:val="23"/>
          <w:lang w:val="ru-RU"/>
        </w:rPr>
        <w:t>)</w:t>
      </w:r>
      <w:r w:rsidRPr="00602D71">
        <w:rPr>
          <w:rFonts w:eastAsia="Arial" w:cs="Arial"/>
          <w:sz w:val="23"/>
          <w:lang w:val="ru-RU"/>
        </w:rPr>
        <w:t>, получение назначенных ролей и их распределения по площадкам. По запросу дополнительно проверяется возможность назначения сотрудника ответственным за визит</w:t>
      </w:r>
      <w:r w:rsidR="005560CC">
        <w:rPr>
          <w:rFonts w:eastAsia="Arial" w:cs="Arial"/>
          <w:sz w:val="23"/>
          <w:lang w:val="ru-RU"/>
        </w:rPr>
        <w:t xml:space="preserve"> – наличие</w:t>
      </w:r>
      <w:r w:rsidR="00DE0CF6">
        <w:rPr>
          <w:rFonts w:eastAsia="Arial" w:cs="Arial"/>
          <w:sz w:val="23"/>
          <w:lang w:val="ru-RU"/>
        </w:rPr>
        <w:t xml:space="preserve"> у него</w:t>
      </w:r>
      <w:r w:rsidR="005560CC">
        <w:rPr>
          <w:rFonts w:eastAsia="Arial" w:cs="Arial"/>
          <w:sz w:val="23"/>
          <w:lang w:val="ru-RU"/>
        </w:rPr>
        <w:t xml:space="preserve"> права работать с определенной площадкой</w:t>
      </w:r>
      <w:r w:rsidRPr="00602D71">
        <w:rPr>
          <w:rFonts w:eastAsia="Arial" w:cs="Arial"/>
          <w:sz w:val="23"/>
          <w:lang w:val="ru-RU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561E14" w14:paraId="4C55CDB2" w14:textId="77777777">
        <w:trPr>
          <w:cantSplit/>
          <w:tblHeader/>
        </w:trPr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20EF12A7" w14:textId="77777777" w:rsidR="00561E14" w:rsidRDefault="005E0622">
            <w:pPr>
              <w:spacing w:after="120" w:line="254" w:lineRule="auto"/>
            </w:pPr>
            <w:r>
              <w:rPr>
                <w:rFonts w:eastAsia="Arial" w:cs="Arial"/>
                <w:b/>
                <w:color w:val="145CA8"/>
                <w:sz w:val="17"/>
              </w:rPr>
              <w:t>ТИП ОПЕРАЦИИ</w:t>
            </w:r>
          </w:p>
          <w:p w14:paraId="0EAB5BD3" w14:textId="77777777" w:rsidR="00561E14" w:rsidRDefault="005E0622">
            <w:pPr>
              <w:spacing w:after="0" w:line="271" w:lineRule="auto"/>
            </w:pPr>
            <w:r>
              <w:rPr>
                <w:rFonts w:eastAsia="Arial" w:cs="Arial"/>
                <w:b/>
                <w:color w:val="18324E"/>
                <w:sz w:val="21"/>
              </w:rPr>
              <w:t>Чтение данных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5EEE683F" w14:textId="77777777" w:rsidR="00561E14" w:rsidRDefault="005E0622">
            <w:pPr>
              <w:spacing w:after="120" w:line="254" w:lineRule="auto"/>
            </w:pPr>
            <w:r>
              <w:rPr>
                <w:rFonts w:eastAsia="Arial" w:cs="Arial"/>
                <w:b/>
                <w:color w:val="145CA8"/>
                <w:sz w:val="17"/>
              </w:rPr>
              <w:t>АВТОРИЗАЦИЯ</w:t>
            </w:r>
          </w:p>
          <w:p w14:paraId="7B22145F" w14:textId="77777777" w:rsidR="00561E14" w:rsidRDefault="005E0622">
            <w:pPr>
              <w:spacing w:after="0" w:line="271" w:lineRule="auto"/>
            </w:pPr>
            <w:r>
              <w:rPr>
                <w:rFonts w:eastAsia="Arial" w:cs="Arial"/>
                <w:b/>
                <w:color w:val="18324E"/>
                <w:sz w:val="21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65747865" w14:textId="77777777" w:rsidR="00561E14" w:rsidRDefault="005E0622">
            <w:pPr>
              <w:spacing w:after="120" w:line="254" w:lineRule="auto"/>
            </w:pPr>
            <w:r>
              <w:rPr>
                <w:rFonts w:eastAsia="Arial" w:cs="Arial"/>
                <w:b/>
                <w:color w:val="145CA8"/>
                <w:sz w:val="17"/>
              </w:rPr>
              <w:t>ТЕЛО ЗАПРОСА</w:t>
            </w:r>
          </w:p>
          <w:p w14:paraId="403BAC82" w14:textId="77777777" w:rsidR="00561E14" w:rsidRDefault="005E0622">
            <w:pPr>
              <w:spacing w:after="0" w:line="271" w:lineRule="auto"/>
            </w:pPr>
            <w:r>
              <w:rPr>
                <w:rFonts w:eastAsia="Arial" w:cs="Arial"/>
                <w:b/>
                <w:color w:val="18324E"/>
                <w:sz w:val="21"/>
              </w:rPr>
              <w:t>Отсутствует</w:t>
            </w:r>
          </w:p>
        </w:tc>
      </w:tr>
    </w:tbl>
    <w:p w14:paraId="12C0F0AC" w14:textId="77777777" w:rsidR="00561E14" w:rsidRDefault="00561E14">
      <w:pPr>
        <w:spacing w:after="100"/>
      </w:pPr>
    </w:p>
    <w:p w14:paraId="0EDDA325" w14:textId="77777777" w:rsidR="00561E14" w:rsidRDefault="005E0622">
      <w:pPr>
        <w:pStyle w:val="21"/>
      </w:pPr>
      <w:proofErr w:type="gramStart"/>
      <w:r>
        <w:rPr>
          <w:rFonts w:ascii="Arial" w:eastAsia="Arial" w:hAnsi="Arial" w:cs="Arial"/>
        </w:rPr>
        <w:t>4.1  Адрес</w:t>
      </w:r>
      <w:proofErr w:type="gramEnd"/>
      <w:r>
        <w:rPr>
          <w:rFonts w:ascii="Arial" w:eastAsia="Arial" w:hAnsi="Arial" w:cs="Arial"/>
        </w:rPr>
        <w:t xml:space="preserve"> и параметры</w:t>
      </w:r>
    </w:p>
    <w:p w14:paraId="67C87FCE" w14:textId="77777777" w:rsidR="00561E14" w:rsidRPr="00602D71" w:rsidRDefault="005E0622">
      <w:pPr>
        <w:rPr>
          <w:lang w:val="ru-RU"/>
        </w:rPr>
      </w:pPr>
      <w:r w:rsidRPr="00602D71">
        <w:rPr>
          <w:rFonts w:eastAsia="Arial" w:cs="Arial"/>
          <w:lang w:val="ru-RU"/>
        </w:rPr>
        <w:t>Можно получить полную информацию о правах пользователя или добавить проверку конкретной площадки.</w:t>
      </w:r>
    </w:p>
    <w:p w14:paraId="11DBF8FA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БЕЗ ПРОВЕРКИ ПЛОЩАДКИ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61417BF4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3EEB3AF4" w14:textId="77777777" w:rsidR="00561E14" w:rsidRDefault="005E0622">
            <w:pPr>
              <w:keepLines/>
              <w:spacing w:after="0" w:line="271" w:lineRule="auto"/>
            </w:pPr>
            <w:r>
              <w:rPr>
                <w:rFonts w:ascii="Courier New" w:eastAsia="Courier New" w:hAnsi="Courier New" w:cs="Courier New"/>
                <w:color w:val="18324E"/>
                <w:sz w:val="19"/>
              </w:rPr>
              <w:t>GET https://app.zaezdo.pro/api/v1/users/EMP-0075</w:t>
            </w:r>
          </w:p>
        </w:tc>
      </w:tr>
    </w:tbl>
    <w:p w14:paraId="283D2D43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4DFE3336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С ПРОВЕРКОЙ ПЛОЩАДКИ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065A8889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2BFF9096" w14:textId="77777777" w:rsidR="00561E14" w:rsidRDefault="005E0622">
            <w:pPr>
              <w:keepLines/>
              <w:spacing w:after="0" w:line="271" w:lineRule="auto"/>
            </w:pPr>
            <w:r>
              <w:rPr>
                <w:rFonts w:ascii="Courier New" w:eastAsia="Courier New" w:hAnsi="Courier New" w:cs="Courier New"/>
                <w:color w:val="18324E"/>
                <w:sz w:val="18"/>
              </w:rPr>
              <w:t>GET https://app.zaezdo.pro/api/v1/users/EMP-0075?site_source_id=WH-SEVER</w:t>
            </w:r>
          </w:p>
        </w:tc>
      </w:tr>
    </w:tbl>
    <w:p w14:paraId="5A34B288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32B1DF2D" w14:textId="77777777" w:rsidR="00561E14" w:rsidRPr="00602D71" w:rsidRDefault="005E0622">
      <w:pPr>
        <w:spacing w:after="160"/>
        <w:rPr>
          <w:lang w:val="ru-RU"/>
        </w:rPr>
      </w:pPr>
      <w:r w:rsidRPr="00602D71">
        <w:rPr>
          <w:rFonts w:eastAsia="Arial" w:cs="Arial"/>
          <w:lang w:val="ru-RU"/>
        </w:rPr>
        <w:t xml:space="preserve">Здесь </w:t>
      </w:r>
      <w:r>
        <w:rPr>
          <w:rFonts w:eastAsia="Arial" w:cs="Arial"/>
        </w:rPr>
        <w:t>EMP</w:t>
      </w:r>
      <w:r w:rsidRPr="00602D71">
        <w:rPr>
          <w:rFonts w:eastAsia="Arial" w:cs="Arial"/>
          <w:lang w:val="ru-RU"/>
        </w:rPr>
        <w:t>-0075 — идентификатор сотрудника в 1С (или внешней системе учёта).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5618"/>
      </w:tblGrid>
      <w:tr w:rsidR="00561E14" w14:paraId="57DE48E8" w14:textId="77777777">
        <w:trPr>
          <w:cantSplit/>
          <w:tblHeader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6CCB9E08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FFFFFF"/>
                <w:sz w:val="20"/>
              </w:rPr>
              <w:t>Параметр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5A7A8D32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Тип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2A878D68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Обяз.</w:t>
            </w:r>
          </w:p>
        </w:tc>
        <w:tc>
          <w:tcPr>
            <w:tcW w:w="5618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2D48AB3F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Назначение</w:t>
            </w:r>
          </w:p>
        </w:tc>
      </w:tr>
      <w:tr w:rsidR="00561E14" w:rsidRPr="00ED3B50" w14:paraId="435DF52E" w14:textId="77777777">
        <w:trPr>
          <w:cantSplit/>
          <w:jc w:val="center"/>
        </w:trPr>
        <w:tc>
          <w:tcPr>
            <w:tcW w:w="1701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59FCEE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source_id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ED0B5C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string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7DB636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Да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681F9E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Идентификатор сотрудника в 1С, передаётся в </w:t>
            </w:r>
            <w:r>
              <w:rPr>
                <w:rFonts w:eastAsia="Arial" w:cs="Arial"/>
                <w:sz w:val="20"/>
              </w:rPr>
              <w:t>URL</w:t>
            </w:r>
            <w:r w:rsidRPr="00602D71">
              <w:rPr>
                <w:rFonts w:eastAsia="Arial" w:cs="Arial"/>
                <w:sz w:val="20"/>
                <w:lang w:val="ru-RU"/>
              </w:rPr>
              <w:t>; максимум 80 символов.</w:t>
            </w:r>
          </w:p>
        </w:tc>
      </w:tr>
      <w:tr w:rsidR="00561E14" w:rsidRPr="00ED3B50" w14:paraId="2FD0CD62" w14:textId="77777777">
        <w:trPr>
          <w:cantSplit/>
          <w:jc w:val="center"/>
        </w:trPr>
        <w:tc>
          <w:tcPr>
            <w:tcW w:w="1701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693B7C3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0"/>
              </w:rPr>
              <w:t>site_source_id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BFD6358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string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2D906F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Нет</w:t>
            </w:r>
          </w:p>
        </w:tc>
        <w:tc>
          <w:tcPr>
            <w:tcW w:w="5618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AEC8C5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Идентификатор площадки в 1С, передаётся в </w:t>
            </w:r>
            <w:r>
              <w:rPr>
                <w:rFonts w:eastAsia="Arial" w:cs="Arial"/>
                <w:sz w:val="20"/>
              </w:rPr>
              <w:t>query</w:t>
            </w:r>
            <w:r w:rsidRPr="00602D71">
              <w:rPr>
                <w:rFonts w:eastAsia="Arial" w:cs="Arial"/>
                <w:sz w:val="20"/>
                <w:lang w:val="ru-RU"/>
              </w:rPr>
              <w:t>-параметре для проверки права назначения ответственным.</w:t>
            </w:r>
          </w:p>
        </w:tc>
      </w:tr>
    </w:tbl>
    <w:p w14:paraId="7863F207" w14:textId="77777777" w:rsidR="00561E14" w:rsidRPr="00602D71" w:rsidRDefault="005E0622">
      <w:pPr>
        <w:spacing w:after="80" w:line="480" w:lineRule="auto"/>
        <w:rPr>
          <w:lang w:val="ru-RU"/>
        </w:rPr>
      </w:pPr>
      <w:r w:rsidRPr="00602D71">
        <w:rPr>
          <w:rFonts w:eastAsia="Arial" w:cs="Arial"/>
          <w:color w:val="FFFFFF"/>
          <w:sz w:val="2"/>
          <w:lang w:val="ru-RU"/>
        </w:rPr>
        <w:t xml:space="preserve"> </w:t>
      </w:r>
    </w:p>
    <w:p w14:paraId="2D48F70C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rFonts w:ascii="Arial" w:eastAsia="Arial" w:hAnsi="Arial" w:cs="Arial"/>
          <w:lang w:val="ru-RU"/>
        </w:rPr>
        <w:t>4.2  Успешный</w:t>
      </w:r>
      <w:proofErr w:type="gramEnd"/>
      <w:r w:rsidRPr="00602D71">
        <w:rPr>
          <w:rFonts w:ascii="Arial" w:eastAsia="Arial" w:hAnsi="Arial" w:cs="Arial"/>
          <w:lang w:val="ru-RU"/>
        </w:rPr>
        <w:t xml:space="preserve"> ответ · </w:t>
      </w:r>
      <w:r>
        <w:rPr>
          <w:rFonts w:ascii="Arial" w:eastAsia="Arial" w:hAnsi="Arial" w:cs="Arial"/>
        </w:rPr>
        <w:t>HTTP</w:t>
      </w:r>
      <w:r w:rsidRPr="00602D71">
        <w:rPr>
          <w:rFonts w:ascii="Arial" w:eastAsia="Arial" w:hAnsi="Arial" w:cs="Arial"/>
          <w:lang w:val="ru-RU"/>
        </w:rPr>
        <w:t xml:space="preserve"> 200</w:t>
      </w:r>
    </w:p>
    <w:p w14:paraId="633A4E9D" w14:textId="77777777" w:rsidR="00561E14" w:rsidRDefault="005E0622">
      <w:pPr>
        <w:spacing w:after="120"/>
      </w:pPr>
      <w:r w:rsidRPr="00602D71">
        <w:rPr>
          <w:rFonts w:eastAsia="Arial" w:cs="Arial"/>
          <w:lang w:val="ru-RU"/>
        </w:rPr>
        <w:t xml:space="preserve">В обоих режимах метод возвращает данные пользователя и все его роли. </w:t>
      </w:r>
      <w:proofErr w:type="spellStart"/>
      <w:r>
        <w:rPr>
          <w:rFonts w:eastAsia="Arial" w:cs="Arial"/>
        </w:rPr>
        <w:t>Если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передан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site_source_id</w:t>
      </w:r>
      <w:proofErr w:type="spellEnd"/>
      <w:r>
        <w:rPr>
          <w:rFonts w:eastAsia="Arial" w:cs="Arial"/>
        </w:rPr>
        <w:t>, в ответ дополнительно включается can_be_responsible_for_site.</w:t>
      </w:r>
    </w:p>
    <w:p w14:paraId="4EE6D345" w14:textId="77777777" w:rsidR="00561E14" w:rsidRDefault="005E0622">
      <w:pPr>
        <w:pStyle w:val="CaptionCustom"/>
        <w:keepNext/>
      </w:pPr>
      <w:r>
        <w:lastRenderedPageBreak/>
        <w:t>GET /api/v1/users/EMP-0075?site_source_id=WH-</w:t>
      </w:r>
      <w:proofErr w:type="gramStart"/>
      <w:r>
        <w:t>SEVER  ·</w:t>
      </w:r>
      <w:proofErr w:type="gramEnd"/>
      <w:r>
        <w:t xml:space="preserve">  200 OK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315C4750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0843F009" w14:textId="77777777" w:rsidR="00561E14" w:rsidRDefault="005E0622">
            <w:pPr>
              <w:spacing w:after="0" w:line="254" w:lineRule="auto"/>
            </w:pPr>
            <w:r>
              <w:rPr>
                <w:rFonts w:ascii="Courier New" w:eastAsia="Courier New" w:hAnsi="Courier New" w:cs="Courier New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"source_id": "EMP-0075",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"full_name": "Анна Соколова",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"is_active": true,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"has_account": true,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"roles": [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"code": "MANAGER",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"name": "Менеджер",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"scope": "SELECTED_SITES",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"sites": [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  {"source_id": "WH-SEVER", "name": "Склад Север"},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  {"source_id": "WH-YUG", "name": "Склад Юг"}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]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},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"code": "DISPATCHER",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"name": "Диспетчер",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"scope": "ALL_SITES",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"sites": []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},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"code": "CHECKPOINT",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"name": "Сотрудник КПП / охрана",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"scope": "SELECTED_SITES",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"sites": [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  {"source_id": "WH-SEVER", "name": "Склад Север"}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  ]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"can_be_responsible_for_site": 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"site_source_id": "WH-SEVER",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  "allowed": true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}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3C288AD3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7A62946B" w14:textId="77777777" w:rsidR="00561E14" w:rsidRPr="00602D71" w:rsidRDefault="005E0622">
      <w:pPr>
        <w:spacing w:after="160"/>
        <w:rPr>
          <w:lang w:val="ru-RU"/>
        </w:rPr>
      </w:pPr>
      <w:r w:rsidRPr="00602D71">
        <w:rPr>
          <w:rFonts w:eastAsia="Arial" w:cs="Arial"/>
          <w:lang w:val="ru-RU"/>
        </w:rPr>
        <w:t xml:space="preserve">Если </w:t>
      </w:r>
      <w:r>
        <w:rPr>
          <w:rFonts w:eastAsia="Arial" w:cs="Arial"/>
        </w:rPr>
        <w:t>site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source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id</w:t>
      </w:r>
      <w:r w:rsidRPr="00602D71">
        <w:rPr>
          <w:rFonts w:eastAsia="Arial" w:cs="Arial"/>
          <w:lang w:val="ru-RU"/>
        </w:rPr>
        <w:t xml:space="preserve"> не передан, ответ содержит все те же данные и роли, но объект </w:t>
      </w:r>
      <w:r>
        <w:rPr>
          <w:rFonts w:eastAsia="Arial" w:cs="Arial"/>
        </w:rPr>
        <w:t>can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be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responsible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for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site</w:t>
      </w:r>
      <w:r w:rsidRPr="00602D71">
        <w:rPr>
          <w:rFonts w:eastAsia="Arial" w:cs="Arial"/>
          <w:lang w:val="ru-RU"/>
        </w:rPr>
        <w:t xml:space="preserve"> полностью отсутствует.</w:t>
      </w:r>
    </w:p>
    <w:p w14:paraId="32E4CFEC" w14:textId="77777777" w:rsidR="00561E14" w:rsidRDefault="005E0622">
      <w:pPr>
        <w:pStyle w:val="21"/>
        <w:pageBreakBefore/>
      </w:pPr>
      <w:proofErr w:type="gramStart"/>
      <w:r>
        <w:rPr>
          <w:rFonts w:ascii="Arial" w:eastAsia="Arial" w:hAnsi="Arial" w:cs="Arial"/>
        </w:rPr>
        <w:lastRenderedPageBreak/>
        <w:t xml:space="preserve">4.3  </w:t>
      </w:r>
      <w:proofErr w:type="spellStart"/>
      <w:r>
        <w:rPr>
          <w:rFonts w:ascii="Arial" w:eastAsia="Arial" w:hAnsi="Arial" w:cs="Arial"/>
        </w:rPr>
        <w:t>Структура</w:t>
      </w:r>
      <w:proofErr w:type="spellEnd"/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ответа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043"/>
      </w:tblGrid>
      <w:tr w:rsidR="00561E14" w14:paraId="6B1F6691" w14:textId="77777777">
        <w:trPr>
          <w:cantSplit/>
          <w:tblHeader/>
          <w:jc w:val="center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0F095EB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Поле ответа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75842F8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Назначение</w:t>
            </w:r>
          </w:p>
        </w:tc>
      </w:tr>
      <w:tr w:rsidR="00561E14" w:rsidRPr="00ED3B50" w14:paraId="356D91A4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EAEA88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source_id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D83695A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Идентификатор сотрудника в 1С, указанный для синхронизации в </w:t>
            </w:r>
            <w:proofErr w:type="spellStart"/>
            <w:r w:rsidRPr="00602D71">
              <w:rPr>
                <w:rFonts w:eastAsia="Arial" w:cs="Arial"/>
                <w:sz w:val="20"/>
                <w:lang w:val="ru-RU"/>
              </w:rPr>
              <w:t>Заездо</w:t>
            </w:r>
            <w:proofErr w:type="spellEnd"/>
            <w:r w:rsidRPr="00602D71">
              <w:rPr>
                <w:rFonts w:eastAsia="Arial" w:cs="Arial"/>
                <w:sz w:val="20"/>
                <w:lang w:val="ru-RU"/>
              </w:rPr>
              <w:t>.</w:t>
            </w:r>
          </w:p>
        </w:tc>
      </w:tr>
      <w:tr w:rsidR="00561E14" w14:paraId="513BECDF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7790271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0"/>
              </w:rPr>
              <w:t>full_name</w:t>
            </w:r>
            <w:proofErr w:type="spellEnd"/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85F75E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ФИО сотрудника в Заездо.</w:t>
            </w:r>
          </w:p>
        </w:tc>
      </w:tr>
      <w:tr w:rsidR="00561E14" w:rsidRPr="00ED3B50" w14:paraId="17C65C02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2FB16CF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is_active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5A6B6F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>Признак активности сотрудника (</w:t>
            </w:r>
            <w:r>
              <w:rPr>
                <w:rFonts w:eastAsia="Arial" w:cs="Arial"/>
                <w:sz w:val="20"/>
              </w:rPr>
              <w:t>true</w:t>
            </w:r>
            <w:r w:rsidRPr="00602D71">
              <w:rPr>
                <w:rFonts w:eastAsia="Arial" w:cs="Arial"/>
                <w:sz w:val="20"/>
                <w:lang w:val="ru-RU"/>
              </w:rPr>
              <w:t xml:space="preserve"> / </w:t>
            </w:r>
            <w:r>
              <w:rPr>
                <w:rFonts w:eastAsia="Arial" w:cs="Arial"/>
                <w:sz w:val="20"/>
              </w:rPr>
              <w:t>false</w:t>
            </w:r>
            <w:r w:rsidRPr="00602D71">
              <w:rPr>
                <w:rFonts w:eastAsia="Arial" w:cs="Arial"/>
                <w:sz w:val="20"/>
                <w:lang w:val="ru-RU"/>
              </w:rPr>
              <w:t>).</w:t>
            </w:r>
          </w:p>
        </w:tc>
      </w:tr>
      <w:tr w:rsidR="00561E14" w:rsidRPr="00ED3B50" w14:paraId="6C49D0BC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FC47259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0"/>
              </w:rPr>
              <w:t>has_account</w:t>
            </w:r>
            <w:proofErr w:type="spellEnd"/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E638DF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Наличие действующей учётной записи для входа в </w:t>
            </w:r>
            <w:proofErr w:type="spellStart"/>
            <w:r w:rsidRPr="00602D71">
              <w:rPr>
                <w:rFonts w:eastAsia="Arial" w:cs="Arial"/>
                <w:sz w:val="20"/>
                <w:lang w:val="ru-RU"/>
              </w:rPr>
              <w:t>Заездо</w:t>
            </w:r>
            <w:proofErr w:type="spellEnd"/>
            <w:r w:rsidRPr="00602D71">
              <w:rPr>
                <w:rFonts w:eastAsia="Arial" w:cs="Arial"/>
                <w:sz w:val="20"/>
                <w:lang w:val="ru-RU"/>
              </w:rPr>
              <w:t>.</w:t>
            </w:r>
          </w:p>
        </w:tc>
      </w:tr>
      <w:tr w:rsidR="00561E14" w14:paraId="45C97F37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6D9A93E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rFonts w:eastAsia="Arial" w:cs="Arial"/>
                <w:b/>
                <w:color w:val="145CA8"/>
                <w:sz w:val="20"/>
              </w:rPr>
              <w:t>roles[</w:t>
            </w:r>
            <w:proofErr w:type="gramEnd"/>
            <w:r>
              <w:rPr>
                <w:rFonts w:eastAsia="Arial" w:cs="Arial"/>
                <w:b/>
                <w:color w:val="145CA8"/>
                <w:sz w:val="20"/>
              </w:rPr>
              <w:t>]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73E8D8F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Массив назначенных сотруднику ролей.</w:t>
            </w:r>
          </w:p>
        </w:tc>
      </w:tr>
      <w:tr w:rsidR="00561E14" w:rsidRPr="00ED3B50" w14:paraId="78F5FB49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E2239C5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rFonts w:eastAsia="Arial" w:cs="Arial"/>
                <w:b/>
                <w:color w:val="145CA8"/>
                <w:sz w:val="20"/>
              </w:rPr>
              <w:t>roles[</w:t>
            </w:r>
            <w:proofErr w:type="gramEnd"/>
            <w:r>
              <w:rPr>
                <w:rFonts w:eastAsia="Arial" w:cs="Arial"/>
                <w:b/>
                <w:color w:val="145CA8"/>
                <w:sz w:val="20"/>
              </w:rPr>
              <w:t>].code / name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20F1DC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>Код роли и её наименование.</w:t>
            </w:r>
          </w:p>
        </w:tc>
      </w:tr>
      <w:tr w:rsidR="00561E14" w14:paraId="7D68B877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FB60EDE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rFonts w:eastAsia="Arial" w:cs="Arial"/>
                <w:b/>
                <w:color w:val="145CA8"/>
                <w:sz w:val="20"/>
              </w:rPr>
              <w:t>roles[</w:t>
            </w:r>
            <w:proofErr w:type="gramEnd"/>
            <w:r>
              <w:rPr>
                <w:rFonts w:eastAsia="Arial" w:cs="Arial"/>
                <w:b/>
                <w:color w:val="145CA8"/>
                <w:sz w:val="20"/>
              </w:rPr>
              <w:t>].scope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6650B20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Область действия роли: ALL_SITES или SELECTED_SITES.</w:t>
            </w:r>
          </w:p>
        </w:tc>
      </w:tr>
      <w:tr w:rsidR="00561E14" w:rsidRPr="00ED3B50" w14:paraId="1C64EFF0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579B860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roles[</w:t>
            </w:r>
            <w:proofErr w:type="gramStart"/>
            <w:r>
              <w:rPr>
                <w:rFonts w:eastAsia="Arial" w:cs="Arial"/>
                <w:b/>
                <w:color w:val="145CA8"/>
                <w:sz w:val="20"/>
              </w:rPr>
              <w:t>].sites</w:t>
            </w:r>
            <w:proofErr w:type="gramEnd"/>
            <w:r>
              <w:rPr>
                <w:rFonts w:eastAsia="Arial" w:cs="Arial"/>
                <w:b/>
                <w:color w:val="145CA8"/>
                <w:sz w:val="20"/>
              </w:rPr>
              <w:t>[]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9A2FA3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Список площадок, на которых действует роль, если </w:t>
            </w:r>
            <w:r>
              <w:rPr>
                <w:rFonts w:eastAsia="Arial" w:cs="Arial"/>
                <w:sz w:val="20"/>
              </w:rPr>
              <w:t>scope</w:t>
            </w:r>
            <w:r w:rsidRPr="00602D71">
              <w:rPr>
                <w:rFonts w:eastAsia="Arial" w:cs="Arial"/>
                <w:sz w:val="20"/>
                <w:lang w:val="ru-RU"/>
              </w:rPr>
              <w:t xml:space="preserve"> = </w:t>
            </w:r>
            <w:r>
              <w:rPr>
                <w:rFonts w:eastAsia="Arial" w:cs="Arial"/>
                <w:sz w:val="20"/>
              </w:rPr>
              <w:t>SELECTED</w:t>
            </w:r>
            <w:r w:rsidRPr="00602D71">
              <w:rPr>
                <w:rFonts w:eastAsia="Arial" w:cs="Arial"/>
                <w:sz w:val="20"/>
                <w:lang w:val="ru-RU"/>
              </w:rPr>
              <w:t>_</w:t>
            </w:r>
            <w:r>
              <w:rPr>
                <w:rFonts w:eastAsia="Arial" w:cs="Arial"/>
                <w:sz w:val="20"/>
              </w:rPr>
              <w:t>SITES</w:t>
            </w:r>
            <w:r w:rsidRPr="00602D71">
              <w:rPr>
                <w:rFonts w:eastAsia="Arial" w:cs="Arial"/>
                <w:sz w:val="20"/>
                <w:lang w:val="ru-RU"/>
              </w:rPr>
              <w:t>.</w:t>
            </w:r>
          </w:p>
        </w:tc>
      </w:tr>
      <w:tr w:rsidR="00561E14" w:rsidRPr="00ED3B50" w14:paraId="1BC4087A" w14:textId="77777777">
        <w:trPr>
          <w:cantSplit/>
          <w:jc w:val="center"/>
        </w:trPr>
        <w:tc>
          <w:tcPr>
            <w:tcW w:w="368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7557E43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0"/>
              </w:rPr>
              <w:t>can_be_responsible_for_site</w:t>
            </w:r>
            <w:proofErr w:type="spellEnd"/>
          </w:p>
        </w:tc>
        <w:tc>
          <w:tcPr>
            <w:tcW w:w="6043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5D9B36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Необязательный результат проверки конкретной площадки: </w:t>
            </w:r>
            <w:r>
              <w:rPr>
                <w:rFonts w:eastAsia="Arial" w:cs="Arial"/>
                <w:sz w:val="20"/>
              </w:rPr>
              <w:t>site</w:t>
            </w:r>
            <w:r w:rsidRPr="00602D71">
              <w:rPr>
                <w:rFonts w:eastAsia="Arial" w:cs="Arial"/>
                <w:sz w:val="20"/>
                <w:lang w:val="ru-RU"/>
              </w:rPr>
              <w:t>_</w:t>
            </w:r>
            <w:r>
              <w:rPr>
                <w:rFonts w:eastAsia="Arial" w:cs="Arial"/>
                <w:sz w:val="20"/>
              </w:rPr>
              <w:t>source</w:t>
            </w:r>
            <w:r w:rsidRPr="00602D71">
              <w:rPr>
                <w:rFonts w:eastAsia="Arial" w:cs="Arial"/>
                <w:sz w:val="20"/>
                <w:lang w:val="ru-RU"/>
              </w:rPr>
              <w:t>_</w:t>
            </w:r>
            <w:r>
              <w:rPr>
                <w:rFonts w:eastAsia="Arial" w:cs="Arial"/>
                <w:sz w:val="20"/>
              </w:rPr>
              <w:t>id</w:t>
            </w:r>
            <w:r w:rsidRPr="00602D71">
              <w:rPr>
                <w:rFonts w:eastAsia="Arial" w:cs="Arial"/>
                <w:sz w:val="20"/>
                <w:lang w:val="ru-RU"/>
              </w:rPr>
              <w:t xml:space="preserve">, </w:t>
            </w:r>
            <w:r>
              <w:rPr>
                <w:rFonts w:eastAsia="Arial" w:cs="Arial"/>
                <w:sz w:val="20"/>
              </w:rPr>
              <w:t>allowed</w:t>
            </w:r>
            <w:r w:rsidRPr="00602D71">
              <w:rPr>
                <w:rFonts w:eastAsia="Arial" w:cs="Arial"/>
                <w:sz w:val="20"/>
                <w:lang w:val="ru-RU"/>
              </w:rPr>
              <w:t xml:space="preserve"> и, при отказе, </w:t>
            </w:r>
            <w:r>
              <w:rPr>
                <w:rFonts w:eastAsia="Arial" w:cs="Arial"/>
                <w:sz w:val="20"/>
              </w:rPr>
              <w:t>reason</w:t>
            </w:r>
            <w:r w:rsidRPr="00602D71">
              <w:rPr>
                <w:rFonts w:eastAsia="Arial" w:cs="Arial"/>
                <w:sz w:val="20"/>
                <w:lang w:val="ru-RU"/>
              </w:rPr>
              <w:t>.</w:t>
            </w:r>
          </w:p>
        </w:tc>
      </w:tr>
    </w:tbl>
    <w:p w14:paraId="4A86018B" w14:textId="77777777" w:rsidR="00561E14" w:rsidRPr="00602D71" w:rsidRDefault="005E0622">
      <w:pPr>
        <w:spacing w:after="80" w:line="480" w:lineRule="auto"/>
        <w:rPr>
          <w:lang w:val="ru-RU"/>
        </w:rPr>
      </w:pPr>
      <w:r w:rsidRPr="00602D71">
        <w:rPr>
          <w:rFonts w:eastAsia="Arial" w:cs="Arial"/>
          <w:color w:val="FFFFFF"/>
          <w:sz w:val="2"/>
          <w:lang w:val="ru-RU"/>
        </w:rPr>
        <w:t xml:space="preserve"> </w:t>
      </w:r>
    </w:p>
    <w:p w14:paraId="11F60771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rFonts w:ascii="Arial" w:eastAsia="Arial" w:hAnsi="Arial" w:cs="Arial"/>
          <w:lang w:val="ru-RU"/>
        </w:rPr>
        <w:t>4.4  Роли</w:t>
      </w:r>
      <w:proofErr w:type="gramEnd"/>
      <w:r w:rsidRPr="00602D71">
        <w:rPr>
          <w:rFonts w:ascii="Arial" w:eastAsia="Arial" w:hAnsi="Arial" w:cs="Arial"/>
          <w:lang w:val="ru-RU"/>
        </w:rPr>
        <w:t xml:space="preserve"> и область действия</w:t>
      </w:r>
    </w:p>
    <w:p w14:paraId="26883AA4" w14:textId="77777777" w:rsidR="00561E14" w:rsidRPr="00602D71" w:rsidRDefault="005E0622">
      <w:pPr>
        <w:spacing w:after="120"/>
        <w:rPr>
          <w:lang w:val="ru-RU"/>
        </w:rPr>
      </w:pPr>
      <w:r w:rsidRPr="00602D71">
        <w:rPr>
          <w:rFonts w:eastAsia="Arial" w:cs="Arial"/>
          <w:lang w:val="ru-RU"/>
        </w:rPr>
        <w:t>Роль и доступные ей площадки описываются вместе — это позволяет внешней системе понять фактическое распределение прав.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347"/>
      </w:tblGrid>
      <w:tr w:rsidR="00561E14" w14:paraId="15D76AB9" w14:textId="77777777">
        <w:trPr>
          <w:cantSplit/>
          <w:tblHeader/>
          <w:jc w:val="center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533E6F15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FFFFFF"/>
                <w:sz w:val="20"/>
              </w:rPr>
              <w:t>Значение</w:t>
            </w:r>
            <w:proofErr w:type="spellEnd"/>
            <w:r>
              <w:rPr>
                <w:rFonts w:eastAsia="Arial" w:cs="Arial"/>
                <w:b/>
                <w:color w:val="FFFFFF"/>
                <w:sz w:val="20"/>
              </w:rPr>
              <w:t xml:space="preserve"> scope</w:t>
            </w:r>
          </w:p>
        </w:tc>
        <w:tc>
          <w:tcPr>
            <w:tcW w:w="7347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1D3859BD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Как интерпретировать</w:t>
            </w:r>
          </w:p>
        </w:tc>
      </w:tr>
      <w:tr w:rsidR="00561E14" w:rsidRPr="00ED3B50" w14:paraId="726F8575" w14:textId="77777777">
        <w:trPr>
          <w:cantSplit/>
          <w:jc w:val="center"/>
        </w:trPr>
        <w:tc>
          <w:tcPr>
            <w:tcW w:w="2381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426047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ALL_SITES</w:t>
            </w:r>
          </w:p>
        </w:tc>
        <w:tc>
          <w:tcPr>
            <w:tcW w:w="7347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186FB9D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Роль действует на всех площадках компании. При этом </w:t>
            </w:r>
            <w:r>
              <w:rPr>
                <w:rFonts w:eastAsia="Arial" w:cs="Arial"/>
                <w:sz w:val="20"/>
              </w:rPr>
              <w:t>sites</w:t>
            </w:r>
            <w:r w:rsidRPr="00602D71">
              <w:rPr>
                <w:rFonts w:eastAsia="Arial" w:cs="Arial"/>
                <w:sz w:val="20"/>
                <w:lang w:val="ru-RU"/>
              </w:rPr>
              <w:t xml:space="preserve"> = [] — это не отсутствие доступа.</w:t>
            </w:r>
          </w:p>
        </w:tc>
      </w:tr>
      <w:tr w:rsidR="00561E14" w:rsidRPr="00ED3B50" w14:paraId="05F55EAA" w14:textId="77777777">
        <w:trPr>
          <w:cantSplit/>
          <w:jc w:val="center"/>
        </w:trPr>
        <w:tc>
          <w:tcPr>
            <w:tcW w:w="2381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B5FC806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SELECTED_SITES</w:t>
            </w:r>
          </w:p>
        </w:tc>
        <w:tc>
          <w:tcPr>
            <w:tcW w:w="7347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489650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 xml:space="preserve">Роль действует только на площадках из массива </w:t>
            </w:r>
            <w:proofErr w:type="gramStart"/>
            <w:r>
              <w:rPr>
                <w:rFonts w:eastAsia="Arial" w:cs="Arial"/>
                <w:sz w:val="20"/>
              </w:rPr>
              <w:t>sites</w:t>
            </w:r>
            <w:r w:rsidRPr="00602D71">
              <w:rPr>
                <w:rFonts w:eastAsia="Arial" w:cs="Arial"/>
                <w:sz w:val="20"/>
                <w:lang w:val="ru-RU"/>
              </w:rPr>
              <w:t>[</w:t>
            </w:r>
            <w:proofErr w:type="gramEnd"/>
            <w:r w:rsidRPr="00602D71">
              <w:rPr>
                <w:rFonts w:eastAsia="Arial" w:cs="Arial"/>
                <w:sz w:val="20"/>
                <w:lang w:val="ru-RU"/>
              </w:rPr>
              <w:t>].</w:t>
            </w:r>
          </w:p>
        </w:tc>
      </w:tr>
    </w:tbl>
    <w:p w14:paraId="313D5E2D" w14:textId="77777777" w:rsidR="00561E14" w:rsidRPr="00602D71" w:rsidRDefault="005E0622">
      <w:pPr>
        <w:spacing w:after="80" w:line="480" w:lineRule="auto"/>
        <w:rPr>
          <w:lang w:val="ru-RU"/>
        </w:rPr>
      </w:pPr>
      <w:r w:rsidRPr="00602D71">
        <w:rPr>
          <w:rFonts w:eastAsia="Arial" w:cs="Arial"/>
          <w:color w:val="FFFFFF"/>
          <w:sz w:val="2"/>
          <w:lang w:val="ru-RU"/>
        </w:rPr>
        <w:t xml:space="preserve"> </w:t>
      </w:r>
    </w:p>
    <w:p w14:paraId="1A52A397" w14:textId="77777777" w:rsidR="00561E14" w:rsidRDefault="005E0622">
      <w:pPr>
        <w:spacing w:before="60" w:after="120"/>
      </w:pPr>
      <w:proofErr w:type="spellStart"/>
      <w:r>
        <w:rPr>
          <w:rFonts w:eastAsia="Arial" w:cs="Arial"/>
        </w:rPr>
        <w:t>Поддерживаемые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коды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ролей</w:t>
      </w:r>
      <w:proofErr w:type="spellEnd"/>
      <w:r>
        <w:rPr>
          <w:rFonts w:eastAsia="Arial" w:cs="Arial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760"/>
      </w:tblGrid>
      <w:tr w:rsidR="00561E14" w14:paraId="6D1D3AB4" w14:textId="77777777">
        <w:trPr>
          <w:cantSplit/>
          <w:tblHeader/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6F5A970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Код роли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01607961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Наименование</w:t>
            </w:r>
          </w:p>
        </w:tc>
      </w:tr>
      <w:tr w:rsidR="00561E14" w14:paraId="61EB7097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561FBA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CLIENT_ADMIN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AFF5EF9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Администратор клиента</w:t>
            </w:r>
          </w:p>
        </w:tc>
      </w:tr>
      <w:tr w:rsidR="00561E14" w14:paraId="3F2D0842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04B2DB2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MANAGER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F24BB29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Менеджер</w:t>
            </w:r>
          </w:p>
        </w:tc>
      </w:tr>
      <w:tr w:rsidR="00561E14" w14:paraId="6B8A11F1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3DA2A94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DISPATCHER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4444EA7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Диспетчер</w:t>
            </w:r>
          </w:p>
        </w:tc>
      </w:tr>
      <w:tr w:rsidR="00561E14" w14:paraId="2628B8EF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ADF2A0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CHECKPOINT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4E5B7873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Сотрудник КПП / охрана</w:t>
            </w:r>
          </w:p>
        </w:tc>
      </w:tr>
      <w:tr w:rsidR="00561E14" w14:paraId="4FD95E4E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34B648C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WAREHOUSE_OPERATOR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E5CF96A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Оператор склада</w:t>
            </w:r>
          </w:p>
        </w:tc>
      </w:tr>
      <w:tr w:rsidR="00561E14" w14:paraId="65A0B06E" w14:textId="77777777">
        <w:trPr>
          <w:cantSplit/>
          <w:jc w:val="center"/>
        </w:trPr>
        <w:tc>
          <w:tcPr>
            <w:tcW w:w="3969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103BE69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LOGISTICS_MANAGER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7ACA772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Руководитель склада / логистики</w:t>
            </w:r>
          </w:p>
        </w:tc>
      </w:tr>
    </w:tbl>
    <w:p w14:paraId="609D5B01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0FB9168C" w14:textId="77777777" w:rsidR="00561E14" w:rsidRDefault="005E0622">
      <w:pPr>
        <w:pStyle w:val="21"/>
        <w:pageBreakBefore/>
      </w:pPr>
      <w:proofErr w:type="gramStart"/>
      <w:r>
        <w:rPr>
          <w:rFonts w:ascii="Arial" w:eastAsia="Arial" w:hAnsi="Arial" w:cs="Arial"/>
        </w:rPr>
        <w:lastRenderedPageBreak/>
        <w:t>4.5  Проверка</w:t>
      </w:r>
      <w:proofErr w:type="gramEnd"/>
      <w:r>
        <w:rPr>
          <w:rFonts w:ascii="Arial" w:eastAsia="Arial" w:hAnsi="Arial" w:cs="Arial"/>
        </w:rPr>
        <w:t xml:space="preserve"> назначения ответственным</w:t>
      </w:r>
    </w:p>
    <w:p w14:paraId="4AA2C2E3" w14:textId="77777777" w:rsidR="00561E14" w:rsidRPr="00602D71" w:rsidRDefault="005E0622">
      <w:pPr>
        <w:spacing w:after="120"/>
        <w:rPr>
          <w:lang w:val="ru-RU"/>
        </w:rPr>
      </w:pPr>
      <w:r w:rsidRPr="00602D71">
        <w:rPr>
          <w:rFonts w:eastAsia="Arial" w:cs="Arial"/>
          <w:lang w:val="ru-RU"/>
        </w:rPr>
        <w:t xml:space="preserve">Проверка выполняется только при наличии параметра </w:t>
      </w:r>
      <w:r>
        <w:rPr>
          <w:rFonts w:eastAsia="Arial" w:cs="Arial"/>
        </w:rPr>
        <w:t>site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source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id</w:t>
      </w:r>
      <w:r w:rsidRPr="00602D71">
        <w:rPr>
          <w:rFonts w:eastAsia="Arial" w:cs="Arial"/>
          <w:lang w:val="ru-RU"/>
        </w:rPr>
        <w:t xml:space="preserve">. </w:t>
      </w:r>
      <w:proofErr w:type="spellStart"/>
      <w:r w:rsidRPr="00602D71">
        <w:rPr>
          <w:rFonts w:eastAsia="Arial" w:cs="Arial"/>
          <w:lang w:val="ru-RU"/>
        </w:rPr>
        <w:t>Заездо</w:t>
      </w:r>
      <w:proofErr w:type="spellEnd"/>
      <w:r w:rsidRPr="00602D71">
        <w:rPr>
          <w:rFonts w:eastAsia="Arial" w:cs="Arial"/>
          <w:lang w:val="ru-RU"/>
        </w:rPr>
        <w:t xml:space="preserve"> проверяет одновременно:</w:t>
      </w:r>
    </w:p>
    <w:p w14:paraId="611B69FC" w14:textId="77777777" w:rsidR="00561E14" w:rsidRPr="00602D71" w:rsidRDefault="005E0622">
      <w:pPr>
        <w:pStyle w:val="BulletCustom"/>
        <w:rPr>
          <w:lang w:val="ru-RU"/>
        </w:rPr>
      </w:pPr>
      <w:r w:rsidRPr="00602D71">
        <w:rPr>
          <w:rFonts w:eastAsia="Arial" w:cs="Arial"/>
          <w:b/>
          <w:color w:val="087CEB"/>
          <w:lang w:val="ru-RU"/>
        </w:rPr>
        <w:t xml:space="preserve">•  </w:t>
      </w:r>
      <w:r w:rsidRPr="00602D71">
        <w:rPr>
          <w:rFonts w:eastAsia="Arial" w:cs="Arial"/>
          <w:lang w:val="ru-RU"/>
        </w:rPr>
        <w:t>сотрудник активен (</w:t>
      </w:r>
      <w:r>
        <w:rPr>
          <w:rFonts w:eastAsia="Arial" w:cs="Arial"/>
        </w:rPr>
        <w:t>is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active</w:t>
      </w:r>
      <w:r w:rsidRPr="00602D71">
        <w:rPr>
          <w:rFonts w:eastAsia="Arial" w:cs="Arial"/>
          <w:lang w:val="ru-RU"/>
        </w:rPr>
        <w:t xml:space="preserve"> = </w:t>
      </w:r>
      <w:r>
        <w:rPr>
          <w:rFonts w:eastAsia="Arial" w:cs="Arial"/>
        </w:rPr>
        <w:t>true</w:t>
      </w:r>
      <w:r w:rsidRPr="00602D71">
        <w:rPr>
          <w:rFonts w:eastAsia="Arial" w:cs="Arial"/>
          <w:lang w:val="ru-RU"/>
        </w:rPr>
        <w:t>);</w:t>
      </w:r>
    </w:p>
    <w:p w14:paraId="73BDDB7C" w14:textId="77777777" w:rsidR="00561E14" w:rsidRPr="00602D71" w:rsidRDefault="005E0622">
      <w:pPr>
        <w:pStyle w:val="BulletCustom"/>
        <w:rPr>
          <w:lang w:val="ru-RU"/>
        </w:rPr>
      </w:pPr>
      <w:r w:rsidRPr="00602D71">
        <w:rPr>
          <w:rFonts w:eastAsia="Arial" w:cs="Arial"/>
          <w:b/>
          <w:color w:val="087CEB"/>
          <w:lang w:val="ru-RU"/>
        </w:rPr>
        <w:t xml:space="preserve">•  </w:t>
      </w:r>
      <w:r w:rsidRPr="00602D71">
        <w:rPr>
          <w:rFonts w:eastAsia="Arial" w:cs="Arial"/>
          <w:lang w:val="ru-RU"/>
        </w:rPr>
        <w:t>имеет действующую учётную запись (</w:t>
      </w:r>
      <w:r>
        <w:rPr>
          <w:rFonts w:eastAsia="Arial" w:cs="Arial"/>
        </w:rPr>
        <w:t>has</w:t>
      </w:r>
      <w:r w:rsidRPr="00602D71">
        <w:rPr>
          <w:rFonts w:eastAsia="Arial" w:cs="Arial"/>
          <w:lang w:val="ru-RU"/>
        </w:rPr>
        <w:t>_</w:t>
      </w:r>
      <w:r>
        <w:rPr>
          <w:rFonts w:eastAsia="Arial" w:cs="Arial"/>
        </w:rPr>
        <w:t>account</w:t>
      </w:r>
      <w:r w:rsidRPr="00602D71">
        <w:rPr>
          <w:rFonts w:eastAsia="Arial" w:cs="Arial"/>
          <w:lang w:val="ru-RU"/>
        </w:rPr>
        <w:t xml:space="preserve"> = </w:t>
      </w:r>
      <w:r>
        <w:rPr>
          <w:rFonts w:eastAsia="Arial" w:cs="Arial"/>
        </w:rPr>
        <w:t>true</w:t>
      </w:r>
      <w:r w:rsidRPr="00602D71">
        <w:rPr>
          <w:rFonts w:eastAsia="Arial" w:cs="Arial"/>
          <w:lang w:val="ru-RU"/>
        </w:rPr>
        <w:t>);</w:t>
      </w:r>
    </w:p>
    <w:p w14:paraId="559A1650" w14:textId="77777777" w:rsidR="00561E14" w:rsidRPr="00602D71" w:rsidRDefault="005E0622">
      <w:pPr>
        <w:pStyle w:val="BulletCustom"/>
        <w:rPr>
          <w:lang w:val="ru-RU"/>
        </w:rPr>
      </w:pPr>
      <w:r w:rsidRPr="00602D71">
        <w:rPr>
          <w:rFonts w:eastAsia="Arial" w:cs="Arial"/>
          <w:b/>
          <w:color w:val="087CEB"/>
          <w:lang w:val="ru-RU"/>
        </w:rPr>
        <w:t xml:space="preserve">•  </w:t>
      </w:r>
      <w:r w:rsidRPr="00602D71">
        <w:rPr>
          <w:rFonts w:eastAsia="Arial" w:cs="Arial"/>
          <w:lang w:val="ru-RU"/>
        </w:rPr>
        <w:t xml:space="preserve">ему назначена роль </w:t>
      </w:r>
      <w:r>
        <w:rPr>
          <w:rFonts w:eastAsia="Arial" w:cs="Arial"/>
        </w:rPr>
        <w:t>MANAGER</w:t>
      </w:r>
      <w:r w:rsidRPr="00602D71">
        <w:rPr>
          <w:rFonts w:eastAsia="Arial" w:cs="Arial"/>
          <w:lang w:val="ru-RU"/>
        </w:rPr>
        <w:t>;</w:t>
      </w:r>
    </w:p>
    <w:p w14:paraId="1356D50E" w14:textId="77777777" w:rsidR="00561E14" w:rsidRPr="00602D71" w:rsidRDefault="005E0622">
      <w:pPr>
        <w:pStyle w:val="BulletCustom"/>
        <w:rPr>
          <w:lang w:val="ru-RU"/>
        </w:rPr>
      </w:pPr>
      <w:r w:rsidRPr="00602D71">
        <w:rPr>
          <w:rFonts w:eastAsia="Arial" w:cs="Arial"/>
          <w:b/>
          <w:color w:val="087CEB"/>
          <w:lang w:val="ru-RU"/>
        </w:rPr>
        <w:t xml:space="preserve">•  </w:t>
      </w:r>
      <w:r w:rsidRPr="00602D71">
        <w:rPr>
          <w:rFonts w:eastAsia="Arial" w:cs="Arial"/>
          <w:lang w:val="ru-RU"/>
        </w:rPr>
        <w:t xml:space="preserve">роль </w:t>
      </w:r>
      <w:r>
        <w:rPr>
          <w:rFonts w:eastAsia="Arial" w:cs="Arial"/>
        </w:rPr>
        <w:t>MANAGER</w:t>
      </w:r>
      <w:r w:rsidRPr="00602D71">
        <w:rPr>
          <w:rFonts w:eastAsia="Arial" w:cs="Arial"/>
          <w:lang w:val="ru-RU"/>
        </w:rPr>
        <w:t xml:space="preserve"> действует на указанной активной площадке.</w:t>
      </w:r>
    </w:p>
    <w:p w14:paraId="05383356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РЕЗУЛЬТАТ УСПЕШНОЙ ПРОВЕРКИ · ФРАГМЕНТ ОТВЕТА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62317C84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58161506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"can_be_responsible_for_site": 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  "site_source_id": "WH-SEVER",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  "allowed": true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}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1F82BF07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75E738AC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ОТКАЗ В НАЗНАЧЕНИИ · ФРАГМЕНТ ОТВЕТА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44624747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4276031D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"can_be_responsible_for_site": 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  "site_source_id": "WH-SEVER",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  "allowed": false,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  "reason": "MANAGER_NO_SITE_ACCESS"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}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09553D2C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26187450" w14:textId="77777777" w:rsidR="00561E14" w:rsidRPr="00602D71" w:rsidRDefault="005E0622">
      <w:pPr>
        <w:rPr>
          <w:lang w:val="ru-RU"/>
        </w:rPr>
      </w:pPr>
      <w:r w:rsidRPr="00602D71">
        <w:rPr>
          <w:rFonts w:eastAsia="Arial" w:cs="Arial"/>
          <w:b/>
          <w:color w:val="18324E"/>
          <w:lang w:val="ru-RU"/>
        </w:rPr>
        <w:t xml:space="preserve">Отказ в назначении не является ошибкой </w:t>
      </w:r>
      <w:r>
        <w:rPr>
          <w:rFonts w:eastAsia="Arial" w:cs="Arial"/>
          <w:b/>
          <w:color w:val="18324E"/>
        </w:rPr>
        <w:t>HTTP</w:t>
      </w:r>
      <w:r w:rsidRPr="00602D71">
        <w:rPr>
          <w:rFonts w:eastAsia="Arial" w:cs="Arial"/>
          <w:b/>
          <w:color w:val="18324E"/>
          <w:lang w:val="ru-RU"/>
        </w:rPr>
        <w:t xml:space="preserve">: метод возвращает 200 </w:t>
      </w:r>
      <w:r>
        <w:rPr>
          <w:rFonts w:eastAsia="Arial" w:cs="Arial"/>
          <w:b/>
          <w:color w:val="18324E"/>
        </w:rPr>
        <w:t>OK</w:t>
      </w:r>
      <w:r w:rsidRPr="00602D71">
        <w:rPr>
          <w:rFonts w:eastAsia="Arial" w:cs="Arial"/>
          <w:b/>
          <w:color w:val="18324E"/>
          <w:lang w:val="ru-RU"/>
        </w:rPr>
        <w:t xml:space="preserve"> с данными сотрудника и </w:t>
      </w:r>
      <w:r>
        <w:rPr>
          <w:rFonts w:eastAsia="Arial" w:cs="Arial"/>
          <w:b/>
          <w:color w:val="18324E"/>
        </w:rPr>
        <w:t>allowed</w:t>
      </w:r>
      <w:r w:rsidRPr="00602D71">
        <w:rPr>
          <w:rFonts w:eastAsia="Arial" w:cs="Arial"/>
          <w:b/>
          <w:color w:val="18324E"/>
          <w:lang w:val="ru-RU"/>
        </w:rPr>
        <w:t xml:space="preserve"> = </w:t>
      </w:r>
      <w:r>
        <w:rPr>
          <w:rFonts w:eastAsia="Arial" w:cs="Arial"/>
          <w:b/>
          <w:color w:val="18324E"/>
        </w:rPr>
        <w:t>false</w:t>
      </w:r>
      <w:r w:rsidRPr="00602D71">
        <w:rPr>
          <w:rFonts w:eastAsia="Arial" w:cs="Arial"/>
          <w:b/>
          <w:color w:val="18324E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214"/>
      </w:tblGrid>
      <w:tr w:rsidR="00561E14" w14:paraId="2E4D1180" w14:textId="77777777">
        <w:trPr>
          <w:cantSplit/>
          <w:tblHeader/>
          <w:jc w:val="center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1332E4CD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FFFFFF"/>
                <w:sz w:val="20"/>
              </w:rPr>
              <w:t>Код</w:t>
            </w:r>
            <w:proofErr w:type="spellEnd"/>
            <w:r>
              <w:rPr>
                <w:rFonts w:eastAsia="Arial" w:cs="Arial"/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  <w:sz w:val="20"/>
              </w:rPr>
              <w:t>причины</w:t>
            </w:r>
            <w:proofErr w:type="spellEnd"/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shd w:val="clear" w:color="auto" w:fill="18324E"/>
            <w:tcMar>
              <w:top w:w="117" w:type="dxa"/>
              <w:left w:w="150" w:type="dxa"/>
              <w:bottom w:w="115" w:type="dxa"/>
              <w:right w:w="140" w:type="dxa"/>
            </w:tcMar>
          </w:tcPr>
          <w:p w14:paraId="228047B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0"/>
              </w:rPr>
              <w:t>Что означает</w:t>
            </w:r>
          </w:p>
        </w:tc>
      </w:tr>
      <w:tr w:rsidR="00561E14" w14:paraId="55FAC776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5DA52E4B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MANAGER_INACTIVE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24EDE870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Сотрудник неактивен.</w:t>
            </w:r>
          </w:p>
        </w:tc>
      </w:tr>
      <w:tr w:rsidR="00561E14" w14:paraId="250FA958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0C2CB3E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MANAGER_NO_ACCOUNT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1BFBC70B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Нет действующей учётной записи.</w:t>
            </w:r>
          </w:p>
        </w:tc>
      </w:tr>
      <w:tr w:rsidR="00561E14" w14:paraId="5A155724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4E05F39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MANAGER_NOT_MANAGER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EB1E7C6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Нет роли менеджера.</w:t>
            </w:r>
          </w:p>
        </w:tc>
      </w:tr>
      <w:tr w:rsidR="00561E14" w:rsidRPr="00ED3B50" w14:paraId="1F1E322E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7FBCF377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MANAGER_NO_SITE_ACCESS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5" w:space="0" w:color="DFE7F0"/>
              <w:right w:val="nil"/>
            </w:tcBorders>
            <w:shd w:val="clear" w:color="auto" w:fill="F6F9FC"/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0ED511F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rFonts w:eastAsia="Arial" w:cs="Arial"/>
                <w:sz w:val="20"/>
                <w:lang w:val="ru-RU"/>
              </w:rPr>
              <w:t>Нет роли менеджера на указанной площадке.</w:t>
            </w:r>
          </w:p>
        </w:tc>
      </w:tr>
      <w:tr w:rsidR="00561E14" w14:paraId="0B77B6DE" w14:textId="77777777">
        <w:trPr>
          <w:cantSplit/>
          <w:jc w:val="center"/>
        </w:trPr>
        <w:tc>
          <w:tcPr>
            <w:tcW w:w="3515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477CA34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0"/>
              </w:rPr>
              <w:t>SITE_INACTIVE</w:t>
            </w:r>
          </w:p>
        </w:tc>
        <w:tc>
          <w:tcPr>
            <w:tcW w:w="6214" w:type="dxa"/>
            <w:tcBorders>
              <w:top w:val="nil"/>
              <w:left w:val="nil"/>
              <w:bottom w:val="single" w:sz="5" w:space="0" w:color="DFE7F0"/>
              <w:right w:val="nil"/>
            </w:tcBorders>
            <w:tcMar>
              <w:top w:w="96" w:type="dxa"/>
              <w:left w:w="145" w:type="dxa"/>
              <w:bottom w:w="96" w:type="dxa"/>
              <w:right w:w="145" w:type="dxa"/>
            </w:tcMar>
            <w:vAlign w:val="center"/>
          </w:tcPr>
          <w:p w14:paraId="62950F45" w14:textId="77777777" w:rsidR="00561E14" w:rsidRDefault="005E0622">
            <w:pPr>
              <w:spacing w:after="0" w:line="269" w:lineRule="auto"/>
            </w:pPr>
            <w:r>
              <w:rPr>
                <w:rFonts w:eastAsia="Arial" w:cs="Arial"/>
                <w:sz w:val="20"/>
              </w:rPr>
              <w:t>Площадка отключена.</w:t>
            </w:r>
          </w:p>
        </w:tc>
      </w:tr>
    </w:tbl>
    <w:p w14:paraId="0AAF0C3D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78752C5D" w14:textId="77777777" w:rsidR="00561E14" w:rsidRDefault="005E0622">
      <w:pPr>
        <w:pStyle w:val="21"/>
        <w:pageBreakBefore/>
      </w:pPr>
      <w:proofErr w:type="gramStart"/>
      <w:r>
        <w:lastRenderedPageBreak/>
        <w:t>4.6  Порядок</w:t>
      </w:r>
      <w:proofErr w:type="gramEnd"/>
      <w:r>
        <w:t xml:space="preserve"> проверки запроса</w:t>
      </w:r>
    </w:p>
    <w:p w14:paraId="4233F26E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Проверки выполняются по этапам. При ошибке метод возвращает результат текущего этапа и не переходит к следующему.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402"/>
        <w:gridCol w:w="6327"/>
      </w:tblGrid>
      <w:tr w:rsidR="00561E14" w14:paraId="18FEDADF" w14:textId="77777777">
        <w:trPr>
          <w:cantSplit/>
          <w:tblHeader/>
        </w:trPr>
        <w:tc>
          <w:tcPr>
            <w:tcW w:w="3402" w:type="dxa"/>
            <w:shd w:val="clear" w:color="auto" w:fill="19344C"/>
          </w:tcPr>
          <w:p w14:paraId="5DE84F89" w14:textId="77777777" w:rsidR="00561E14" w:rsidRDefault="005E0622">
            <w:pPr>
              <w:keepNext/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Этап</w:t>
            </w:r>
            <w:proofErr w:type="spellEnd"/>
          </w:p>
        </w:tc>
        <w:tc>
          <w:tcPr>
            <w:tcW w:w="6327" w:type="dxa"/>
            <w:shd w:val="clear" w:color="auto" w:fill="19344C"/>
          </w:tcPr>
          <w:p w14:paraId="344011FD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Результат при ошибке</w:t>
            </w:r>
          </w:p>
        </w:tc>
      </w:tr>
      <w:tr w:rsidR="00561E14" w:rsidRPr="00ED3B50" w14:paraId="2A727425" w14:textId="77777777">
        <w:trPr>
          <w:cantSplit/>
        </w:trPr>
        <w:tc>
          <w:tcPr>
            <w:tcW w:w="3402" w:type="dxa"/>
            <w:shd w:val="clear" w:color="auto" w:fill="FFFFFF"/>
          </w:tcPr>
          <w:p w14:paraId="041F6D3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1. Авторизация</w:t>
            </w:r>
          </w:p>
        </w:tc>
        <w:tc>
          <w:tcPr>
            <w:tcW w:w="6327" w:type="dxa"/>
            <w:shd w:val="clear" w:color="auto" w:fill="FFFFFF"/>
          </w:tcPr>
          <w:p w14:paraId="44AC8B8D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401 — нет действующего токена или интеграция отключена. 403 — компания отключена.</w:t>
            </w:r>
          </w:p>
        </w:tc>
      </w:tr>
      <w:tr w:rsidR="00561E14" w:rsidRPr="00ED3B50" w14:paraId="70695DE4" w14:textId="77777777">
        <w:trPr>
          <w:cantSplit/>
        </w:trPr>
        <w:tc>
          <w:tcPr>
            <w:tcW w:w="3402" w:type="dxa"/>
            <w:shd w:val="clear" w:color="auto" w:fill="F2F6FA"/>
          </w:tcPr>
          <w:p w14:paraId="03DE73B5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2. Проверка параметров</w:t>
            </w:r>
          </w:p>
        </w:tc>
        <w:tc>
          <w:tcPr>
            <w:tcW w:w="6327" w:type="dxa"/>
            <w:shd w:val="clear" w:color="auto" w:fill="F2F6FA"/>
          </w:tcPr>
          <w:p w14:paraId="0809861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422 — 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или переданный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некорректен. Все ошибки параметров перечисляются в </w:t>
            </w:r>
            <w:proofErr w:type="gramStart"/>
            <w:r>
              <w:rPr>
                <w:color w:val="19344C"/>
                <w:sz w:val="21"/>
              </w:rPr>
              <w:t>errors</w:t>
            </w:r>
            <w:r w:rsidRPr="00602D71">
              <w:rPr>
                <w:color w:val="19344C"/>
                <w:sz w:val="21"/>
                <w:lang w:val="ru-RU"/>
              </w:rPr>
              <w:t>[</w:t>
            </w:r>
            <w:proofErr w:type="gramEnd"/>
            <w:r w:rsidRPr="00602D71">
              <w:rPr>
                <w:color w:val="19344C"/>
                <w:sz w:val="21"/>
                <w:lang w:val="ru-RU"/>
              </w:rPr>
              <w:t>].</w:t>
            </w:r>
          </w:p>
        </w:tc>
      </w:tr>
      <w:tr w:rsidR="00561E14" w14:paraId="0316A79C" w14:textId="77777777">
        <w:trPr>
          <w:cantSplit/>
        </w:trPr>
        <w:tc>
          <w:tcPr>
            <w:tcW w:w="3402" w:type="dxa"/>
            <w:shd w:val="clear" w:color="auto" w:fill="FFFFFF"/>
          </w:tcPr>
          <w:p w14:paraId="1543EF9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 xml:space="preserve">3. </w:t>
            </w:r>
            <w:proofErr w:type="spellStart"/>
            <w:r>
              <w:rPr>
                <w:b/>
                <w:color w:val="245E8D"/>
                <w:sz w:val="21"/>
              </w:rPr>
              <w:t>Поиск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записей</w:t>
            </w:r>
            <w:proofErr w:type="spellEnd"/>
          </w:p>
        </w:tc>
        <w:tc>
          <w:tcPr>
            <w:tcW w:w="6327" w:type="dxa"/>
            <w:shd w:val="clear" w:color="auto" w:fill="FFFFFF"/>
          </w:tcPr>
          <w:p w14:paraId="6A4C1035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404 — по корректным идентификаторам не найден пользователь и/или площадка. </w:t>
            </w:r>
            <w:proofErr w:type="spellStart"/>
            <w:r>
              <w:rPr>
                <w:color w:val="19344C"/>
                <w:sz w:val="21"/>
              </w:rPr>
              <w:t>Все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ненайденные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записи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перечисляются</w:t>
            </w:r>
            <w:proofErr w:type="spellEnd"/>
            <w:r>
              <w:rPr>
                <w:color w:val="19344C"/>
                <w:sz w:val="21"/>
              </w:rPr>
              <w:t xml:space="preserve"> в </w:t>
            </w:r>
            <w:proofErr w:type="gramStart"/>
            <w:r>
              <w:rPr>
                <w:color w:val="19344C"/>
                <w:sz w:val="21"/>
              </w:rPr>
              <w:t>errors[</w:t>
            </w:r>
            <w:proofErr w:type="gramEnd"/>
            <w:r>
              <w:rPr>
                <w:color w:val="19344C"/>
                <w:sz w:val="21"/>
              </w:rPr>
              <w:t>].</w:t>
            </w:r>
          </w:p>
        </w:tc>
      </w:tr>
      <w:tr w:rsidR="00561E14" w:rsidRPr="00ED3B50" w14:paraId="2A596BEF" w14:textId="77777777">
        <w:trPr>
          <w:cantSplit/>
        </w:trPr>
        <w:tc>
          <w:tcPr>
            <w:tcW w:w="3402" w:type="dxa"/>
            <w:shd w:val="clear" w:color="auto" w:fill="F2F6FA"/>
          </w:tcPr>
          <w:p w14:paraId="1728C3CC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4. Проверка назначения</w:t>
            </w:r>
          </w:p>
        </w:tc>
        <w:tc>
          <w:tcPr>
            <w:tcW w:w="6327" w:type="dxa"/>
            <w:shd w:val="clear" w:color="auto" w:fill="F2F6FA"/>
          </w:tcPr>
          <w:p w14:paraId="11EC1E77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200 — возвращаются данные пользователя и, если передан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, результат </w:t>
            </w:r>
            <w:r>
              <w:rPr>
                <w:color w:val="19344C"/>
                <w:sz w:val="21"/>
              </w:rPr>
              <w:t>allowed</w:t>
            </w:r>
            <w:r w:rsidRPr="00602D71">
              <w:rPr>
                <w:color w:val="19344C"/>
                <w:sz w:val="21"/>
                <w:lang w:val="ru-RU"/>
              </w:rPr>
              <w:t xml:space="preserve">: </w:t>
            </w:r>
            <w:r>
              <w:rPr>
                <w:color w:val="19344C"/>
                <w:sz w:val="21"/>
              </w:rPr>
              <w:t>true</w:t>
            </w:r>
            <w:r w:rsidRPr="00602D71">
              <w:rPr>
                <w:color w:val="19344C"/>
                <w:sz w:val="21"/>
                <w:lang w:val="ru-RU"/>
              </w:rPr>
              <w:t xml:space="preserve"> или </w:t>
            </w:r>
            <w:r>
              <w:rPr>
                <w:color w:val="19344C"/>
                <w:sz w:val="21"/>
              </w:rPr>
              <w:t>false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</w:tbl>
    <w:p w14:paraId="438E8C36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4EA5CC08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Без </w:t>
      </w:r>
      <w:r>
        <w:t>site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поиск площадки и проверка назначения не выполняются. Пустой переданный </w:t>
      </w:r>
      <w:r>
        <w:t>site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— это некорректный параметр, а не отсутствие параметра.</w:t>
      </w:r>
    </w:p>
    <w:p w14:paraId="499135A2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Если идентификатор пользователя некорректен, а площадка не существует, сначала возвращается 422. Поиск площадки начнётся только после исправления параметров.</w:t>
      </w:r>
    </w:p>
    <w:p w14:paraId="62C362D0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lang w:val="ru-RU"/>
        </w:rPr>
        <w:t>4.7  Коды</w:t>
      </w:r>
      <w:proofErr w:type="gramEnd"/>
      <w:r w:rsidRPr="00602D71">
        <w:rPr>
          <w:lang w:val="ru-RU"/>
        </w:rPr>
        <w:t xml:space="preserve"> и описания ошибок</w:t>
      </w:r>
    </w:p>
    <w:p w14:paraId="7CB2B308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В колонке </w:t>
      </w:r>
      <w:r>
        <w:t>message</w:t>
      </w:r>
      <w:r w:rsidRPr="00602D71">
        <w:rPr>
          <w:lang w:val="ru-RU"/>
        </w:rPr>
        <w:t xml:space="preserve"> приведён точный текст ответа. Конкретная причина для 404 и 422 указывается в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>].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935"/>
        <w:gridCol w:w="3402"/>
        <w:gridCol w:w="5391"/>
      </w:tblGrid>
      <w:tr w:rsidR="00561E14" w14:paraId="5D4A2D55" w14:textId="77777777">
        <w:trPr>
          <w:cantSplit/>
          <w:tblHeader/>
        </w:trPr>
        <w:tc>
          <w:tcPr>
            <w:tcW w:w="935" w:type="dxa"/>
            <w:shd w:val="clear" w:color="auto" w:fill="19344C"/>
          </w:tcPr>
          <w:p w14:paraId="6E8B2234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HTTP</w:t>
            </w:r>
          </w:p>
        </w:tc>
        <w:tc>
          <w:tcPr>
            <w:tcW w:w="3402" w:type="dxa"/>
            <w:shd w:val="clear" w:color="auto" w:fill="19344C"/>
          </w:tcPr>
          <w:p w14:paraId="6AAC1F19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code</w:t>
            </w:r>
          </w:p>
        </w:tc>
        <w:tc>
          <w:tcPr>
            <w:tcW w:w="5391" w:type="dxa"/>
            <w:shd w:val="clear" w:color="auto" w:fill="19344C"/>
          </w:tcPr>
          <w:p w14:paraId="6831E5CF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message</w:t>
            </w:r>
          </w:p>
        </w:tc>
      </w:tr>
      <w:tr w:rsidR="00561E14" w:rsidRPr="00ED3B50" w14:paraId="2C287525" w14:textId="77777777">
        <w:trPr>
          <w:cantSplit/>
        </w:trPr>
        <w:tc>
          <w:tcPr>
            <w:tcW w:w="935" w:type="dxa"/>
            <w:shd w:val="clear" w:color="auto" w:fill="FFFFFF"/>
          </w:tcPr>
          <w:p w14:paraId="01BA0EB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401</w:t>
            </w:r>
          </w:p>
        </w:tc>
        <w:tc>
          <w:tcPr>
            <w:tcW w:w="3402" w:type="dxa"/>
            <w:shd w:val="clear" w:color="auto" w:fill="FFFFFF"/>
          </w:tcPr>
          <w:p w14:paraId="59D441F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UNAUTHORIZED</w:t>
            </w:r>
          </w:p>
        </w:tc>
        <w:tc>
          <w:tcPr>
            <w:tcW w:w="5391" w:type="dxa"/>
            <w:shd w:val="clear" w:color="auto" w:fill="FFFFFF"/>
          </w:tcPr>
          <w:p w14:paraId="3EF3DB1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Требуется действующий </w:t>
            </w:r>
            <w:r>
              <w:rPr>
                <w:color w:val="19344C"/>
                <w:sz w:val="21"/>
              </w:rPr>
              <w:t>Bearer</w:t>
            </w:r>
            <w:r w:rsidRPr="00602D71">
              <w:rPr>
                <w:color w:val="19344C"/>
                <w:sz w:val="21"/>
                <w:lang w:val="ru-RU"/>
              </w:rPr>
              <w:t>-токен интеграции.</w:t>
            </w:r>
          </w:p>
        </w:tc>
      </w:tr>
      <w:tr w:rsidR="00561E14" w14:paraId="09668C19" w14:textId="77777777">
        <w:trPr>
          <w:cantSplit/>
        </w:trPr>
        <w:tc>
          <w:tcPr>
            <w:tcW w:w="935" w:type="dxa"/>
            <w:shd w:val="clear" w:color="auto" w:fill="F2F6FA"/>
          </w:tcPr>
          <w:p w14:paraId="2722CEFB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403</w:t>
            </w:r>
          </w:p>
        </w:tc>
        <w:tc>
          <w:tcPr>
            <w:tcW w:w="3402" w:type="dxa"/>
            <w:shd w:val="clear" w:color="auto" w:fill="F2F6FA"/>
          </w:tcPr>
          <w:p w14:paraId="7D6B320C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TENANT_INACTIVE</w:t>
            </w:r>
          </w:p>
        </w:tc>
        <w:tc>
          <w:tcPr>
            <w:tcW w:w="5391" w:type="dxa"/>
            <w:shd w:val="clear" w:color="auto" w:fill="F2F6FA"/>
          </w:tcPr>
          <w:p w14:paraId="146BDF6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Компания отключена в Заездо.</w:t>
            </w:r>
          </w:p>
        </w:tc>
      </w:tr>
      <w:tr w:rsidR="00561E14" w:rsidRPr="00ED3B50" w14:paraId="5E13E4F7" w14:textId="77777777">
        <w:trPr>
          <w:cantSplit/>
        </w:trPr>
        <w:tc>
          <w:tcPr>
            <w:tcW w:w="935" w:type="dxa"/>
            <w:shd w:val="clear" w:color="auto" w:fill="FFFFFF"/>
          </w:tcPr>
          <w:p w14:paraId="3E196377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404</w:t>
            </w:r>
          </w:p>
        </w:tc>
        <w:tc>
          <w:tcPr>
            <w:tcW w:w="3402" w:type="dxa"/>
            <w:shd w:val="clear" w:color="auto" w:fill="FFFFFF"/>
          </w:tcPr>
          <w:p w14:paraId="6F09918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RESOURCE_NOT_FOUND</w:t>
            </w:r>
          </w:p>
        </w:tc>
        <w:tc>
          <w:tcPr>
            <w:tcW w:w="5391" w:type="dxa"/>
            <w:shd w:val="clear" w:color="auto" w:fill="FFFFFF"/>
          </w:tcPr>
          <w:p w14:paraId="5D2135A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Не найдены записи по переданным идентификаторам.</w:t>
            </w:r>
          </w:p>
        </w:tc>
      </w:tr>
      <w:tr w:rsidR="00561E14" w14:paraId="3DD735AF" w14:textId="77777777">
        <w:trPr>
          <w:cantSplit/>
        </w:trPr>
        <w:tc>
          <w:tcPr>
            <w:tcW w:w="935" w:type="dxa"/>
            <w:shd w:val="clear" w:color="auto" w:fill="F2F6FA"/>
          </w:tcPr>
          <w:p w14:paraId="3C43B26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</w:t>
            </w:r>
          </w:p>
        </w:tc>
        <w:tc>
          <w:tcPr>
            <w:tcW w:w="3402" w:type="dxa"/>
            <w:shd w:val="clear" w:color="auto" w:fill="F2F6FA"/>
          </w:tcPr>
          <w:p w14:paraId="0C1F9E4B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VALIDATION_ERROR</w:t>
            </w:r>
          </w:p>
        </w:tc>
        <w:tc>
          <w:tcPr>
            <w:tcW w:w="5391" w:type="dxa"/>
            <w:shd w:val="clear" w:color="auto" w:fill="F2F6FA"/>
          </w:tcPr>
          <w:p w14:paraId="34084F4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Ошибка проверки параметров запроса.</w:t>
            </w:r>
          </w:p>
        </w:tc>
      </w:tr>
      <w:tr w:rsidR="00561E14" w:rsidRPr="00ED3B50" w14:paraId="13F63A8A" w14:textId="77777777">
        <w:trPr>
          <w:cantSplit/>
        </w:trPr>
        <w:tc>
          <w:tcPr>
            <w:tcW w:w="935" w:type="dxa"/>
            <w:shd w:val="clear" w:color="auto" w:fill="FFFFFF"/>
          </w:tcPr>
          <w:p w14:paraId="043345F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429</w:t>
            </w:r>
          </w:p>
        </w:tc>
        <w:tc>
          <w:tcPr>
            <w:tcW w:w="3402" w:type="dxa"/>
            <w:shd w:val="clear" w:color="auto" w:fill="FFFFFF"/>
          </w:tcPr>
          <w:p w14:paraId="3E0F7124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RATE_LIMITED</w:t>
            </w:r>
          </w:p>
        </w:tc>
        <w:tc>
          <w:tcPr>
            <w:tcW w:w="5391" w:type="dxa"/>
            <w:shd w:val="clear" w:color="auto" w:fill="FFFFFF"/>
          </w:tcPr>
          <w:p w14:paraId="71744133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Превышено допустимое количество запросов. Повторите запрос позже.</w:t>
            </w:r>
          </w:p>
        </w:tc>
      </w:tr>
      <w:tr w:rsidR="00561E14" w14:paraId="24ADC226" w14:textId="77777777">
        <w:trPr>
          <w:cantSplit/>
        </w:trPr>
        <w:tc>
          <w:tcPr>
            <w:tcW w:w="935" w:type="dxa"/>
            <w:shd w:val="clear" w:color="auto" w:fill="F2F6FA"/>
          </w:tcPr>
          <w:p w14:paraId="68308118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500</w:t>
            </w:r>
          </w:p>
        </w:tc>
        <w:tc>
          <w:tcPr>
            <w:tcW w:w="3402" w:type="dxa"/>
            <w:shd w:val="clear" w:color="auto" w:fill="F2F6FA"/>
          </w:tcPr>
          <w:p w14:paraId="27D56211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INTERNAL_ERROR</w:t>
            </w:r>
          </w:p>
        </w:tc>
        <w:tc>
          <w:tcPr>
            <w:tcW w:w="5391" w:type="dxa"/>
            <w:shd w:val="clear" w:color="auto" w:fill="F2F6FA"/>
          </w:tcPr>
          <w:p w14:paraId="401FF2A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Внутренняя ошибка Заездо.</w:t>
            </w:r>
          </w:p>
        </w:tc>
      </w:tr>
      <w:tr w:rsidR="00561E14" w14:paraId="6A9C636F" w14:textId="77777777">
        <w:trPr>
          <w:cantSplit/>
        </w:trPr>
        <w:tc>
          <w:tcPr>
            <w:tcW w:w="935" w:type="dxa"/>
            <w:shd w:val="clear" w:color="auto" w:fill="FFFFFF"/>
          </w:tcPr>
          <w:p w14:paraId="38FDE37A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503</w:t>
            </w:r>
          </w:p>
        </w:tc>
        <w:tc>
          <w:tcPr>
            <w:tcW w:w="3402" w:type="dxa"/>
            <w:shd w:val="clear" w:color="auto" w:fill="FFFFFF"/>
          </w:tcPr>
          <w:p w14:paraId="7F0C979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SERVICE_UNAVAILABLE</w:t>
            </w:r>
          </w:p>
        </w:tc>
        <w:tc>
          <w:tcPr>
            <w:tcW w:w="5391" w:type="dxa"/>
            <w:shd w:val="clear" w:color="auto" w:fill="FFFFFF"/>
          </w:tcPr>
          <w:p w14:paraId="21202E4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Сервис Заездо временно недоступен.</w:t>
            </w:r>
          </w:p>
        </w:tc>
      </w:tr>
    </w:tbl>
    <w:p w14:paraId="0C9F8D04" w14:textId="77777777" w:rsidR="00561E14" w:rsidRDefault="00561E14">
      <w:pPr>
        <w:spacing w:after="80" w:line="20" w:lineRule="exact"/>
      </w:pPr>
    </w:p>
    <w:p w14:paraId="5FF19750" w14:textId="77777777" w:rsidR="00561E14" w:rsidRDefault="005E0622">
      <w:pPr>
        <w:pStyle w:val="21"/>
        <w:pageBreakBefore/>
      </w:pPr>
      <w:proofErr w:type="gramStart"/>
      <w:r>
        <w:lastRenderedPageBreak/>
        <w:t>4.8  Конкретные</w:t>
      </w:r>
      <w:proofErr w:type="gramEnd"/>
      <w:r>
        <w:t xml:space="preserve"> ошибки параметров и поиска</w:t>
      </w:r>
    </w:p>
    <w:p w14:paraId="5246AF21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Для </w:t>
      </w:r>
      <w:r>
        <w:t>HTTP</w:t>
      </w:r>
      <w:r w:rsidRPr="00602D71">
        <w:rPr>
          <w:lang w:val="ru-RU"/>
        </w:rPr>
        <w:t xml:space="preserve"> 404 поиск выполнен, но запись не найдена. Для </w:t>
      </w:r>
      <w:r>
        <w:t>HTTP</w:t>
      </w:r>
      <w:r w:rsidRPr="00602D71">
        <w:rPr>
          <w:lang w:val="ru-RU"/>
        </w:rPr>
        <w:t xml:space="preserve"> 422 поиск ещё не выполнялся: сначала нужно исправить параметры.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4082"/>
        <w:gridCol w:w="5647"/>
      </w:tblGrid>
      <w:tr w:rsidR="00561E14" w14:paraId="27E8959C" w14:textId="77777777">
        <w:trPr>
          <w:cantSplit/>
          <w:tblHeader/>
        </w:trPr>
        <w:tc>
          <w:tcPr>
            <w:tcW w:w="4082" w:type="dxa"/>
            <w:shd w:val="clear" w:color="auto" w:fill="19344C"/>
          </w:tcPr>
          <w:p w14:paraId="7CB9615F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HTTP · field / code</w:t>
            </w:r>
          </w:p>
        </w:tc>
        <w:tc>
          <w:tcPr>
            <w:tcW w:w="5647" w:type="dxa"/>
            <w:shd w:val="clear" w:color="auto" w:fill="19344C"/>
          </w:tcPr>
          <w:p w14:paraId="6ED9784A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 xml:space="preserve">Точное значение </w:t>
            </w: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].message</w:t>
            </w:r>
          </w:p>
        </w:tc>
      </w:tr>
      <w:tr w:rsidR="00561E14" w:rsidRPr="00ED3B50" w14:paraId="4A8FBBFB" w14:textId="77777777">
        <w:trPr>
          <w:cantSplit/>
        </w:trPr>
        <w:tc>
          <w:tcPr>
            <w:tcW w:w="4082" w:type="dxa"/>
            <w:shd w:val="clear" w:color="auto" w:fill="FFFFFF"/>
          </w:tcPr>
          <w:p w14:paraId="20C05CB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404 · source_id</w:t>
            </w:r>
            <w:r>
              <w:rPr>
                <w:color w:val="19344C"/>
                <w:sz w:val="21"/>
              </w:rPr>
              <w:br/>
              <w:t>USER_NOT_FOUND</w:t>
            </w:r>
          </w:p>
        </w:tc>
        <w:tc>
          <w:tcPr>
            <w:tcW w:w="5647" w:type="dxa"/>
            <w:shd w:val="clear" w:color="auto" w:fill="FFFFFF"/>
          </w:tcPr>
          <w:p w14:paraId="0EB1803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Пользователь с указанным 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найден.</w:t>
            </w:r>
          </w:p>
        </w:tc>
      </w:tr>
      <w:tr w:rsidR="00561E14" w:rsidRPr="00ED3B50" w14:paraId="6F130FC8" w14:textId="77777777">
        <w:trPr>
          <w:cantSplit/>
        </w:trPr>
        <w:tc>
          <w:tcPr>
            <w:tcW w:w="4082" w:type="dxa"/>
            <w:shd w:val="clear" w:color="auto" w:fill="F2F6FA"/>
          </w:tcPr>
          <w:p w14:paraId="072B6068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 xml:space="preserve">404 · </w:t>
            </w:r>
            <w:proofErr w:type="spellStart"/>
            <w:r>
              <w:rPr>
                <w:color w:val="19344C"/>
                <w:sz w:val="21"/>
              </w:rPr>
              <w:t>site_source_id</w:t>
            </w:r>
            <w:proofErr w:type="spellEnd"/>
            <w:r>
              <w:rPr>
                <w:color w:val="19344C"/>
                <w:sz w:val="21"/>
              </w:rPr>
              <w:br/>
              <w:t>SITE_NOT_FOUND</w:t>
            </w:r>
          </w:p>
        </w:tc>
        <w:tc>
          <w:tcPr>
            <w:tcW w:w="5647" w:type="dxa"/>
            <w:shd w:val="clear" w:color="auto" w:fill="F2F6FA"/>
          </w:tcPr>
          <w:p w14:paraId="261E2F8E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Площадка с указанным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найдена.</w:t>
            </w:r>
          </w:p>
        </w:tc>
      </w:tr>
      <w:tr w:rsidR="00561E14" w14:paraId="07971673" w14:textId="77777777">
        <w:trPr>
          <w:cantSplit/>
        </w:trPr>
        <w:tc>
          <w:tcPr>
            <w:tcW w:w="4082" w:type="dxa"/>
            <w:shd w:val="clear" w:color="auto" w:fill="FFFFFF"/>
          </w:tcPr>
          <w:p w14:paraId="49516A82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 xml:space="preserve">422 · </w:t>
            </w:r>
            <w:proofErr w:type="spellStart"/>
            <w:r>
              <w:rPr>
                <w:color w:val="19344C"/>
                <w:sz w:val="21"/>
              </w:rPr>
              <w:t>source_id</w:t>
            </w:r>
            <w:proofErr w:type="spellEnd"/>
            <w:r>
              <w:rPr>
                <w:color w:val="19344C"/>
                <w:sz w:val="21"/>
              </w:rPr>
              <w:br/>
              <w:t>INVALID_SOURCE_ID</w:t>
            </w:r>
          </w:p>
        </w:tc>
        <w:tc>
          <w:tcPr>
            <w:tcW w:w="5647" w:type="dxa"/>
            <w:shd w:val="clear" w:color="auto" w:fill="FFFFFF"/>
          </w:tcPr>
          <w:p w14:paraId="536FEAF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Некорректный идентификатор сотрудника.</w:t>
            </w:r>
          </w:p>
        </w:tc>
      </w:tr>
      <w:tr w:rsidR="00561E14" w14:paraId="23EA82BB" w14:textId="77777777">
        <w:trPr>
          <w:cantSplit/>
        </w:trPr>
        <w:tc>
          <w:tcPr>
            <w:tcW w:w="4082" w:type="dxa"/>
            <w:shd w:val="clear" w:color="auto" w:fill="F2F6FA"/>
          </w:tcPr>
          <w:p w14:paraId="4A44FD23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 · site_source_id</w:t>
            </w:r>
            <w:r>
              <w:rPr>
                <w:color w:val="19344C"/>
                <w:sz w:val="21"/>
              </w:rPr>
              <w:br/>
              <w:t>INVALID_SITE_SOURCE_ID</w:t>
            </w:r>
          </w:p>
        </w:tc>
        <w:tc>
          <w:tcPr>
            <w:tcW w:w="5647" w:type="dxa"/>
            <w:shd w:val="clear" w:color="auto" w:fill="F2F6FA"/>
          </w:tcPr>
          <w:p w14:paraId="53B00CD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Некорректный идентификатор площадки.</w:t>
            </w:r>
          </w:p>
        </w:tc>
      </w:tr>
    </w:tbl>
    <w:p w14:paraId="76A610DA" w14:textId="77777777" w:rsidR="00561E14" w:rsidRDefault="00561E14">
      <w:pPr>
        <w:spacing w:after="80" w:line="20" w:lineRule="exact"/>
      </w:pPr>
    </w:p>
    <w:p w14:paraId="5BE181FD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Пользователь, у которого не заполнен 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>, не может быть найден по идентификатору из 1С. Неактивный пользователь или отключённая площадка считаются найденными: это не основание для 404.</w:t>
      </w:r>
    </w:p>
    <w:p w14:paraId="7544BE6B" w14:textId="77777777" w:rsidR="00561E14" w:rsidRDefault="005E0622">
      <w:pPr>
        <w:pStyle w:val="21"/>
      </w:pPr>
      <w:proofErr w:type="gramStart"/>
      <w:r>
        <w:t xml:space="preserve">4.9  </w:t>
      </w:r>
      <w:proofErr w:type="spellStart"/>
      <w:r>
        <w:t>Формат</w:t>
      </w:r>
      <w:proofErr w:type="spellEnd"/>
      <w:proofErr w:type="gramEnd"/>
      <w:r>
        <w:t xml:space="preserve"> </w:t>
      </w:r>
      <w:proofErr w:type="spellStart"/>
      <w:r>
        <w:t>ответа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ошибке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268"/>
        <w:gridCol w:w="7461"/>
      </w:tblGrid>
      <w:tr w:rsidR="00561E14" w14:paraId="566C2F63" w14:textId="77777777">
        <w:trPr>
          <w:cantSplit/>
          <w:tblHeader/>
        </w:trPr>
        <w:tc>
          <w:tcPr>
            <w:tcW w:w="2268" w:type="dxa"/>
            <w:shd w:val="clear" w:color="auto" w:fill="19344C"/>
          </w:tcPr>
          <w:p w14:paraId="694A0435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Поле</w:t>
            </w:r>
          </w:p>
        </w:tc>
        <w:tc>
          <w:tcPr>
            <w:tcW w:w="7461" w:type="dxa"/>
            <w:shd w:val="clear" w:color="auto" w:fill="19344C"/>
          </w:tcPr>
          <w:p w14:paraId="5790507A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Как использовать</w:t>
            </w:r>
          </w:p>
        </w:tc>
      </w:tr>
      <w:tr w:rsidR="00561E14" w:rsidRPr="00ED3B50" w14:paraId="573DA6E6" w14:textId="77777777">
        <w:trPr>
          <w:cantSplit/>
        </w:trPr>
        <w:tc>
          <w:tcPr>
            <w:tcW w:w="2268" w:type="dxa"/>
            <w:shd w:val="clear" w:color="auto" w:fill="FFFFFF"/>
          </w:tcPr>
          <w:p w14:paraId="0F62C55B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code</w:t>
            </w:r>
          </w:p>
        </w:tc>
        <w:tc>
          <w:tcPr>
            <w:tcW w:w="7461" w:type="dxa"/>
            <w:shd w:val="clear" w:color="auto" w:fill="FFFFFF"/>
          </w:tcPr>
          <w:p w14:paraId="5B39E61C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Общая категория ошибки для программной обработки.</w:t>
            </w:r>
          </w:p>
        </w:tc>
      </w:tr>
      <w:tr w:rsidR="00561E14" w14:paraId="7672789B" w14:textId="77777777">
        <w:trPr>
          <w:cantSplit/>
        </w:trPr>
        <w:tc>
          <w:tcPr>
            <w:tcW w:w="2268" w:type="dxa"/>
            <w:shd w:val="clear" w:color="auto" w:fill="F2F6FA"/>
          </w:tcPr>
          <w:p w14:paraId="7338A084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message</w:t>
            </w:r>
          </w:p>
        </w:tc>
        <w:tc>
          <w:tcPr>
            <w:tcW w:w="7461" w:type="dxa"/>
            <w:shd w:val="clear" w:color="auto" w:fill="F2F6FA"/>
          </w:tcPr>
          <w:p w14:paraId="5E72D56C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Точный общий текст ошибки.</w:t>
            </w:r>
          </w:p>
        </w:tc>
      </w:tr>
      <w:tr w:rsidR="00561E14" w:rsidRPr="00ED3B50" w14:paraId="5AC5ED4E" w14:textId="77777777">
        <w:trPr>
          <w:cantSplit/>
        </w:trPr>
        <w:tc>
          <w:tcPr>
            <w:tcW w:w="2268" w:type="dxa"/>
            <w:shd w:val="clear" w:color="auto" w:fill="FFFFFF"/>
          </w:tcPr>
          <w:p w14:paraId="2089D37D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b/>
                <w:color w:val="245E8D"/>
                <w:sz w:val="21"/>
              </w:rPr>
              <w:t>errors[</w:t>
            </w:r>
            <w:proofErr w:type="gramEnd"/>
            <w:r>
              <w:rPr>
                <w:b/>
                <w:color w:val="245E8D"/>
                <w:sz w:val="21"/>
              </w:rPr>
              <w:t>]</w:t>
            </w:r>
          </w:p>
        </w:tc>
        <w:tc>
          <w:tcPr>
            <w:tcW w:w="7461" w:type="dxa"/>
            <w:shd w:val="clear" w:color="auto" w:fill="FFFFFF"/>
          </w:tcPr>
          <w:p w14:paraId="62831B9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Для 404 и 422: все ошибки остановившего этапа. Каждый элемент содержит </w:t>
            </w:r>
            <w:r>
              <w:rPr>
                <w:color w:val="19344C"/>
                <w:sz w:val="21"/>
              </w:rPr>
              <w:t>field</w:t>
            </w:r>
            <w:r w:rsidRPr="00602D71">
              <w:rPr>
                <w:color w:val="19344C"/>
                <w:sz w:val="21"/>
                <w:lang w:val="ru-RU"/>
              </w:rPr>
              <w:t xml:space="preserve">, </w:t>
            </w:r>
            <w:r>
              <w:rPr>
                <w:color w:val="19344C"/>
                <w:sz w:val="21"/>
              </w:rPr>
              <w:t>code</w:t>
            </w:r>
            <w:r w:rsidRPr="00602D71">
              <w:rPr>
                <w:color w:val="19344C"/>
                <w:sz w:val="21"/>
                <w:lang w:val="ru-RU"/>
              </w:rPr>
              <w:t xml:space="preserve"> и </w:t>
            </w:r>
            <w:r>
              <w:rPr>
                <w:color w:val="19344C"/>
                <w:sz w:val="21"/>
              </w:rPr>
              <w:t>message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38C77211" w14:textId="77777777">
        <w:trPr>
          <w:cantSplit/>
        </w:trPr>
        <w:tc>
          <w:tcPr>
            <w:tcW w:w="2268" w:type="dxa"/>
            <w:shd w:val="clear" w:color="auto" w:fill="F2F6FA"/>
          </w:tcPr>
          <w:p w14:paraId="762DC2CB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request_id</w:t>
            </w:r>
            <w:proofErr w:type="spellEnd"/>
          </w:p>
        </w:tc>
        <w:tc>
          <w:tcPr>
            <w:tcW w:w="7461" w:type="dxa"/>
            <w:shd w:val="clear" w:color="auto" w:fill="F2F6FA"/>
          </w:tcPr>
          <w:p w14:paraId="5496D07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запроса. Передайте его поддержке при обращении.</w:t>
            </w:r>
          </w:p>
        </w:tc>
      </w:tr>
    </w:tbl>
    <w:p w14:paraId="566FC90C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1980A728" w14:textId="77777777" w:rsidR="00554FF5" w:rsidRPr="00ED3B50" w:rsidRDefault="00554FF5">
      <w:pPr>
        <w:pStyle w:val="CaptionCustom"/>
        <w:keepNext/>
        <w:rPr>
          <w:color w:val="245E8D"/>
          <w:sz w:val="20"/>
          <w:lang w:val="ru-RU"/>
        </w:rPr>
      </w:pPr>
    </w:p>
    <w:p w14:paraId="77995C2E" w14:textId="77777777" w:rsidR="00561E14" w:rsidRPr="00602D71" w:rsidRDefault="005E0622">
      <w:pPr>
        <w:pStyle w:val="CaptionCustom"/>
        <w:keepNext/>
        <w:rPr>
          <w:lang w:val="ru-RU"/>
        </w:rPr>
      </w:pPr>
      <w:r>
        <w:rPr>
          <w:color w:val="245E8D"/>
          <w:sz w:val="20"/>
        </w:rPr>
        <w:t>HTTP</w:t>
      </w:r>
      <w:r w:rsidRPr="00602D71">
        <w:rPr>
          <w:color w:val="245E8D"/>
          <w:sz w:val="20"/>
          <w:lang w:val="ru-RU"/>
        </w:rPr>
        <w:t xml:space="preserve"> 404 · НЕ НАЙДЕНЫ ПОЛЬЗОВАТЕЛЬ И ПЛОЩАДКА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14:paraId="286080B9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17248D2" w14:textId="77777777" w:rsidR="00561E14" w:rsidRDefault="005E0622">
            <w:pPr>
              <w:keepLines/>
              <w:spacing w:after="0" w:line="254" w:lineRule="auto"/>
            </w:pP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RESOURCE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NOT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FOUND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"Не найдены записи по переданным идентификаторам.",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errors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[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field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USER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NOT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FOUND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": "Пользователь с указанным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 не найден."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},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"field":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site_source_id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"code": "SITE_NOT_FOUND",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"message":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Площадка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с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указанным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site_source_id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не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найдена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."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"request_id": "req-123456"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>}</w:t>
            </w:r>
          </w:p>
        </w:tc>
      </w:tr>
    </w:tbl>
    <w:p w14:paraId="19370A48" w14:textId="77777777" w:rsidR="00561E14" w:rsidRDefault="005E0622">
      <w:r w:rsidRPr="00602D71">
        <w:rPr>
          <w:lang w:val="ru-RU"/>
        </w:rPr>
        <w:t xml:space="preserve">Если не найдена только одна запись,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 xml:space="preserve">] содержит один элемент. </w:t>
      </w:r>
      <w:proofErr w:type="spellStart"/>
      <w:r>
        <w:t>Верхнеуровневый</w:t>
      </w:r>
      <w:proofErr w:type="spellEnd"/>
      <w:r>
        <w:t xml:space="preserve"> code </w:t>
      </w:r>
      <w:proofErr w:type="spellStart"/>
      <w:r>
        <w:t>остаётся</w:t>
      </w:r>
      <w:proofErr w:type="spellEnd"/>
      <w:r>
        <w:t xml:space="preserve"> RESOURCE_NOT_FOUND.</w:t>
      </w:r>
    </w:p>
    <w:p w14:paraId="6F923429" w14:textId="77777777" w:rsidR="001B310F" w:rsidRDefault="001B310F">
      <w:pPr>
        <w:pStyle w:val="CaptionCustom"/>
        <w:keepNext/>
        <w:rPr>
          <w:color w:val="245E8D"/>
          <w:sz w:val="20"/>
        </w:rPr>
      </w:pPr>
    </w:p>
    <w:p w14:paraId="56E7F816" w14:textId="77777777" w:rsidR="00561E14" w:rsidRDefault="005E0622">
      <w:pPr>
        <w:pStyle w:val="CaptionCustom"/>
        <w:keepNext/>
      </w:pPr>
      <w:r>
        <w:rPr>
          <w:color w:val="245E8D"/>
          <w:sz w:val="20"/>
        </w:rPr>
        <w:t>HTTP 422 · НЕКОРРЕКТНЫ ОБА ИДЕНТИФИКАТОРА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14:paraId="5EF24152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C25531D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9344C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"code": "VALIDATION_ERROR",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"message": "Ошибка проверки параметров запроса.",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"field": "source_id",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"code": "INVALID_SOURCE_ID",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"message": "Некорректный идентификатор сотрудника."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},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"field": "site_source_id",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"code": "INVALID_SITE_SOURCE_ID",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"message": "Некорректный идентификатор площадки."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"request_id": "req-123457"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>}</w:t>
            </w:r>
          </w:p>
        </w:tc>
      </w:tr>
    </w:tbl>
    <w:p w14:paraId="0EC0D310" w14:textId="77777777" w:rsidR="00561E14" w:rsidRPr="00ED3B50" w:rsidRDefault="005E0622">
      <w:pPr>
        <w:pStyle w:val="21"/>
        <w:rPr>
          <w:lang w:val="ru-RU"/>
        </w:rPr>
      </w:pPr>
      <w:proofErr w:type="gramStart"/>
      <w:r w:rsidRPr="00ED3B50">
        <w:rPr>
          <w:lang w:val="ru-RU"/>
        </w:rPr>
        <w:t>4.10  Действия</w:t>
      </w:r>
      <w:proofErr w:type="gramEnd"/>
      <w:r w:rsidRPr="00ED3B50">
        <w:rPr>
          <w:lang w:val="ru-RU"/>
        </w:rPr>
        <w:t xml:space="preserve"> при получении ответа</w:t>
      </w:r>
    </w:p>
    <w:p w14:paraId="166DD259" w14:textId="77777777" w:rsidR="00561E14" w:rsidRDefault="005E0622">
      <w:r w:rsidRPr="00ED3B50">
        <w:rPr>
          <w:lang w:val="ru-RU"/>
        </w:rPr>
        <w:t xml:space="preserve">Для программной обработки используйте </w:t>
      </w:r>
      <w:r>
        <w:t>HTTP</w:t>
      </w:r>
      <w:r w:rsidRPr="00ED3B50">
        <w:rPr>
          <w:lang w:val="ru-RU"/>
        </w:rPr>
        <w:t xml:space="preserve">-статус и поля </w:t>
      </w:r>
      <w:r>
        <w:t>code</w:t>
      </w:r>
      <w:r w:rsidRPr="00ED3B50">
        <w:rPr>
          <w:lang w:val="ru-RU"/>
        </w:rPr>
        <w:t xml:space="preserve">, </w:t>
      </w:r>
      <w:proofErr w:type="gramStart"/>
      <w:r>
        <w:t>errors</w:t>
      </w:r>
      <w:r w:rsidRPr="00ED3B50">
        <w:rPr>
          <w:lang w:val="ru-RU"/>
        </w:rPr>
        <w:t>[</w:t>
      </w:r>
      <w:proofErr w:type="gramEnd"/>
      <w:r w:rsidRPr="00ED3B50">
        <w:rPr>
          <w:lang w:val="ru-RU"/>
        </w:rPr>
        <w:t>].</w:t>
      </w:r>
      <w:r>
        <w:t>field</w:t>
      </w:r>
      <w:r w:rsidRPr="00ED3B50">
        <w:rPr>
          <w:lang w:val="ru-RU"/>
        </w:rPr>
        <w:t xml:space="preserve">, </w:t>
      </w:r>
      <w:r>
        <w:t>errors</w:t>
      </w:r>
      <w:r w:rsidRPr="00ED3B50">
        <w:rPr>
          <w:lang w:val="ru-RU"/>
        </w:rPr>
        <w:t>[].</w:t>
      </w:r>
      <w:r>
        <w:t>code</w:t>
      </w:r>
      <w:r w:rsidRPr="00ED3B50">
        <w:rPr>
          <w:lang w:val="ru-RU"/>
        </w:rPr>
        <w:t xml:space="preserve">. Покажите пользователю все </w:t>
      </w:r>
      <w:proofErr w:type="gramStart"/>
      <w:r>
        <w:t>errors</w:t>
      </w:r>
      <w:r w:rsidRPr="00ED3B50">
        <w:rPr>
          <w:lang w:val="ru-RU"/>
        </w:rPr>
        <w:t>[</w:t>
      </w:r>
      <w:proofErr w:type="gramEnd"/>
      <w:r w:rsidRPr="00ED3B50">
        <w:rPr>
          <w:lang w:val="ru-RU"/>
        </w:rPr>
        <w:t>].</w:t>
      </w:r>
      <w:r>
        <w:t>message</w:t>
      </w:r>
      <w:r w:rsidRPr="00ED3B50">
        <w:rPr>
          <w:lang w:val="ru-RU"/>
        </w:rPr>
        <w:t xml:space="preserve">; если массива нет — общий </w:t>
      </w:r>
      <w:r>
        <w:t>message</w:t>
      </w:r>
      <w:r w:rsidRPr="00ED3B50">
        <w:rPr>
          <w:lang w:val="ru-RU"/>
        </w:rPr>
        <w:t xml:space="preserve">. </w:t>
      </w:r>
      <w:r>
        <w:t>Не определяйте тип ошибки по тексту сообщения.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2835"/>
        <w:gridCol w:w="6894"/>
      </w:tblGrid>
      <w:tr w:rsidR="00561E14" w14:paraId="14614DEA" w14:textId="77777777">
        <w:trPr>
          <w:cantSplit/>
          <w:tblHeader/>
        </w:trPr>
        <w:tc>
          <w:tcPr>
            <w:tcW w:w="2835" w:type="dxa"/>
            <w:shd w:val="clear" w:color="auto" w:fill="19344C"/>
          </w:tcPr>
          <w:p w14:paraId="0E2B6964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Ответ</w:t>
            </w:r>
          </w:p>
        </w:tc>
        <w:tc>
          <w:tcPr>
            <w:tcW w:w="6894" w:type="dxa"/>
            <w:shd w:val="clear" w:color="auto" w:fill="19344C"/>
          </w:tcPr>
          <w:p w14:paraId="3276D8A0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Что делать интегратору</w:t>
            </w:r>
          </w:p>
        </w:tc>
      </w:tr>
      <w:tr w:rsidR="00561E14" w:rsidRPr="00ED3B50" w14:paraId="45C1D4C5" w14:textId="77777777">
        <w:trPr>
          <w:cantSplit/>
        </w:trPr>
        <w:tc>
          <w:tcPr>
            <w:tcW w:w="2835" w:type="dxa"/>
            <w:shd w:val="clear" w:color="auto" w:fill="FFFFFF"/>
          </w:tcPr>
          <w:p w14:paraId="73F6D109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401 / 403</w:t>
            </w:r>
          </w:p>
        </w:tc>
        <w:tc>
          <w:tcPr>
            <w:tcW w:w="6894" w:type="dxa"/>
            <w:shd w:val="clear" w:color="auto" w:fill="FFFFFF"/>
          </w:tcPr>
          <w:p w14:paraId="5EBE4DF7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Проверьте токен, активность интеграции и компании. Не повторяйте запрос без устранения причины.</w:t>
            </w:r>
          </w:p>
        </w:tc>
      </w:tr>
      <w:tr w:rsidR="00561E14" w:rsidRPr="00ED3B50" w14:paraId="05C6F797" w14:textId="77777777">
        <w:trPr>
          <w:cantSplit/>
        </w:trPr>
        <w:tc>
          <w:tcPr>
            <w:tcW w:w="2835" w:type="dxa"/>
            <w:shd w:val="clear" w:color="auto" w:fill="F2F6FA"/>
          </w:tcPr>
          <w:p w14:paraId="380C73D1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lastRenderedPageBreak/>
              <w:t>422</w:t>
            </w:r>
          </w:p>
        </w:tc>
        <w:tc>
          <w:tcPr>
            <w:tcW w:w="6894" w:type="dxa"/>
            <w:shd w:val="clear" w:color="auto" w:fill="F2F6FA"/>
          </w:tcPr>
          <w:p w14:paraId="50C3E22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Исправьте все параметры, перечисленные в </w:t>
            </w:r>
            <w:proofErr w:type="gramStart"/>
            <w:r>
              <w:rPr>
                <w:color w:val="19344C"/>
                <w:sz w:val="21"/>
              </w:rPr>
              <w:t>errors</w:t>
            </w:r>
            <w:r w:rsidRPr="00602D71">
              <w:rPr>
                <w:color w:val="19344C"/>
                <w:sz w:val="21"/>
                <w:lang w:val="ru-RU"/>
              </w:rPr>
              <w:t>[</w:t>
            </w:r>
            <w:proofErr w:type="gramEnd"/>
            <w:r w:rsidRPr="00602D71">
              <w:rPr>
                <w:color w:val="19344C"/>
                <w:sz w:val="21"/>
                <w:lang w:val="ru-RU"/>
              </w:rPr>
              <w:t>], и отправьте запрос повторно.</w:t>
            </w:r>
          </w:p>
        </w:tc>
      </w:tr>
      <w:tr w:rsidR="00561E14" w14:paraId="41FF98CC" w14:textId="77777777">
        <w:trPr>
          <w:cantSplit/>
        </w:trPr>
        <w:tc>
          <w:tcPr>
            <w:tcW w:w="2835" w:type="dxa"/>
            <w:shd w:val="clear" w:color="auto" w:fill="FFFFFF"/>
          </w:tcPr>
          <w:p w14:paraId="3D15090A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404</w:t>
            </w:r>
          </w:p>
        </w:tc>
        <w:tc>
          <w:tcPr>
            <w:tcW w:w="6894" w:type="dxa"/>
            <w:shd w:val="clear" w:color="auto" w:fill="FFFFFF"/>
          </w:tcPr>
          <w:p w14:paraId="6B088C69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Проверьте 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пользователя и площадки, а также их сопоставление в </w:t>
            </w:r>
            <w:proofErr w:type="spellStart"/>
            <w:r w:rsidRPr="00602D71">
              <w:rPr>
                <w:color w:val="19344C"/>
                <w:sz w:val="21"/>
                <w:lang w:val="ru-RU"/>
              </w:rPr>
              <w:t>Заездо</w:t>
            </w:r>
            <w:proofErr w:type="spellEnd"/>
            <w:r w:rsidRPr="00602D71">
              <w:rPr>
                <w:color w:val="19344C"/>
                <w:sz w:val="21"/>
                <w:lang w:val="ru-RU"/>
              </w:rPr>
              <w:t xml:space="preserve">. </w:t>
            </w:r>
            <w:r>
              <w:rPr>
                <w:color w:val="19344C"/>
                <w:sz w:val="21"/>
              </w:rPr>
              <w:t>После исправления повторите запрос.</w:t>
            </w:r>
          </w:p>
        </w:tc>
      </w:tr>
      <w:tr w:rsidR="00561E14" w:rsidRPr="00ED3B50" w14:paraId="0E9C0873" w14:textId="77777777">
        <w:trPr>
          <w:cantSplit/>
        </w:trPr>
        <w:tc>
          <w:tcPr>
            <w:tcW w:w="2835" w:type="dxa"/>
            <w:shd w:val="clear" w:color="auto" w:fill="F2F6FA"/>
          </w:tcPr>
          <w:p w14:paraId="05959F4F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200, allowed: false</w:t>
            </w:r>
          </w:p>
        </w:tc>
        <w:tc>
          <w:tcPr>
            <w:tcW w:w="6894" w:type="dxa"/>
            <w:shd w:val="clear" w:color="auto" w:fill="F2F6FA"/>
          </w:tcPr>
          <w:p w14:paraId="580D3AF7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Запрос выполнен. Причина отказа указана в </w:t>
            </w:r>
            <w:r>
              <w:rPr>
                <w:color w:val="19344C"/>
                <w:sz w:val="21"/>
              </w:rPr>
              <w:t>reason</w:t>
            </w:r>
            <w:r w:rsidRPr="00602D71">
              <w:rPr>
                <w:color w:val="19344C"/>
                <w:sz w:val="21"/>
                <w:lang w:val="ru-RU"/>
              </w:rPr>
              <w:t>; исправьте её до создания визита.</w:t>
            </w:r>
          </w:p>
        </w:tc>
      </w:tr>
      <w:tr w:rsidR="00561E14" w:rsidRPr="00ED3B50" w14:paraId="06B0FCC6" w14:textId="77777777">
        <w:trPr>
          <w:cantSplit/>
        </w:trPr>
        <w:tc>
          <w:tcPr>
            <w:tcW w:w="2835" w:type="dxa"/>
            <w:shd w:val="clear" w:color="auto" w:fill="FFFFFF"/>
          </w:tcPr>
          <w:p w14:paraId="12FCDAC7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429</w:t>
            </w:r>
          </w:p>
        </w:tc>
        <w:tc>
          <w:tcPr>
            <w:tcW w:w="6894" w:type="dxa"/>
            <w:shd w:val="clear" w:color="auto" w:fill="FFFFFF"/>
          </w:tcPr>
          <w:p w14:paraId="0961C43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Выдержите паузу, указанную в заголовке </w:t>
            </w:r>
            <w:r>
              <w:rPr>
                <w:color w:val="19344C"/>
                <w:sz w:val="21"/>
              </w:rPr>
              <w:t>Retry</w:t>
            </w:r>
            <w:r w:rsidRPr="00602D71">
              <w:rPr>
                <w:color w:val="19344C"/>
                <w:sz w:val="21"/>
                <w:lang w:val="ru-RU"/>
              </w:rPr>
              <w:t>-</w:t>
            </w:r>
            <w:r>
              <w:rPr>
                <w:color w:val="19344C"/>
                <w:sz w:val="21"/>
              </w:rPr>
              <w:t>After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397740C9" w14:textId="77777777">
        <w:trPr>
          <w:cantSplit/>
        </w:trPr>
        <w:tc>
          <w:tcPr>
            <w:tcW w:w="2835" w:type="dxa"/>
            <w:shd w:val="clear" w:color="auto" w:fill="F2F6FA"/>
          </w:tcPr>
          <w:p w14:paraId="4EDDF166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500 / 503</w:t>
            </w:r>
          </w:p>
        </w:tc>
        <w:tc>
          <w:tcPr>
            <w:tcW w:w="6894" w:type="dxa"/>
            <w:shd w:val="clear" w:color="auto" w:fill="F2F6FA"/>
          </w:tcPr>
          <w:p w14:paraId="3382BC1C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Повторите </w:t>
            </w:r>
            <w:r>
              <w:rPr>
                <w:color w:val="19344C"/>
                <w:sz w:val="21"/>
              </w:rPr>
              <w:t>GET</w:t>
            </w:r>
            <w:r w:rsidRPr="00602D71">
              <w:rPr>
                <w:color w:val="19344C"/>
                <w:sz w:val="21"/>
                <w:lang w:val="ru-RU"/>
              </w:rPr>
              <w:t xml:space="preserve"> после паузы; при повторяющейся ошибке передайте </w:t>
            </w:r>
            <w:r>
              <w:rPr>
                <w:color w:val="19344C"/>
                <w:sz w:val="21"/>
              </w:rPr>
              <w:t>request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поддержке.</w:t>
            </w:r>
          </w:p>
        </w:tc>
      </w:tr>
    </w:tbl>
    <w:p w14:paraId="2EFD24DB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407BA420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Проверка </w:t>
      </w:r>
      <w:r>
        <w:t>users</w:t>
      </w:r>
      <w:r w:rsidRPr="00602D71">
        <w:rPr>
          <w:lang w:val="ru-RU"/>
        </w:rPr>
        <w:t xml:space="preserve"> не закрепляет права на будущее. При создании визита </w:t>
      </w:r>
      <w:proofErr w:type="spellStart"/>
      <w:r w:rsidRPr="00602D71">
        <w:rPr>
          <w:lang w:val="ru-RU"/>
        </w:rPr>
        <w:t>Заездо</w:t>
      </w:r>
      <w:proofErr w:type="spellEnd"/>
      <w:r w:rsidRPr="00602D71">
        <w:rPr>
          <w:lang w:val="ru-RU"/>
        </w:rPr>
        <w:t xml:space="preserve"> проверяет возможность назначения ответственного повторно.</w:t>
      </w:r>
    </w:p>
    <w:p w14:paraId="62542CCD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rFonts w:ascii="Arial" w:eastAsia="Arial" w:hAnsi="Arial" w:cs="Arial"/>
          <w:lang w:val="ru-RU"/>
        </w:rPr>
        <w:lastRenderedPageBreak/>
        <w:t>4.11  Использование</w:t>
      </w:r>
      <w:proofErr w:type="gramEnd"/>
      <w:r w:rsidRPr="00602D71">
        <w:rPr>
          <w:rFonts w:ascii="Arial" w:eastAsia="Arial" w:hAnsi="Arial" w:cs="Arial"/>
          <w:lang w:val="ru-RU"/>
        </w:rPr>
        <w:t xml:space="preserve"> при создании визита</w:t>
      </w:r>
    </w:p>
    <w:p w14:paraId="524791C2" w14:textId="77777777" w:rsidR="00561E14" w:rsidRPr="00602D71" w:rsidRDefault="003961AE">
      <w:pPr>
        <w:spacing w:after="120"/>
        <w:rPr>
          <w:lang w:val="ru-RU"/>
        </w:rPr>
      </w:pPr>
      <w:r>
        <w:rPr>
          <w:rFonts w:eastAsia="Arial" w:cs="Arial"/>
          <w:lang w:val="ru-RU"/>
        </w:rPr>
        <w:t>Например, в</w:t>
      </w:r>
      <w:r w:rsidR="005E0622" w:rsidRPr="00602D71">
        <w:rPr>
          <w:rFonts w:eastAsia="Arial" w:cs="Arial"/>
          <w:lang w:val="ru-RU"/>
        </w:rPr>
        <w:t xml:space="preserve"> 1С </w:t>
      </w:r>
      <w:r>
        <w:rPr>
          <w:rFonts w:eastAsia="Arial" w:cs="Arial"/>
          <w:lang w:val="ru-RU"/>
        </w:rPr>
        <w:t xml:space="preserve">(или в другой внешней системе) </w:t>
      </w:r>
      <w:r w:rsidR="005E0622" w:rsidRPr="00602D71">
        <w:rPr>
          <w:rFonts w:eastAsia="Arial" w:cs="Arial"/>
          <w:lang w:val="ru-RU"/>
        </w:rPr>
        <w:t xml:space="preserve">у контрагента ответственным </w:t>
      </w:r>
      <w:r>
        <w:rPr>
          <w:rFonts w:eastAsia="Arial" w:cs="Arial"/>
          <w:lang w:val="ru-RU"/>
        </w:rPr>
        <w:t xml:space="preserve">менеджером </w:t>
      </w:r>
      <w:r w:rsidR="005E0622" w:rsidRPr="00602D71">
        <w:rPr>
          <w:rFonts w:eastAsia="Arial" w:cs="Arial"/>
          <w:lang w:val="ru-RU"/>
        </w:rPr>
        <w:t xml:space="preserve">указан </w:t>
      </w:r>
      <w:r>
        <w:rPr>
          <w:rFonts w:eastAsia="Arial" w:cs="Arial"/>
          <w:lang w:val="ru-RU"/>
        </w:rPr>
        <w:t>пользователь с кодом</w:t>
      </w:r>
      <w:r w:rsidR="005E0622" w:rsidRPr="00602D71">
        <w:rPr>
          <w:rFonts w:eastAsia="Arial" w:cs="Arial"/>
          <w:lang w:val="ru-RU"/>
        </w:rPr>
        <w:t xml:space="preserve"> </w:t>
      </w:r>
      <w:r w:rsidR="005E0622">
        <w:rPr>
          <w:rFonts w:eastAsia="Arial" w:cs="Arial"/>
        </w:rPr>
        <w:t>EMP</w:t>
      </w:r>
      <w:r w:rsidR="005E0622" w:rsidRPr="00602D71">
        <w:rPr>
          <w:rFonts w:eastAsia="Arial" w:cs="Arial"/>
          <w:lang w:val="ru-RU"/>
        </w:rPr>
        <w:t xml:space="preserve">-0075. Перед созданием визита можно проверить его права на площадке </w:t>
      </w:r>
      <w:r w:rsidR="005E0622">
        <w:rPr>
          <w:rFonts w:eastAsia="Arial" w:cs="Arial"/>
        </w:rPr>
        <w:t>WH</w:t>
      </w:r>
      <w:r w:rsidR="005E0622" w:rsidRPr="00602D71">
        <w:rPr>
          <w:rFonts w:eastAsia="Arial" w:cs="Arial"/>
          <w:lang w:val="ru-RU"/>
        </w:rPr>
        <w:t>-</w:t>
      </w:r>
      <w:r w:rsidR="005E0622">
        <w:rPr>
          <w:rFonts w:eastAsia="Arial" w:cs="Arial"/>
        </w:rPr>
        <w:t>SEVER</w:t>
      </w:r>
      <w:r w:rsidR="005E0622" w:rsidRPr="00602D71">
        <w:rPr>
          <w:rFonts w:eastAsia="Arial" w:cs="Arial"/>
          <w:lang w:val="ru-RU"/>
        </w:rPr>
        <w:t>.</w:t>
      </w:r>
    </w:p>
    <w:p w14:paraId="1EAF9ECA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ПРОВЕРКА ПОЛЬЗОВАТЕЛЯ И ПЛОЩАДКИ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7C67EC7D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526B60A8" w14:textId="77777777" w:rsidR="00561E14" w:rsidRDefault="005E0622">
            <w:pPr>
              <w:keepLines/>
              <w:spacing w:after="0" w:line="271" w:lineRule="auto"/>
            </w:pPr>
            <w:r>
              <w:rPr>
                <w:rFonts w:ascii="Courier New" w:eastAsia="Courier New" w:hAnsi="Courier New" w:cs="Courier New"/>
                <w:color w:val="18324E"/>
                <w:sz w:val="18"/>
              </w:rPr>
              <w:t>GET /api/v1/users/EMP-0075?site_source_id=WH-SEVER</w:t>
            </w:r>
          </w:p>
        </w:tc>
      </w:tr>
    </w:tbl>
    <w:p w14:paraId="39E860FC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22DD7AD7" w14:textId="77777777" w:rsidR="00561E14" w:rsidRPr="00602D71" w:rsidRDefault="005E0622">
      <w:pPr>
        <w:spacing w:after="120"/>
        <w:rPr>
          <w:lang w:val="ru-RU"/>
        </w:rPr>
      </w:pPr>
      <w:r w:rsidRPr="00602D71">
        <w:rPr>
          <w:rFonts w:eastAsia="Arial" w:cs="Arial"/>
          <w:lang w:val="ru-RU"/>
        </w:rPr>
        <w:t xml:space="preserve">Если сервер вернул 200 </w:t>
      </w:r>
      <w:r>
        <w:rPr>
          <w:rFonts w:eastAsia="Arial" w:cs="Arial"/>
        </w:rPr>
        <w:t>OK</w:t>
      </w:r>
      <w:r w:rsidRPr="00602D71">
        <w:rPr>
          <w:rFonts w:eastAsia="Arial" w:cs="Arial"/>
          <w:lang w:val="ru-RU"/>
        </w:rPr>
        <w:t xml:space="preserve"> и </w:t>
      </w:r>
      <w:r>
        <w:rPr>
          <w:rFonts w:eastAsia="Arial" w:cs="Arial"/>
        </w:rPr>
        <w:t>allowed</w:t>
      </w:r>
      <w:r w:rsidRPr="00602D71">
        <w:rPr>
          <w:rFonts w:eastAsia="Arial" w:cs="Arial"/>
          <w:lang w:val="ru-RU"/>
        </w:rPr>
        <w:t xml:space="preserve"> = </w:t>
      </w:r>
      <w:r>
        <w:rPr>
          <w:rFonts w:eastAsia="Arial" w:cs="Arial"/>
        </w:rPr>
        <w:t>true</w:t>
      </w:r>
      <w:r w:rsidRPr="00602D71">
        <w:rPr>
          <w:rFonts w:eastAsia="Arial" w:cs="Arial"/>
          <w:lang w:val="ru-RU"/>
        </w:rPr>
        <w:t>, при создании визита передаётся:</w:t>
      </w:r>
    </w:p>
    <w:p w14:paraId="25BE5509" w14:textId="77777777" w:rsidR="00561E14" w:rsidRDefault="005E0622">
      <w:pPr>
        <w:pStyle w:val="CaptionCustom"/>
        <w:keepNext/>
      </w:pPr>
      <w:r>
        <w:rPr>
          <w:rFonts w:eastAsia="Arial" w:cs="Arial"/>
          <w:color w:val="145CA8"/>
        </w:rPr>
        <w:t>ФРАГМЕНТ ЗАПРОСА POST /</w:t>
      </w:r>
      <w:proofErr w:type="spellStart"/>
      <w:r>
        <w:rPr>
          <w:rFonts w:eastAsia="Arial" w:cs="Arial"/>
          <w:color w:val="145CA8"/>
        </w:rPr>
        <w:t>api</w:t>
      </w:r>
      <w:proofErr w:type="spellEnd"/>
      <w:r>
        <w:rPr>
          <w:rFonts w:eastAsia="Arial" w:cs="Arial"/>
          <w:color w:val="145CA8"/>
        </w:rPr>
        <w:t>/v1/visits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1AEC5FA4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11D10653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"responsible_user_source_id": "EMP-0075"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791DE6F9" w14:textId="77777777" w:rsidR="00561E14" w:rsidRDefault="005E0622">
      <w:pPr>
        <w:spacing w:after="80" w:line="480" w:lineRule="auto"/>
      </w:pPr>
      <w:r>
        <w:rPr>
          <w:rFonts w:eastAsia="Arial" w:cs="Arial"/>
          <w:color w:val="FFFFFF"/>
          <w:sz w:val="2"/>
        </w:rPr>
        <w:t xml:space="preserve"> </w:t>
      </w:r>
    </w:p>
    <w:p w14:paraId="0B32DAD7" w14:textId="77777777" w:rsidR="00561E14" w:rsidRPr="00602D71" w:rsidRDefault="005E0622">
      <w:pPr>
        <w:spacing w:after="120"/>
        <w:rPr>
          <w:lang w:val="ru-RU"/>
        </w:rPr>
      </w:pPr>
      <w:proofErr w:type="spellStart"/>
      <w:r w:rsidRPr="00602D71">
        <w:rPr>
          <w:rFonts w:eastAsia="Arial" w:cs="Arial"/>
          <w:lang w:val="ru-RU"/>
        </w:rPr>
        <w:t>Заездо</w:t>
      </w:r>
      <w:proofErr w:type="spellEnd"/>
      <w:r w:rsidRPr="00602D71">
        <w:rPr>
          <w:rFonts w:eastAsia="Arial" w:cs="Arial"/>
          <w:lang w:val="ru-RU"/>
        </w:rPr>
        <w:t xml:space="preserve"> назначает указанного сотрудника ответственным за визит. Если сотрудник не может быть назначен, визит не создаётся.</w:t>
      </w:r>
    </w:p>
    <w:p w14:paraId="390231AA" w14:textId="77777777" w:rsidR="001E1645" w:rsidRPr="005560CC" w:rsidRDefault="00151576">
      <w:pPr>
        <w:pStyle w:val="1"/>
        <w:pageBreakBefore/>
        <w:spacing w:before="0" w:after="160"/>
        <w:rPr>
          <w:lang w:val="ru-RU"/>
        </w:rPr>
      </w:pPr>
      <w:bookmarkStart w:id="4" w:name="section_05"/>
      <w:proofErr w:type="gramStart"/>
      <w:r>
        <w:rPr>
          <w:rFonts w:ascii="Arial" w:eastAsia="Arial" w:hAnsi="Arial" w:cs="Arial"/>
          <w:lang w:val="ru-RU"/>
        </w:rPr>
        <w:lastRenderedPageBreak/>
        <w:t>05  Создание</w:t>
      </w:r>
      <w:proofErr w:type="gramEnd"/>
      <w:r>
        <w:rPr>
          <w:rFonts w:ascii="Arial" w:eastAsia="Arial" w:hAnsi="Arial" w:cs="Arial"/>
          <w:lang w:val="ru-RU"/>
        </w:rPr>
        <w:t xml:space="preserve"> или обновление площадки</w:t>
      </w:r>
      <w:bookmarkEnd w:id="4"/>
    </w:p>
    <w:p w14:paraId="24380C25" w14:textId="77777777" w:rsidR="001E1645" w:rsidRPr="005560CC" w:rsidRDefault="00151576">
      <w:pPr>
        <w:pStyle w:val="SectionKicker"/>
        <w:keepNext/>
        <w:rPr>
          <w:lang w:val="ru-RU"/>
        </w:rPr>
      </w:pPr>
      <w:r>
        <w:rPr>
          <w:rFonts w:eastAsia="Arial" w:cs="Arial"/>
          <w:b/>
          <w:color w:val="007EFF"/>
          <w:sz w:val="20"/>
          <w:lang w:val="ru-RU"/>
        </w:rPr>
        <w:t>МЕТОД 03 / 07</w:t>
      </w:r>
    </w:p>
    <w:p w14:paraId="1536A290" w14:textId="77777777" w:rsidR="001E1645" w:rsidRDefault="00151576">
      <w:pPr>
        <w:pStyle w:val="MethodTitle"/>
        <w:keepNext/>
      </w:pPr>
      <w:r w:rsidRPr="005560CC">
        <w:rPr>
          <w:rFonts w:eastAsia="Arial" w:cs="Arial"/>
          <w:b/>
          <w:color w:val="18324E"/>
          <w:sz w:val="35"/>
        </w:rPr>
        <w:t>PUT /</w:t>
      </w:r>
      <w:proofErr w:type="spellStart"/>
      <w:r w:rsidRPr="005560CC">
        <w:rPr>
          <w:rFonts w:eastAsia="Arial" w:cs="Arial"/>
          <w:b/>
          <w:color w:val="18324E"/>
          <w:sz w:val="35"/>
        </w:rPr>
        <w:t>api</w:t>
      </w:r>
      <w:proofErr w:type="spellEnd"/>
      <w:r w:rsidRPr="005560CC">
        <w:rPr>
          <w:rFonts w:eastAsia="Arial" w:cs="Arial"/>
          <w:b/>
          <w:color w:val="18324E"/>
          <w:sz w:val="35"/>
        </w:rPr>
        <w:t>/v1/sites/{</w:t>
      </w:r>
      <w:proofErr w:type="spellStart"/>
      <w:r w:rsidRPr="005560CC">
        <w:rPr>
          <w:rFonts w:eastAsia="Arial" w:cs="Arial"/>
          <w:b/>
          <w:color w:val="18324E"/>
          <w:sz w:val="35"/>
        </w:rPr>
        <w:t>source_id</w:t>
      </w:r>
      <w:proofErr w:type="spellEnd"/>
      <w:r w:rsidRPr="005560CC">
        <w:rPr>
          <w:rFonts w:eastAsia="Arial" w:cs="Arial"/>
          <w:b/>
          <w:color w:val="18324E"/>
          <w:sz w:val="35"/>
        </w:rPr>
        <w:t>}</w:t>
      </w:r>
    </w:p>
    <w:p w14:paraId="6C072DD9" w14:textId="77777777" w:rsidR="001E1645" w:rsidRPr="005560CC" w:rsidRDefault="00151576">
      <w:pPr>
        <w:spacing w:after="200" w:line="283" w:lineRule="auto"/>
        <w:rPr>
          <w:lang w:val="ru-RU"/>
        </w:rPr>
      </w:pPr>
      <w:r>
        <w:rPr>
          <w:rFonts w:eastAsia="Arial" w:cs="Arial"/>
          <w:lang w:val="ru-RU"/>
        </w:rPr>
        <w:t>Передача из 1С основных сведений о складе или территории. Если source_id ещё не зарегистрирован, Заездо создаёт площадку; иначе обновляет её основные сведения.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1E1645" w14:paraId="2CCDECE9" w14:textId="77777777"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6A76DF3B" w14:textId="77777777" w:rsidR="001E1645" w:rsidRPr="005560CC" w:rsidRDefault="00151576">
            <w:pPr>
              <w:spacing w:after="100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ТИП ОПЕРАЦИИ</w:t>
            </w:r>
          </w:p>
          <w:p w14:paraId="6D5ECEF2" w14:textId="77777777" w:rsidR="001E1645" w:rsidRPr="005560CC" w:rsidRDefault="00151576">
            <w:pPr>
              <w:spacing w:after="0"/>
              <w:rPr>
                <w:lang w:val="ru-RU"/>
              </w:rPr>
            </w:pPr>
            <w:r>
              <w:rPr>
                <w:rFonts w:eastAsia="Arial" w:cs="Arial"/>
                <w:b/>
                <w:color w:val="18324E"/>
                <w:lang w:val="ru-RU"/>
              </w:rPr>
              <w:t>Создание или обновление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6936050F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АВТОРИЗАЦИЯ</w:t>
            </w:r>
          </w:p>
          <w:p w14:paraId="586D070F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69B4B8E4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ТЕЛО ЗАПРОСА</w:t>
            </w:r>
          </w:p>
          <w:p w14:paraId="5525F8FD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JSON</w:t>
            </w:r>
          </w:p>
        </w:tc>
      </w:tr>
    </w:tbl>
    <w:p w14:paraId="730668CE" w14:textId="77777777" w:rsidR="001E1645" w:rsidRDefault="001E1645">
      <w:pPr>
        <w:spacing w:after="20" w:line="283" w:lineRule="auto"/>
      </w:pPr>
    </w:p>
    <w:p w14:paraId="57EF8F96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5.1  Адрес</w:t>
      </w:r>
      <w:proofErr w:type="gramEnd"/>
      <w:r>
        <w:rPr>
          <w:rFonts w:ascii="Arial" w:eastAsia="Arial" w:hAnsi="Arial" w:cs="Arial"/>
          <w:lang w:val="ru-RU"/>
        </w:rPr>
        <w:t xml:space="preserve"> и параметры</w:t>
      </w:r>
    </w:p>
    <w:p w14:paraId="1C6444F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Адрес: https://app.zaezdo.pro/api/v1/sites/{source_id}. Параметр source_id обязателен, передаётся в пути URL; ограничения — в разделе 1.1. Query-параметры не используются.</w:t>
      </w:r>
    </w:p>
    <w:p w14:paraId="4DB55DB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Тело запроса — объект JSON. В таблице ниже перечислены поля тела запроса; они передаются как при создании, так и при обновлении.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1077"/>
        <w:gridCol w:w="6156"/>
      </w:tblGrid>
      <w:tr w:rsidR="001E1645" w14:paraId="4E920DB0" w14:textId="77777777">
        <w:trPr>
          <w:cantSplit/>
          <w:tblHeader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1D8131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Параметр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96201C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Обяз.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FEAD248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Назначение</w:t>
            </w:r>
          </w:p>
        </w:tc>
      </w:tr>
      <w:tr w:rsidR="001E1645" w:rsidRPr="00ED3B50" w14:paraId="175D11F8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4240A9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name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B7A4D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13B9F59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Наименование площадки. Строка от 1 до 200 символов.</w:t>
            </w:r>
          </w:p>
        </w:tc>
      </w:tr>
      <w:tr w:rsidR="001E1645" w:rsidRPr="00ED3B50" w14:paraId="5F5FEEAE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8871BA7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code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23CB73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E4DF295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Код площадки. Строка до 60 символов; это не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source_id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1E42DB98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E547E05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address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A738CD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DEED3D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Адрес площадки. Строка до 500 символов.</w:t>
            </w:r>
          </w:p>
        </w:tc>
      </w:tr>
      <w:tr w:rsidR="001E1645" w:rsidRPr="00ED3B50" w14:paraId="7BC50299" w14:textId="77777777" w:rsidTr="00CB76BD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EF17EF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comment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075EAC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BC2AD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Комментарий. Строка; ограничение длины на уровне поля не установлено.</w:t>
            </w:r>
          </w:p>
        </w:tc>
      </w:tr>
      <w:tr w:rsidR="00CB76BD" w:rsidRPr="00ED3B50" w14:paraId="1972A84A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01AF20" w14:textId="77777777" w:rsidR="00CB76BD" w:rsidRPr="00CB76BD" w:rsidRDefault="00CB76BD">
            <w:pPr>
              <w:spacing w:after="0" w:line="269" w:lineRule="auto"/>
              <w:rPr>
                <w:rFonts w:eastAsia="Arial" w:cs="Arial"/>
                <w:b/>
                <w:color w:val="145CA8"/>
                <w:sz w:val="21"/>
                <w:highlight w:val="yellow"/>
                <w:lang w:val="ru-RU"/>
              </w:rPr>
            </w:pPr>
            <w:proofErr w:type="spellStart"/>
            <w:r w:rsidRPr="00CB76BD">
              <w:rPr>
                <w:rFonts w:eastAsia="Arial" w:cs="Arial"/>
                <w:b/>
                <w:color w:val="145CA8"/>
                <w:sz w:val="21"/>
                <w:lang w:val="ru-RU"/>
              </w:rPr>
              <w:t>admission_mode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A84F17" w14:textId="77777777" w:rsidR="00CB76BD" w:rsidRPr="00CB76BD" w:rsidRDefault="00CB76BD">
            <w:pPr>
              <w:spacing w:after="0" w:line="269" w:lineRule="auto"/>
              <w:rPr>
                <w:rFonts w:eastAsia="Arial" w:cs="Arial"/>
                <w:sz w:val="21"/>
                <w:highlight w:val="yellow"/>
                <w:lang w:val="ru-RU"/>
              </w:rPr>
            </w:pPr>
            <w:r w:rsidRPr="00CB76BD"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2EF17D9" w14:textId="77777777" w:rsidR="00CB76BD" w:rsidRPr="00CB76BD" w:rsidRDefault="00CB76BD">
            <w:pPr>
              <w:spacing w:after="0" w:line="269" w:lineRule="auto"/>
              <w:rPr>
                <w:rFonts w:eastAsia="Arial" w:cs="Arial"/>
                <w:sz w:val="21"/>
                <w:highlight w:val="yellow"/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Строка: MANUAL_REVIEW — «Требует ручной проверки»; AUTO_IF_DATA_PRESENT — «Разрешен при наличии сведений». Если поле отсутствует, устанавливается MANUAL_REVIEW, в том числе при обновлении.</w:t>
            </w:r>
          </w:p>
        </w:tc>
      </w:tr>
    </w:tbl>
    <w:p w14:paraId="5EAEEB29" w14:textId="5ECF3FB7" w:rsidR="00791B6D" w:rsidRPr="00ED3B50" w:rsidRDefault="003F24E9">
      <w:pPr>
        <w:rPr>
          <w:lang w:val="ru-RU"/>
        </w:rPr>
      </w:pPr>
      <w:r w:rsidRPr="00ED3B50">
        <w:rPr>
          <w:lang w:val="ru-RU"/>
        </w:rPr>
        <w:t xml:space="preserve">Если </w:t>
      </w:r>
      <w:r>
        <w:t>admission</w:t>
      </w:r>
      <w:r w:rsidRPr="00ED3B50">
        <w:rPr>
          <w:lang w:val="ru-RU"/>
        </w:rPr>
        <w:t>_</w:t>
      </w:r>
      <w:r>
        <w:t>mode</w:t>
      </w:r>
      <w:r w:rsidRPr="00ED3B50">
        <w:rPr>
          <w:lang w:val="ru-RU"/>
        </w:rPr>
        <w:t xml:space="preserve"> </w:t>
      </w:r>
      <w:r w:rsidR="00ED3B50" w:rsidRPr="00ED3B50">
        <w:rPr>
          <w:lang w:val="ru-RU"/>
        </w:rPr>
        <w:t>(</w:t>
      </w:r>
      <w:r w:rsidR="00ED3B50">
        <w:rPr>
          <w:lang w:val="ru-RU"/>
        </w:rPr>
        <w:t>реквизит «Допуск на площадку»</w:t>
      </w:r>
      <w:r w:rsidR="00ED3B50" w:rsidRPr="00ED3B50">
        <w:rPr>
          <w:lang w:val="ru-RU"/>
        </w:rPr>
        <w:t xml:space="preserve">) </w:t>
      </w:r>
      <w:r w:rsidRPr="00ED3B50">
        <w:rPr>
          <w:lang w:val="ru-RU"/>
        </w:rPr>
        <w:t xml:space="preserve">передан, он должен содержать одно из двух указанных строковых значений. </w:t>
      </w:r>
      <w:r>
        <w:t>null</w:t>
      </w:r>
      <w:r w:rsidRPr="00ED3B50">
        <w:rPr>
          <w:lang w:val="ru-RU"/>
        </w:rPr>
        <w:t xml:space="preserve">, </w:t>
      </w:r>
      <w:r w:rsidRPr="00ED3B50">
        <w:rPr>
          <w:lang w:val="ru-RU"/>
        </w:rPr>
        <w:t xml:space="preserve">пустая строка или другое значение приводят к ошибке 422 </w:t>
      </w:r>
      <w:r>
        <w:t>INVALID</w:t>
      </w:r>
      <w:r w:rsidRPr="00ED3B50">
        <w:rPr>
          <w:lang w:val="ru-RU"/>
        </w:rPr>
        <w:t>_</w:t>
      </w:r>
      <w:r>
        <w:t>ADMISSION</w:t>
      </w:r>
      <w:r w:rsidRPr="00ED3B50">
        <w:rPr>
          <w:lang w:val="ru-RU"/>
        </w:rPr>
        <w:t>_</w:t>
      </w:r>
      <w:r>
        <w:t>MODE</w:t>
      </w:r>
      <w:r w:rsidRPr="00ED3B50">
        <w:rPr>
          <w:lang w:val="ru-RU"/>
        </w:rPr>
        <w:t>.</w:t>
      </w:r>
    </w:p>
    <w:p w14:paraId="77805A49" w14:textId="77777777" w:rsidR="001E1645" w:rsidRDefault="00151576">
      <w:pPr>
        <w:pStyle w:val="21"/>
        <w:pageBreakBefore/>
        <w:spacing w:before="280"/>
      </w:pPr>
      <w:proofErr w:type="gramStart"/>
      <w:r>
        <w:rPr>
          <w:rFonts w:ascii="Arial" w:eastAsia="Arial" w:hAnsi="Arial" w:cs="Arial"/>
          <w:lang w:val="ru-RU"/>
        </w:rPr>
        <w:lastRenderedPageBreak/>
        <w:t>5.2  Пример</w:t>
      </w:r>
      <w:proofErr w:type="gramEnd"/>
      <w:r>
        <w:rPr>
          <w:rFonts w:ascii="Arial" w:eastAsia="Arial" w:hAnsi="Arial" w:cs="Arial"/>
          <w:lang w:val="ru-RU"/>
        </w:rPr>
        <w:t xml:space="preserve">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96EEA83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12148CEC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</w:rPr>
              <w:t>PUT /api/v1/sites/WH-SEVER HTTP/1.1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Host: app.zaezdo.pro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Authorization: Bearer ВАШ_API_ТОКЕН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Content-Type: application/json</w:t>
            </w:r>
            <w:r>
              <w:rPr>
                <w:rFonts w:ascii="Courier New" w:eastAsia="Courier New" w:hAnsi="Courier New" w:cs="Courier New"/>
                <w:sz w:val="21"/>
              </w:rPr>
              <w:br/>
            </w:r>
            <w:r>
              <w:rPr>
                <w:rFonts w:ascii="Courier New" w:eastAsia="Courier New" w:hAnsi="Courier New" w:cs="Courier New"/>
                <w:sz w:val="21"/>
              </w:rPr>
              <w:br/>
              <w:t>{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"name": "Склад Север",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"code": "СКЛ-000042",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"address": "Москва, Складская улица, 15",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"comment": "Основной склад",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 xml:space="preserve">  "admission_mode": "MANUAL_REVIEW"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6F2786F1" w14:textId="77777777" w:rsidR="00791B6D" w:rsidRPr="00ED3B50" w:rsidRDefault="003F24E9">
      <w:pPr>
        <w:rPr>
          <w:lang w:val="ru-RU"/>
        </w:rPr>
      </w:pPr>
      <w:r w:rsidRPr="00ED3B50">
        <w:rPr>
          <w:lang w:val="ru-RU"/>
        </w:rPr>
        <w:t xml:space="preserve">Чтобы выбрать режим «Разрешен при наличии сведений», передайте в теле </w:t>
      </w:r>
      <w:r>
        <w:t>JSON</w:t>
      </w:r>
      <w:r w:rsidRPr="00ED3B50">
        <w:rPr>
          <w:lang w:val="ru-RU"/>
        </w:rPr>
        <w:t xml:space="preserve"> "</w:t>
      </w:r>
      <w:r>
        <w:t>admission</w:t>
      </w:r>
      <w:r w:rsidRPr="00ED3B50">
        <w:rPr>
          <w:lang w:val="ru-RU"/>
        </w:rPr>
        <w:t>_</w:t>
      </w:r>
      <w:r>
        <w:t>mode</w:t>
      </w:r>
      <w:r w:rsidRPr="00ED3B50">
        <w:rPr>
          <w:lang w:val="ru-RU"/>
        </w:rPr>
        <w:t>": "</w:t>
      </w:r>
      <w:r>
        <w:t>AUTO</w:t>
      </w:r>
      <w:r w:rsidRPr="00ED3B50">
        <w:rPr>
          <w:lang w:val="ru-RU"/>
        </w:rPr>
        <w:t>_</w:t>
      </w:r>
      <w:r>
        <w:t>IF</w:t>
      </w:r>
      <w:r w:rsidRPr="00ED3B50">
        <w:rPr>
          <w:lang w:val="ru-RU"/>
        </w:rPr>
        <w:t>_</w:t>
      </w:r>
      <w:r>
        <w:t>DATA</w:t>
      </w:r>
      <w:r w:rsidRPr="00ED3B50">
        <w:rPr>
          <w:lang w:val="ru-RU"/>
        </w:rPr>
        <w:t>_</w:t>
      </w:r>
      <w:r>
        <w:t>PRESENT</w:t>
      </w:r>
      <w:r w:rsidRPr="00ED3B50">
        <w:rPr>
          <w:lang w:val="ru-RU"/>
        </w:rPr>
        <w:t>".</w:t>
      </w:r>
    </w:p>
    <w:p w14:paraId="5A70C635" w14:textId="77777777" w:rsidR="001E1645" w:rsidRPr="00ED3B50" w:rsidRDefault="001E1645">
      <w:pPr>
        <w:spacing w:after="40" w:line="283" w:lineRule="auto"/>
        <w:rPr>
          <w:lang w:val="ru-RU"/>
        </w:rPr>
      </w:pPr>
    </w:p>
    <w:p w14:paraId="3370C66E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5.3  Успешные</w:t>
      </w:r>
      <w:proofErr w:type="gramEnd"/>
      <w:r>
        <w:rPr>
          <w:rFonts w:ascii="Arial" w:eastAsia="Arial" w:hAnsi="Arial" w:cs="Arial"/>
          <w:lang w:val="ru-RU"/>
        </w:rPr>
        <w:t xml:space="preserve"> ответы</w:t>
      </w:r>
    </w:p>
    <w:p w14:paraId="08794860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НОВАЯ ЗАПИСЬ · HTTP 201 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61D35D29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2FDA3942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"id": "SITE-EXAMPLE001",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"WH-SEVER",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"created":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is_active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admission_mode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"MANUAL_REVIEW"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04A9D2FA" w14:textId="77777777" w:rsidR="001E1645" w:rsidRDefault="001E1645">
      <w:pPr>
        <w:spacing w:after="40" w:line="283" w:lineRule="auto"/>
      </w:pPr>
    </w:p>
    <w:p w14:paraId="020F7593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Для существующего source_id возвращается HTTP 200 с тем же набором полей и created: false. Значение id сохраняется, остальные поля отражают результат операции. Если данные не изменились, ответ также 200 и </w:t>
      </w:r>
      <w:proofErr w:type="spellStart"/>
      <w:r>
        <w:rPr>
          <w:rFonts w:eastAsia="Arial" w:cs="Arial"/>
          <w:lang w:val="ru-RU"/>
        </w:rPr>
        <w:t>created</w:t>
      </w:r>
      <w:proofErr w:type="spellEnd"/>
      <w:r>
        <w:rPr>
          <w:rFonts w:eastAsia="Arial" w:cs="Arial"/>
          <w:lang w:val="ru-RU"/>
        </w:rPr>
        <w:t xml:space="preserve">: </w:t>
      </w:r>
      <w:proofErr w:type="spellStart"/>
      <w:r>
        <w:rPr>
          <w:rFonts w:eastAsia="Arial" w:cs="Arial"/>
          <w:lang w:val="ru-RU"/>
        </w:rPr>
        <w:t>false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290"/>
      </w:tblGrid>
      <w:tr w:rsidR="001E1645" w14:paraId="160B4B8A" w14:textId="77777777">
        <w:trPr>
          <w:cantSplit/>
          <w:tblHeader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61E371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Поле ответа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03400B0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Значение</w:t>
            </w:r>
          </w:p>
        </w:tc>
      </w:tr>
      <w:tr w:rsidR="001E1645" w:rsidRPr="00ED3B50" w14:paraId="0A34148C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A5D9A5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id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3F5DD36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Идентификатор записи в Заездо. Для последующих PUT и создания визита сохранять его не обязательно.</w:t>
            </w:r>
          </w:p>
        </w:tc>
      </w:tr>
      <w:tr w:rsidR="001E1645" w:rsidRPr="00ED3B50" w14:paraId="7C764148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B04ED9E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source_id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71C870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Идентификатор из URL. Используйте его в соответствующем поле запроса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visits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6E33DF62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FB36A81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created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109C0B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создана; false — обработана существующая запись.</w:t>
            </w:r>
          </w:p>
        </w:tc>
      </w:tr>
      <w:tr w:rsidR="001E1645" w:rsidRPr="00ED3B50" w14:paraId="3C079292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70DB2CE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is_active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391661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активна; false — отключена и не может использоваться для нового визита.</w:t>
            </w:r>
          </w:p>
        </w:tc>
      </w:tr>
      <w:tr w:rsidR="001E1645" w:rsidRPr="00ED3B50" w14:paraId="5DC02BE9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98EC6AE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admission_mode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568BA4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Значение поля «Допуск на площадку». MANUAL_REVIEW — «Требует ручной проверки»; AUTO_IF_DATA_PRESENT — «Разрешен при наличии сведений».</w:t>
            </w:r>
          </w:p>
        </w:tc>
      </w:tr>
    </w:tbl>
    <w:p w14:paraId="306160DD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5.4  Правила</w:t>
      </w:r>
      <w:proofErr w:type="gramEnd"/>
      <w:r>
        <w:rPr>
          <w:rFonts w:ascii="Arial" w:eastAsia="Arial" w:hAnsi="Arial" w:cs="Arial"/>
          <w:lang w:val="ru-RU"/>
        </w:rPr>
        <w:t xml:space="preserve"> создания и обновления</w:t>
      </w:r>
    </w:p>
    <w:p w14:paraId="22CDC23F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Полные правила передачи значений и очистки необязательных полей приведены в разделе 1.1.</w:t>
      </w:r>
    </w:p>
    <w:p w14:paraId="4AA1BB0F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При каждом PUT поле «Допуск на площадку» устанавливается по admission_mode из тела JSON. Если поле отсутствует, выбирается «Требует ручной проверки» (MANUAL_REVIEW), в том числе при обновлении. Новая площадка сразу активна; отдельного подтверждения создания не требуется.</w:t>
      </w:r>
    </w:p>
    <w:p w14:paraId="399215ED" w14:textId="3748A71F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Повторный</w:t>
      </w:r>
      <w:r w:rsidRPr="00803300">
        <w:rPr>
          <w:rFonts w:eastAsia="Arial" w:cs="Arial"/>
        </w:rPr>
        <w:t xml:space="preserve"> PUT </w:t>
      </w:r>
      <w:r>
        <w:rPr>
          <w:rFonts w:eastAsia="Arial" w:cs="Arial"/>
          <w:lang w:val="ru-RU"/>
        </w:rPr>
        <w:t>обновляет</w:t>
      </w:r>
      <w:r w:rsidRPr="00803300">
        <w:rPr>
          <w:rFonts w:eastAsia="Arial" w:cs="Arial"/>
        </w:rPr>
        <w:t xml:space="preserve"> name, code, address, comment </w:t>
      </w:r>
      <w:r>
        <w:rPr>
          <w:rFonts w:eastAsia="Arial" w:cs="Arial"/>
          <w:lang w:val="ru-RU"/>
        </w:rPr>
        <w:t>и</w:t>
      </w:r>
      <w:r w:rsidRPr="00803300">
        <w:rPr>
          <w:rFonts w:eastAsia="Arial" w:cs="Arial"/>
        </w:rPr>
        <w:t xml:space="preserve"> </w:t>
      </w:r>
      <w:r w:rsidR="00803300" w:rsidRPr="00803300">
        <w:rPr>
          <w:rFonts w:eastAsia="Arial" w:cs="Arial"/>
        </w:rPr>
        <w:t>admission_mode</w:t>
      </w:r>
      <w:r w:rsidRPr="00803300">
        <w:rPr>
          <w:rFonts w:eastAsia="Arial" w:cs="Arial"/>
        </w:rPr>
        <w:t>. При</w:t>
      </w:r>
      <w:r>
        <w:rPr>
          <w:rFonts w:eastAsia="Arial" w:cs="Arial"/>
          <w:lang w:val="ru-RU"/>
        </w:rPr>
        <w:t xml:space="preserve"> этом он не меняет активность, права сотрудников, зоны ожидания, места обслуживания или табло.</w:t>
      </w:r>
    </w:p>
    <w:p w14:paraId="345FF905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Название и адрес не используются для автоматического об</w:t>
      </w:r>
      <w:bookmarkStart w:id="5" w:name="_GoBack"/>
      <w:bookmarkEnd w:id="5"/>
      <w:r>
        <w:rPr>
          <w:rFonts w:eastAsia="Arial" w:cs="Arial"/>
          <w:lang w:val="ru-RU"/>
        </w:rPr>
        <w:t xml:space="preserve">ъединения площадок. Если code заполнен, совпадение кода с другой площадкой вызывает 409. Сравнивается код после удаления пробелов по краям; регистр символов учитывается. Если code не передан, сопоставление выполняется только по </w:t>
      </w:r>
      <w:proofErr w:type="spellStart"/>
      <w:r>
        <w:rPr>
          <w:rFonts w:eastAsia="Arial" w:cs="Arial"/>
          <w:lang w:val="ru-RU"/>
        </w:rPr>
        <w:t>source_id</w:t>
      </w:r>
      <w:proofErr w:type="spellEnd"/>
      <w:r>
        <w:rPr>
          <w:rFonts w:eastAsia="Arial" w:cs="Arial"/>
          <w:lang w:val="ru-RU"/>
        </w:rPr>
        <w:t>.</w:t>
      </w:r>
    </w:p>
    <w:p w14:paraId="60E0F913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Площадку можно использовать в </w:t>
      </w:r>
      <w:proofErr w:type="spellStart"/>
      <w:r>
        <w:rPr>
          <w:rFonts w:eastAsia="Arial" w:cs="Arial"/>
          <w:lang w:val="ru-RU"/>
        </w:rPr>
        <w:t>visits</w:t>
      </w:r>
      <w:proofErr w:type="spellEnd"/>
      <w:r>
        <w:rPr>
          <w:rFonts w:eastAsia="Arial" w:cs="Arial"/>
          <w:lang w:val="ru-RU"/>
        </w:rPr>
        <w:t xml:space="preserve"> сразу после успешного создания, если ответственный менеджер имеет к ней доступ. PUT не назначает сотрудников и не выдаёт им права.</w:t>
      </w:r>
    </w:p>
    <w:p w14:paraId="31C039F3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5.5  Порядок</w:t>
      </w:r>
      <w:proofErr w:type="gramEnd"/>
      <w:r>
        <w:rPr>
          <w:rFonts w:ascii="Arial" w:eastAsia="Arial" w:hAnsi="Arial" w:cs="Arial"/>
          <w:lang w:val="ru-RU"/>
        </w:rPr>
        <w:t xml:space="preserve"> проверки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496"/>
      </w:tblGrid>
      <w:tr w:rsidR="001E1645" w14:paraId="39049396" w14:textId="77777777">
        <w:trPr>
          <w:cantSplit/>
          <w:tblHeader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67BF64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Этап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CA38A7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Результат</w:t>
            </w:r>
          </w:p>
        </w:tc>
      </w:tr>
      <w:tr w:rsidR="001E1645" w:rsidRPr="00ED3B50" w14:paraId="0A49AF69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9EA17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1. Авторизация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3A5CA2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401 при проблеме с токеном; 403 при отключённой компании.</w:t>
            </w:r>
          </w:p>
        </w:tc>
      </w:tr>
      <w:tr w:rsidR="001E1645" w:rsidRPr="00ED3B50" w14:paraId="6F23F42D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7DB162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2. Чтение JSON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AEE9DA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415 при неверном Content-Type; 400 при нечитаемом JSON.</w:t>
            </w:r>
          </w:p>
        </w:tc>
      </w:tr>
      <w:tr w:rsidR="001E1645" w:rsidRPr="00ED3B50" w14:paraId="30613CA8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15B45A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3. Проверка параметров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58AFEE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422: в </w:t>
            </w:r>
            <w:proofErr w:type="gramStart"/>
            <w:r>
              <w:rPr>
                <w:rFonts w:eastAsia="Arial" w:cs="Arial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sz w:val="21"/>
                <w:lang w:val="ru-RU"/>
              </w:rPr>
              <w:t>] возвращаются все независимые ошибки обязательности, типов, длины, реквизитов и значения admission_mode в теле JSON.</w:t>
            </w:r>
          </w:p>
        </w:tc>
      </w:tr>
      <w:tr w:rsidR="001E1645" w14:paraId="709BB305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D60CBF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4. Поиск и проверка конфликтов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57E129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Запись ищется по source_id. Проверяются совпадения, описанные в правилах метода. При конфликте — 409; изменений нет.</w:t>
            </w:r>
          </w:p>
        </w:tc>
      </w:tr>
      <w:tr w:rsidR="001E1645" w14:paraId="18ACE610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02FBF4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5. Сохранение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2CAC9C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Если запись не найдена — создать и вернуть 201. Если найдена — обновить и вернуть 200. При отклонении запроса данные не меняются.</w:t>
            </w:r>
          </w:p>
        </w:tc>
      </w:tr>
    </w:tbl>
    <w:p w14:paraId="3C02C1D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После ошибки следующий этап не выполняется. Ошибки параметров 422 и конфликты 409 не смешиваются. Отсутствие записи по source_id не даёт 404: это штатный случай создания.</w:t>
      </w:r>
    </w:p>
    <w:p w14:paraId="50D225C6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5.6  Коды</w:t>
      </w:r>
      <w:proofErr w:type="gramEnd"/>
      <w:r>
        <w:rPr>
          <w:rFonts w:ascii="Arial" w:eastAsia="Arial" w:hAnsi="Arial" w:cs="Arial"/>
          <w:lang w:val="ru-RU"/>
        </w:rPr>
        <w:t xml:space="preserve"> и описания ошибок</w:t>
      </w:r>
    </w:p>
    <w:p w14:paraId="28FFF546" w14:textId="77777777" w:rsidR="001E1645" w:rsidRPr="00A85D68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Общие HTTP-коды, </w:t>
      </w:r>
      <w:proofErr w:type="spellStart"/>
      <w:r>
        <w:rPr>
          <w:rFonts w:eastAsia="Arial" w:cs="Arial"/>
          <w:lang w:val="ru-RU"/>
        </w:rPr>
        <w:t>верхнеуровневые</w:t>
      </w:r>
      <w:proofErr w:type="spellEnd"/>
      <w:r>
        <w:rPr>
          <w:rFonts w:eastAsia="Arial" w:cs="Arial"/>
          <w:lang w:val="ru-RU"/>
        </w:rPr>
        <w:t xml:space="preserve">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и ошибки source_id, JSON, лишних полей и comment приведены в разделах 1.2–1.3. Ниже — точные значения </w:t>
      </w:r>
      <w:proofErr w:type="spellStart"/>
      <w:proofErr w:type="gramStart"/>
      <w:r>
        <w:rPr>
          <w:rFonts w:eastAsia="Arial" w:cs="Arial"/>
          <w:lang w:val="ru-RU"/>
        </w:rPr>
        <w:t>errors</w:t>
      </w:r>
      <w:proofErr w:type="spellEnd"/>
      <w:r>
        <w:rPr>
          <w:rFonts w:eastAsia="Arial" w:cs="Arial"/>
          <w:lang w:val="ru-RU"/>
        </w:rPr>
        <w:t>[</w:t>
      </w:r>
      <w:proofErr w:type="gramEnd"/>
      <w:r>
        <w:rPr>
          <w:rFonts w:eastAsia="Arial" w:cs="Arial"/>
          <w:lang w:val="ru-RU"/>
        </w:rPr>
        <w:t>].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этого метода.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7A5FB177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E7137D2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HTTP · </w:t>
            </w:r>
            <w:proofErr w:type="spell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</w:t>
            </w:r>
            <w:proofErr w:type="spell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 / </w:t>
            </w:r>
            <w:proofErr w:type="spell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code</w:t>
            </w:r>
            <w:proofErr w:type="spellEnd"/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87778B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14:paraId="3B587E9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428150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name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BB452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наименование площадки.</w:t>
            </w:r>
          </w:p>
        </w:tc>
      </w:tr>
      <w:tr w:rsidR="001E1645" w:rsidRPr="00ED3B50" w14:paraId="66BE9183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CFD8B7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name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INVALID_NAME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5DC7D45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Наименование площадки должно быть строкой длиной от 1 до 200 символов.</w:t>
            </w:r>
          </w:p>
        </w:tc>
      </w:tr>
      <w:tr w:rsidR="001E1645" w:rsidRPr="00ED3B50" w14:paraId="08F8666D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7E1397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code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655846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Код площадки должен быть строкой длиной не более 60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0DF07E9B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C7E13C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address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INVALID_ADDRESS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BC98B4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Адрес площадки должен быть строкой длиной не более 500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14:paraId="075FC5B7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E35BE0C" w14:textId="77777777" w:rsidR="001E1645" w:rsidRDefault="00151576">
            <w:pPr>
              <w:spacing w:after="0" w:line="269" w:lineRule="auto"/>
            </w:pPr>
            <w:r w:rsidRPr="00ED3B50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ED3B50">
              <w:rPr>
                <w:rFonts w:eastAsia="Arial" w:cs="Arial"/>
                <w:b/>
                <w:color w:val="145CA8"/>
                <w:sz w:val="21"/>
              </w:rPr>
              <w:t>admission_mode</w:t>
            </w:r>
            <w:proofErr w:type="spellEnd"/>
            <w:r w:rsidRPr="00ED3B50">
              <w:rPr>
                <w:rFonts w:eastAsia="Arial" w:cs="Arial"/>
                <w:b/>
                <w:color w:val="145CA8"/>
                <w:sz w:val="21"/>
              </w:rPr>
              <w:br/>
              <w:t>INVALID_ADMISSION_MODE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EC8C5F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Допустимые</w:t>
            </w:r>
            <w:r w:rsidRPr="00ED3B50">
              <w:rPr>
                <w:rFonts w:eastAsia="Arial" w:cs="Arial"/>
                <w:sz w:val="21"/>
              </w:rPr>
              <w:t xml:space="preserve"> </w:t>
            </w:r>
            <w:r>
              <w:rPr>
                <w:rFonts w:eastAsia="Arial" w:cs="Arial"/>
                <w:sz w:val="21"/>
                <w:lang w:val="ru-RU"/>
              </w:rPr>
              <w:t>значения</w:t>
            </w:r>
            <w:r w:rsidRPr="00ED3B50">
              <w:rPr>
                <w:rFonts w:eastAsia="Arial" w:cs="Arial"/>
                <w:sz w:val="21"/>
              </w:rPr>
              <w:t xml:space="preserve"> </w:t>
            </w:r>
            <w:proofErr w:type="spellStart"/>
            <w:r w:rsidRPr="00ED3B50">
              <w:rPr>
                <w:rFonts w:eastAsia="Arial" w:cs="Arial"/>
                <w:sz w:val="21"/>
              </w:rPr>
              <w:t>admission_mode</w:t>
            </w:r>
            <w:proofErr w:type="spellEnd"/>
            <w:r w:rsidRPr="00ED3B50">
              <w:rPr>
                <w:rFonts w:eastAsia="Arial" w:cs="Arial"/>
                <w:sz w:val="21"/>
              </w:rPr>
              <w:t>: MANUAL_REVIEW, AUTO_IF_DATA_PRESENT.</w:t>
            </w:r>
          </w:p>
        </w:tc>
      </w:tr>
    </w:tbl>
    <w:p w14:paraId="0030B24F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5.7  Конфликт</w:t>
      </w:r>
      <w:proofErr w:type="gramEnd"/>
      <w:r>
        <w:rPr>
          <w:rFonts w:ascii="Arial" w:eastAsia="Arial" w:hAnsi="Arial" w:cs="Arial"/>
          <w:lang w:val="ru-RU"/>
        </w:rPr>
        <w:t xml:space="preserve"> записей · HTTP 409</w:t>
      </w:r>
    </w:p>
    <w:p w14:paraId="67353659" w14:textId="77777777" w:rsidR="001E1645" w:rsidRDefault="00151576">
      <w:pPr>
        <w:spacing w:after="120" w:line="283" w:lineRule="auto"/>
      </w:pPr>
      <w:proofErr w:type="spellStart"/>
      <w:r>
        <w:rPr>
          <w:rFonts w:eastAsia="Arial" w:cs="Arial"/>
          <w:lang w:val="ru-RU"/>
        </w:rPr>
        <w:t>Верхнеуровневый</w:t>
      </w:r>
      <w:proofErr w:type="spellEnd"/>
      <w:r>
        <w:rPr>
          <w:rFonts w:eastAsia="Arial" w:cs="Arial"/>
          <w:lang w:val="ru-RU"/>
        </w:rPr>
        <w:t xml:space="preserve"> код — RESOURCE_CONFLICT; сообщение — «Невозможно сохранить запись из-за конфликта данных.». В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 возвращается: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69DE65AD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72D044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2ACCA6B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:rsidRPr="00ED3B50" w14:paraId="50A50643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3EF92F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code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SITE_CODE_CONFLICT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8E5BD88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Площадка с указанным кодом уже существует, но не сопоставлена с переданным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source_id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65EE1BD8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ПРИМЕР ОТВЕТА · HTTP 409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28FA24E3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7AAF0FB2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"code": "RESOURCE_CONFLICT",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"message": "Невозможно сохранить запись из-за конфликта данных.",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"code",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"SITE_CODE_CONFLICT",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"Площадка с указанным кодом уже существует, но не сопоставлена с переданным source_id."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"request_id": "req-sites-conflict"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1F65F0CF" w14:textId="77777777" w:rsidR="001E1645" w:rsidRDefault="001E1645">
      <w:pPr>
        <w:spacing w:after="40" w:line="283" w:lineRule="auto"/>
      </w:pPr>
    </w:p>
    <w:p w14:paraId="24D3EE99" w14:textId="77777777" w:rsidR="001E1645" w:rsidRPr="00ED3B50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5.8  Пример</w:t>
      </w:r>
      <w:proofErr w:type="gramEnd"/>
      <w:r>
        <w:rPr>
          <w:rFonts w:ascii="Arial" w:eastAsia="Arial" w:hAnsi="Arial" w:cs="Arial"/>
          <w:lang w:val="ru-RU"/>
        </w:rPr>
        <w:t xml:space="preserve"> ошибки параметров</w:t>
      </w:r>
    </w:p>
    <w:p w14:paraId="71751C4D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HTTP 422 · НЕСКОЛЬКО ОШИБОК В ОДНОМ ОТВЕТЕ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033BAF00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34CBA312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code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"VALIDATION_ERROR",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message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"Ошибка проверки данных справочника.",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"name",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"REQUIRED",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"Укажите наименование площадки."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},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"address",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"INVALID_ADDRESS",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"Адрес площадки должен быть строкой длиной не более 500 символов или null."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"request_id": "req-sites-validation"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23B55517" w14:textId="77777777" w:rsidR="001E1645" w:rsidRDefault="001E1645">
      <w:pPr>
        <w:spacing w:after="40" w:line="283" w:lineRule="auto"/>
      </w:pPr>
    </w:p>
    <w:p w14:paraId="7E8E0EC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Покажите все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].message, исправьте перечисленные поля и повторите PUT с тем же source_id. При 409 сначала разрешите конфликт; при 500, 503 или потере ответа повторяйте прежний запрос после паузы.</w:t>
      </w:r>
    </w:p>
    <w:p w14:paraId="2AD9B459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5.9  Пример</w:t>
      </w:r>
      <w:proofErr w:type="gramEnd"/>
      <w:r>
        <w:rPr>
          <w:rFonts w:ascii="Arial" w:eastAsia="Arial" w:hAnsi="Arial" w:cs="Arial"/>
          <w:lang w:val="ru-RU"/>
        </w:rPr>
        <w:t xml:space="preserve"> использования для 1С</w:t>
      </w:r>
    </w:p>
    <w:p w14:paraId="7CE87BE4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В 1С закрепите WH-SEVER за складом «Склад Север». Выполните PUT с наименованием и актуальными реквизитами. При необходимости укажите admission_mode в теле JSON. После 201 или 200 и is_active: true используйте WH-SEVER при создании визитов. Если is_active: false, площадка остаётся отключённой; её нужно активировать в Заездо.</w:t>
      </w:r>
    </w:p>
    <w:p w14:paraId="7DE5D78E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ФРАГМЕНТ ЗАПРОСА POST /</w:t>
      </w:r>
      <w:proofErr w:type="spellStart"/>
      <w:r>
        <w:rPr>
          <w:rFonts w:eastAsia="Arial" w:cs="Arial"/>
          <w:color w:val="145CA8"/>
          <w:sz w:val="20"/>
          <w:lang w:val="ru-RU"/>
        </w:rPr>
        <w:t>api</w:t>
      </w:r>
      <w:proofErr w:type="spellEnd"/>
      <w:r>
        <w:rPr>
          <w:rFonts w:eastAsia="Arial" w:cs="Arial"/>
          <w:color w:val="145CA8"/>
          <w:sz w:val="20"/>
          <w:lang w:val="ru-RU"/>
        </w:rPr>
        <w:t>/v1/</w:t>
      </w:r>
      <w:proofErr w:type="spellStart"/>
      <w:r>
        <w:rPr>
          <w:rFonts w:eastAsia="Arial" w:cs="Arial"/>
          <w:color w:val="145CA8"/>
          <w:sz w:val="20"/>
          <w:lang w:val="ru-RU"/>
        </w:rPr>
        <w:t>visits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7E2EBE93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758B5AFE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site_source_id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"WH-SEVER"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62521ACA" w14:textId="77777777" w:rsidR="001E1645" w:rsidRDefault="001E1645">
      <w:pPr>
        <w:spacing w:after="40" w:line="283" w:lineRule="auto"/>
      </w:pPr>
    </w:p>
    <w:p w14:paraId="02DAAE4C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При переименовании склада отправьте тот же PUT с новым name и полным набором остальных сохраняемых полей. Используйте тот же source_id. Чтобы сохранить режим допуска, отличный от «Требует ручной проверки», снова передайте соответствующий admission_mode в теле JSON.</w:t>
      </w:r>
    </w:p>
    <w:p w14:paraId="1A5D5734" w14:textId="77777777" w:rsidR="001E1645" w:rsidRPr="005560CC" w:rsidRDefault="00151576">
      <w:pPr>
        <w:pStyle w:val="1"/>
        <w:pageBreakBefore/>
        <w:spacing w:before="0" w:after="160"/>
        <w:rPr>
          <w:lang w:val="ru-RU"/>
        </w:rPr>
      </w:pPr>
      <w:bookmarkStart w:id="6" w:name="section_06"/>
      <w:proofErr w:type="gramStart"/>
      <w:r>
        <w:rPr>
          <w:rFonts w:ascii="Arial" w:eastAsia="Arial" w:hAnsi="Arial" w:cs="Arial"/>
          <w:lang w:val="ru-RU"/>
        </w:rPr>
        <w:lastRenderedPageBreak/>
        <w:t>06  Создание</w:t>
      </w:r>
      <w:proofErr w:type="gramEnd"/>
      <w:r>
        <w:rPr>
          <w:rFonts w:ascii="Arial" w:eastAsia="Arial" w:hAnsi="Arial" w:cs="Arial"/>
          <w:lang w:val="ru-RU"/>
        </w:rPr>
        <w:t xml:space="preserve"> или обновление контрагента</w:t>
      </w:r>
      <w:bookmarkEnd w:id="6"/>
    </w:p>
    <w:p w14:paraId="09E72536" w14:textId="77777777" w:rsidR="001E1645" w:rsidRPr="005560CC" w:rsidRDefault="00151576">
      <w:pPr>
        <w:pStyle w:val="SectionKicker"/>
        <w:keepNext/>
        <w:rPr>
          <w:lang w:val="ru-RU"/>
        </w:rPr>
      </w:pPr>
      <w:r>
        <w:rPr>
          <w:rFonts w:eastAsia="Arial" w:cs="Arial"/>
          <w:b/>
          <w:color w:val="007EFF"/>
          <w:sz w:val="20"/>
          <w:lang w:val="ru-RU"/>
        </w:rPr>
        <w:t>МЕТОД 04 / 07</w:t>
      </w:r>
    </w:p>
    <w:p w14:paraId="038B3F65" w14:textId="77777777" w:rsidR="001E1645" w:rsidRDefault="00151576">
      <w:pPr>
        <w:pStyle w:val="MethodTitle"/>
        <w:keepNext/>
      </w:pPr>
      <w:r w:rsidRPr="005560CC">
        <w:rPr>
          <w:rFonts w:eastAsia="Arial" w:cs="Arial"/>
          <w:b/>
          <w:color w:val="18324E"/>
          <w:sz w:val="35"/>
        </w:rPr>
        <w:t>PUT /</w:t>
      </w:r>
      <w:proofErr w:type="spellStart"/>
      <w:r w:rsidRPr="005560CC">
        <w:rPr>
          <w:rFonts w:eastAsia="Arial" w:cs="Arial"/>
          <w:b/>
          <w:color w:val="18324E"/>
          <w:sz w:val="35"/>
        </w:rPr>
        <w:t>api</w:t>
      </w:r>
      <w:proofErr w:type="spellEnd"/>
      <w:r w:rsidRPr="005560CC">
        <w:rPr>
          <w:rFonts w:eastAsia="Arial" w:cs="Arial"/>
          <w:b/>
          <w:color w:val="18324E"/>
          <w:sz w:val="35"/>
        </w:rPr>
        <w:t>/v1/counterparties/{</w:t>
      </w:r>
      <w:proofErr w:type="spellStart"/>
      <w:r w:rsidRPr="005560CC">
        <w:rPr>
          <w:rFonts w:eastAsia="Arial" w:cs="Arial"/>
          <w:b/>
          <w:color w:val="18324E"/>
          <w:sz w:val="35"/>
        </w:rPr>
        <w:t>source_id</w:t>
      </w:r>
      <w:proofErr w:type="spellEnd"/>
      <w:r w:rsidRPr="005560CC">
        <w:rPr>
          <w:rFonts w:eastAsia="Arial" w:cs="Arial"/>
          <w:b/>
          <w:color w:val="18324E"/>
          <w:sz w:val="35"/>
        </w:rPr>
        <w:t>}</w:t>
      </w:r>
    </w:p>
    <w:p w14:paraId="100BB0B4" w14:textId="77777777" w:rsidR="001E1645" w:rsidRDefault="00151576">
      <w:pPr>
        <w:spacing w:after="200" w:line="283" w:lineRule="auto"/>
      </w:pPr>
      <w:r>
        <w:rPr>
          <w:rFonts w:eastAsia="Arial" w:cs="Arial"/>
          <w:lang w:val="ru-RU"/>
        </w:rPr>
        <w:t xml:space="preserve">Передача контрагента из 1С в Заездо. Метод создаёт запись </w:t>
      </w:r>
      <w:proofErr w:type="gramStart"/>
      <w:r>
        <w:rPr>
          <w:rFonts w:eastAsia="Arial" w:cs="Arial"/>
          <w:lang w:val="ru-RU"/>
        </w:rPr>
        <w:t>по новому</w:t>
      </w:r>
      <w:proofErr w:type="gramEnd"/>
      <w:r>
        <w:rPr>
          <w:rFonts w:eastAsia="Arial" w:cs="Arial"/>
          <w:lang w:val="ru-RU"/>
        </w:rPr>
        <w:t xml:space="preserve"> source_id или обновляет реквизиты ранее переданной записи. Контактные лица, телефоны и email этим методом не передаются.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1E1645" w14:paraId="7C2C2267" w14:textId="77777777"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2B86A6E9" w14:textId="77777777" w:rsidR="001E1645" w:rsidRPr="005560CC" w:rsidRDefault="00151576">
            <w:pPr>
              <w:spacing w:after="100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ТИП ОПЕРАЦИИ</w:t>
            </w:r>
          </w:p>
          <w:p w14:paraId="67BDF0FD" w14:textId="77777777" w:rsidR="001E1645" w:rsidRPr="005560CC" w:rsidRDefault="00151576">
            <w:pPr>
              <w:spacing w:after="0"/>
              <w:rPr>
                <w:lang w:val="ru-RU"/>
              </w:rPr>
            </w:pPr>
            <w:r>
              <w:rPr>
                <w:rFonts w:eastAsia="Arial" w:cs="Arial"/>
                <w:b/>
                <w:color w:val="18324E"/>
                <w:lang w:val="ru-RU"/>
              </w:rPr>
              <w:t>Создание или обновление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7CD30A86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АВТОРИЗАЦИЯ</w:t>
            </w:r>
          </w:p>
          <w:p w14:paraId="4747B71B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25486D8A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ТЕЛО ЗАПРОСА</w:t>
            </w:r>
          </w:p>
          <w:p w14:paraId="669EFBBB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JSON</w:t>
            </w:r>
          </w:p>
        </w:tc>
      </w:tr>
    </w:tbl>
    <w:p w14:paraId="4430B1B8" w14:textId="77777777" w:rsidR="001E1645" w:rsidRDefault="001E1645">
      <w:pPr>
        <w:spacing w:after="20" w:line="283" w:lineRule="auto"/>
      </w:pPr>
    </w:p>
    <w:p w14:paraId="1B1EB3B1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6.1  Адрес</w:t>
      </w:r>
      <w:proofErr w:type="gramEnd"/>
      <w:r>
        <w:rPr>
          <w:rFonts w:ascii="Arial" w:eastAsia="Arial" w:hAnsi="Arial" w:cs="Arial"/>
          <w:lang w:val="ru-RU"/>
        </w:rPr>
        <w:t xml:space="preserve"> и параметры</w:t>
      </w:r>
    </w:p>
    <w:p w14:paraId="03E04A99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Адрес: https://app.zaezdo.pro/api/v1/counterparties/{source_id}. Параметр source_id обязателен, передаётся в URL; ограничения — в разделе 1.1. </w:t>
      </w:r>
      <w:proofErr w:type="spellStart"/>
      <w:r>
        <w:rPr>
          <w:rFonts w:eastAsia="Arial" w:cs="Arial"/>
          <w:lang w:val="ru-RU"/>
        </w:rPr>
        <w:t>Query</w:t>
      </w:r>
      <w:proofErr w:type="spellEnd"/>
      <w:r>
        <w:rPr>
          <w:rFonts w:eastAsia="Arial" w:cs="Arial"/>
          <w:lang w:val="ru-RU"/>
        </w:rPr>
        <w:t>-параметры не используются.</w:t>
      </w:r>
    </w:p>
    <w:p w14:paraId="4E9A730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Тело запроса — объект JSON. Параметры ниже передаются как при создании, так и при обновлении.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1077"/>
        <w:gridCol w:w="6156"/>
      </w:tblGrid>
      <w:tr w:rsidR="001E1645" w14:paraId="3E204DFB" w14:textId="77777777">
        <w:trPr>
          <w:cantSplit/>
          <w:tblHeader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63B83CD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Параметр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43C020E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Обяз.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D277781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Назначение</w:t>
            </w:r>
          </w:p>
        </w:tc>
      </w:tr>
      <w:tr w:rsidR="001E1645" w:rsidRPr="00ED3B50" w14:paraId="3F5D9FFE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85C5FE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name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AD863A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A74012B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Наименование. Строка от 1 до 300 символов.</w:t>
            </w:r>
          </w:p>
        </w:tc>
      </w:tr>
      <w:tr w:rsidR="001E1645" w:rsidRPr="00ED3B50" w14:paraId="77534056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CFB728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inn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CB231E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Нет*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B304EF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ИНН. Строка из 10 или 12 цифр с корректным контрольным числом.</w:t>
            </w:r>
          </w:p>
        </w:tc>
      </w:tr>
      <w:tr w:rsidR="001E1645" w:rsidRPr="00ED3B50" w14:paraId="5660415F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D809D2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kpp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DFD8A6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Нет*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2B2F4A5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КПП. Строка из 9 цифр; требуется при ИНН из 10 цифр.</w:t>
            </w:r>
          </w:p>
        </w:tc>
      </w:tr>
      <w:tr w:rsidR="001E1645" w:rsidRPr="00ED3B50" w14:paraId="4C0B506A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5B8B4D9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comment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9FED2C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FE9165A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Комментарий. Строка; ограничение длины на уровне поля не установлено.</w:t>
            </w:r>
          </w:p>
        </w:tc>
      </w:tr>
    </w:tbl>
    <w:p w14:paraId="6918C48D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* ИНН и КПП можно не передавать вместе. При ИНН из 10 цифр КПП обязателен. При ИНН из 12 цифр КПП должен быть пустым. КПП без ИНН не допускается.</w:t>
      </w:r>
    </w:p>
    <w:p w14:paraId="76395173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6.2  Пример</w:t>
      </w:r>
      <w:proofErr w:type="gramEnd"/>
      <w:r>
        <w:rPr>
          <w:rFonts w:ascii="Arial" w:eastAsia="Arial" w:hAnsi="Arial" w:cs="Arial"/>
          <w:lang w:val="ru-RU"/>
        </w:rPr>
        <w:t xml:space="preserve">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05A92C54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0FF6AF21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PUT /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api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/v1/counterparties/CP-0042 HTTP/1.1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Host: app.zaezdo.pro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Authorization: Bearer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ВАШ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_API_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ТОКЕН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Content-Type: application/json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"name":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ООО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«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Пример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Логистика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»",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"inn": "7701234560",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kpp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"770101001",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"comment":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Поставщик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461653DA" w14:textId="77777777" w:rsidR="001E1645" w:rsidRDefault="001E1645">
      <w:pPr>
        <w:spacing w:after="40" w:line="283" w:lineRule="auto"/>
      </w:pPr>
    </w:p>
    <w:p w14:paraId="619BBB05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6.3  Успешные</w:t>
      </w:r>
      <w:proofErr w:type="gramEnd"/>
      <w:r>
        <w:rPr>
          <w:rFonts w:ascii="Arial" w:eastAsia="Arial" w:hAnsi="Arial" w:cs="Arial"/>
          <w:lang w:val="ru-RU"/>
        </w:rPr>
        <w:t xml:space="preserve"> ответы</w:t>
      </w:r>
    </w:p>
    <w:p w14:paraId="2E628D14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НОВАЯ ЗАПИСЬ · HTTP 201 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27A84855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15CAFF13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"id": "CP-EXAMPLE001",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"CP-0042",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"created":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is_active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true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7DEBA2D7" w14:textId="77777777" w:rsidR="001E1645" w:rsidRDefault="001E1645">
      <w:pPr>
        <w:spacing w:after="40" w:line="283" w:lineRule="auto"/>
      </w:pPr>
    </w:p>
    <w:p w14:paraId="53D31AA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Для существующего source_id возвращается HTTP 200 с тем же набором полей и created: false. Значение id сохраняется, остальные поля отражают результат операции. Если данные не изменились, ответ также 200 и </w:t>
      </w:r>
      <w:proofErr w:type="spellStart"/>
      <w:r>
        <w:rPr>
          <w:rFonts w:eastAsia="Arial" w:cs="Arial"/>
          <w:lang w:val="ru-RU"/>
        </w:rPr>
        <w:t>created</w:t>
      </w:r>
      <w:proofErr w:type="spellEnd"/>
      <w:r>
        <w:rPr>
          <w:rFonts w:eastAsia="Arial" w:cs="Arial"/>
          <w:lang w:val="ru-RU"/>
        </w:rPr>
        <w:t xml:space="preserve">: </w:t>
      </w:r>
      <w:proofErr w:type="spellStart"/>
      <w:r>
        <w:rPr>
          <w:rFonts w:eastAsia="Arial" w:cs="Arial"/>
          <w:lang w:val="ru-RU"/>
        </w:rPr>
        <w:t>false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290"/>
      </w:tblGrid>
      <w:tr w:rsidR="001E1645" w14:paraId="755AE96E" w14:textId="77777777">
        <w:trPr>
          <w:cantSplit/>
          <w:tblHeader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4B1442A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Поле ответа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90E981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Значение</w:t>
            </w:r>
          </w:p>
        </w:tc>
      </w:tr>
      <w:tr w:rsidR="001E1645" w:rsidRPr="00ED3B50" w14:paraId="2E7022AE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BBA0CA2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id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837D70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Идентификатор записи в Заездо. Для последующих PUT и создания визита сохранять его не обязательно.</w:t>
            </w:r>
          </w:p>
        </w:tc>
      </w:tr>
      <w:tr w:rsidR="001E1645" w:rsidRPr="00ED3B50" w14:paraId="16C0BBE5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EEF43C1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source_id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C071515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Идентификатор из URL. Используйте его в соответствующем поле запроса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visits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5F50C83B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AF4FDEE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created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3BE871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создана; false — обработана существующая запись.</w:t>
            </w:r>
          </w:p>
        </w:tc>
      </w:tr>
      <w:tr w:rsidR="001E1645" w:rsidRPr="00ED3B50" w14:paraId="60533CB2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91E6197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is_active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D92B5B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активна; false — отключена и не может использоваться для нового визита.</w:t>
            </w:r>
          </w:p>
        </w:tc>
      </w:tr>
    </w:tbl>
    <w:p w14:paraId="744C7079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6.4  Правила</w:t>
      </w:r>
      <w:proofErr w:type="gramEnd"/>
      <w:r>
        <w:rPr>
          <w:rFonts w:ascii="Arial" w:eastAsia="Arial" w:hAnsi="Arial" w:cs="Arial"/>
          <w:lang w:val="ru-RU"/>
        </w:rPr>
        <w:t xml:space="preserve"> создания и обновления</w:t>
      </w:r>
    </w:p>
    <w:p w14:paraId="3383BCCE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Полные правила передачи значений и очистки необязательных полей приведены в разделе 1.1.</w:t>
      </w:r>
    </w:p>
    <w:p w14:paraId="5FEF0593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Обновляются только </w:t>
      </w:r>
      <w:proofErr w:type="spellStart"/>
      <w:r>
        <w:rPr>
          <w:rFonts w:eastAsia="Arial" w:cs="Arial"/>
          <w:lang w:val="ru-RU"/>
        </w:rPr>
        <w:t>name</w:t>
      </w:r>
      <w:proofErr w:type="spellEnd"/>
      <w:r>
        <w:rPr>
          <w:rFonts w:eastAsia="Arial" w:cs="Arial"/>
          <w:lang w:val="ru-RU"/>
        </w:rPr>
        <w:t xml:space="preserve">, </w:t>
      </w:r>
      <w:proofErr w:type="spellStart"/>
      <w:r>
        <w:rPr>
          <w:rFonts w:eastAsia="Arial" w:cs="Arial"/>
          <w:lang w:val="ru-RU"/>
        </w:rPr>
        <w:t>inn</w:t>
      </w:r>
      <w:proofErr w:type="spellEnd"/>
      <w:r>
        <w:rPr>
          <w:rFonts w:eastAsia="Arial" w:cs="Arial"/>
          <w:lang w:val="ru-RU"/>
        </w:rPr>
        <w:t xml:space="preserve">, </w:t>
      </w:r>
      <w:proofErr w:type="spellStart"/>
      <w:r>
        <w:rPr>
          <w:rFonts w:eastAsia="Arial" w:cs="Arial"/>
          <w:lang w:val="ru-RU"/>
        </w:rPr>
        <w:t>kpp</w:t>
      </w:r>
      <w:proofErr w:type="spellEnd"/>
      <w:r>
        <w:rPr>
          <w:rFonts w:eastAsia="Arial" w:cs="Arial"/>
          <w:lang w:val="ru-RU"/>
        </w:rPr>
        <w:t xml:space="preserve"> и comment. Активность и контактные лица не изменяются.</w:t>
      </w:r>
    </w:p>
    <w:p w14:paraId="6FB5B0F7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Для совпадений проверяется пара ИНН + КПП у организаций либо ИНН из 12 цифр у ИП. Если эти реквизиты принадлежат другой записи, возвращается 409: автоматического объединения нет.</w:t>
      </w:r>
    </w:p>
    <w:p w14:paraId="2852E865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При отсутствии ИНН поиск по наименованию не выполняется. Чтобы не создать дубликаты, используйте неизменный source_id; одинаковые названия сами по себе не доказывают совпадение контрагентов.</w:t>
      </w:r>
    </w:p>
    <w:p w14:paraId="0FAA3D7E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Идентификатор ответственного менеджера в этом методе не передаётся. При создании визита 1С отдельно указывает responsible_user_source_id своего ответственного за контрагента.</w:t>
      </w:r>
    </w:p>
    <w:p w14:paraId="1105B33D" w14:textId="77777777" w:rsidR="001E1645" w:rsidRDefault="00151576">
      <w:pPr>
        <w:pStyle w:val="31"/>
        <w:spacing w:before="200" w:after="160"/>
      </w:pPr>
      <w:r>
        <w:rPr>
          <w:rFonts w:ascii="Arial" w:eastAsia="Arial" w:hAnsi="Arial" w:cs="Arial"/>
          <w:lang w:val="ru-RU"/>
        </w:rPr>
        <w:t>Проверка ИНН и КПП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6156"/>
      </w:tblGrid>
      <w:tr w:rsidR="001E1645" w14:paraId="11D9E50C" w14:textId="77777777">
        <w:trPr>
          <w:cantSplit/>
          <w:tblHeader/>
          <w:jc w:val="center"/>
        </w:trPr>
        <w:tc>
          <w:tcPr>
            <w:tcW w:w="357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2B9E1EF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Переданные реквизиты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1D5F32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Условие сохранения</w:t>
            </w:r>
          </w:p>
        </w:tc>
      </w:tr>
      <w:tr w:rsidR="001E1645" w:rsidRPr="00ED3B50" w14:paraId="2A4C45DE" w14:textId="77777777">
        <w:trPr>
          <w:cantSplit/>
          <w:jc w:val="center"/>
        </w:trPr>
        <w:tc>
          <w:tcPr>
            <w:tcW w:w="357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F34B5B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ИНН и КПП не заполнены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42BAB02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Допускается: для создания достаточно наименования.</w:t>
            </w:r>
          </w:p>
        </w:tc>
      </w:tr>
      <w:tr w:rsidR="001E1645" w:rsidRPr="00ED3B50" w14:paraId="6FB8203E" w14:textId="77777777">
        <w:trPr>
          <w:cantSplit/>
          <w:jc w:val="center"/>
        </w:trPr>
        <w:tc>
          <w:tcPr>
            <w:tcW w:w="357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B211CD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ИНН организации: 10 цифр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5BE049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Контрольное число ИНН корректно; КПП заполнен и содержит 9 цифр.</w:t>
            </w:r>
          </w:p>
        </w:tc>
      </w:tr>
      <w:tr w:rsidR="001E1645" w:rsidRPr="00ED3B50" w14:paraId="627683E4" w14:textId="77777777">
        <w:trPr>
          <w:cantSplit/>
          <w:jc w:val="center"/>
        </w:trPr>
        <w:tc>
          <w:tcPr>
            <w:tcW w:w="357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B9CE8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ИНН ИП: 12 цифр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435E3F2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Контрольные числа ИНН корректны; КПП не заполнен.</w:t>
            </w:r>
          </w:p>
        </w:tc>
      </w:tr>
      <w:tr w:rsidR="001E1645" w14:paraId="27B56DC0" w14:textId="77777777">
        <w:trPr>
          <w:cantSplit/>
          <w:jc w:val="center"/>
        </w:trPr>
        <w:tc>
          <w:tcPr>
            <w:tcW w:w="357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7AEBEE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КПП заполнен, ИНН пуст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DDC40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Ошибка</w:t>
            </w:r>
            <w:r w:rsidRPr="005560CC">
              <w:rPr>
                <w:rFonts w:eastAsia="Arial" w:cs="Arial"/>
                <w:sz w:val="21"/>
              </w:rPr>
              <w:t xml:space="preserve"> INN_REQUIRED_FOR_KPP.</w:t>
            </w:r>
          </w:p>
        </w:tc>
      </w:tr>
    </w:tbl>
    <w:p w14:paraId="76401D3D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формат ИНН некорректен, проверка контрольного числа не выполняется. Условия КПП, зависящие от длины ИНН, проверяются после определения его типа. Для одного КПП возвращается одна причина: отсутствие, неверный формат либо запрет для ИП.</w:t>
      </w:r>
    </w:p>
    <w:p w14:paraId="14AE99BC" w14:textId="77777777" w:rsidR="001E1645" w:rsidRDefault="00151576">
      <w:pPr>
        <w:pStyle w:val="21"/>
        <w:pageBreakBefore/>
        <w:spacing w:before="0"/>
      </w:pPr>
      <w:proofErr w:type="gramStart"/>
      <w:r>
        <w:rPr>
          <w:rFonts w:ascii="Arial" w:eastAsia="Arial" w:hAnsi="Arial" w:cs="Arial"/>
          <w:lang w:val="ru-RU"/>
        </w:rPr>
        <w:lastRenderedPageBreak/>
        <w:t>6.5  Порядок</w:t>
      </w:r>
      <w:proofErr w:type="gramEnd"/>
      <w:r>
        <w:rPr>
          <w:rFonts w:ascii="Arial" w:eastAsia="Arial" w:hAnsi="Arial" w:cs="Arial"/>
          <w:lang w:val="ru-RU"/>
        </w:rPr>
        <w:t xml:space="preserve"> проверки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496"/>
      </w:tblGrid>
      <w:tr w:rsidR="001E1645" w14:paraId="02DA9B30" w14:textId="77777777">
        <w:trPr>
          <w:cantSplit/>
          <w:tblHeader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94C7C6B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Этап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4DD469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Результат</w:t>
            </w:r>
          </w:p>
        </w:tc>
      </w:tr>
      <w:tr w:rsidR="001E1645" w:rsidRPr="00ED3B50" w14:paraId="1C3837C6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780282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1. Авторизация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A911DF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401 при проблеме с токеном; 403 при отключённой компании.</w:t>
            </w:r>
          </w:p>
        </w:tc>
      </w:tr>
      <w:tr w:rsidR="001E1645" w:rsidRPr="00ED3B50" w14:paraId="06050294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3C057A2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2. Чтение JSON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4EEBE3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415 при неверном Content-Type; 400 при нечитаемом JSON.</w:t>
            </w:r>
          </w:p>
        </w:tc>
      </w:tr>
      <w:tr w:rsidR="001E1645" w:rsidRPr="00ED3B50" w14:paraId="6CBC5BBF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940A822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3. Проверка параметров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07ED4F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422: в </w:t>
            </w:r>
            <w:proofErr w:type="gramStart"/>
            <w:r>
              <w:rPr>
                <w:rFonts w:eastAsia="Arial" w:cs="Arial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sz w:val="21"/>
                <w:lang w:val="ru-RU"/>
              </w:rPr>
              <w:t>] возвращаются все независимые ошибки обязательности, типов, длины и реквизитов.</w:t>
            </w:r>
          </w:p>
        </w:tc>
      </w:tr>
      <w:tr w:rsidR="001E1645" w14:paraId="47062950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11896B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4. Поиск и проверка конфликтов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759B1C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Запись ищется по source_id. Проверяются совпадения, описанные в правилах метода. При конфликте — 409; изменений нет.</w:t>
            </w:r>
          </w:p>
        </w:tc>
      </w:tr>
      <w:tr w:rsidR="001E1645" w14:paraId="782DEF6C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26BAC0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5. Сохранение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7B2FA0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Если запись не найдена — создать и вернуть 201. Если найдена — обновить и вернуть 200. При отклонении запроса данные не меняются.</w:t>
            </w:r>
          </w:p>
        </w:tc>
      </w:tr>
    </w:tbl>
    <w:p w14:paraId="1546F421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После ошибки следующий этап не выполняется. Ошибки параметров 422 и конфликты 409 не смешиваются. Отсутствие записи по source_id не даёт 404: это штатный случай создания.</w:t>
      </w:r>
    </w:p>
    <w:p w14:paraId="5E104D0F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6.6  Коды</w:t>
      </w:r>
      <w:proofErr w:type="gramEnd"/>
      <w:r>
        <w:rPr>
          <w:rFonts w:ascii="Arial" w:eastAsia="Arial" w:hAnsi="Arial" w:cs="Arial"/>
          <w:lang w:val="ru-RU"/>
        </w:rPr>
        <w:t xml:space="preserve"> и описания ошибок</w:t>
      </w:r>
    </w:p>
    <w:p w14:paraId="326925B2" w14:textId="77777777" w:rsidR="001E1645" w:rsidRDefault="00151576">
      <w:pPr>
        <w:spacing w:after="120" w:line="283" w:lineRule="auto"/>
      </w:pPr>
      <w:r>
        <w:rPr>
          <w:rFonts w:eastAsia="Arial" w:cs="Arial"/>
          <w:lang w:val="ru-RU"/>
        </w:rPr>
        <w:t xml:space="preserve">Общие HTTP-коды, </w:t>
      </w:r>
      <w:proofErr w:type="spellStart"/>
      <w:r>
        <w:rPr>
          <w:rFonts w:eastAsia="Arial" w:cs="Arial"/>
          <w:lang w:val="ru-RU"/>
        </w:rPr>
        <w:t>верхнеуровневые</w:t>
      </w:r>
      <w:proofErr w:type="spellEnd"/>
      <w:r>
        <w:rPr>
          <w:rFonts w:eastAsia="Arial" w:cs="Arial"/>
          <w:lang w:val="ru-RU"/>
        </w:rPr>
        <w:t xml:space="preserve">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и ошибки source_id, JSON, лишних полей и comment приведены в разделах 1.2–1.3. Ниже — точные значения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 этого метода.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49B78B90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D7F110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HTTP · 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547ACA9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14:paraId="7562597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171E7A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name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9D1EC4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наименование контрагента.</w:t>
            </w:r>
          </w:p>
        </w:tc>
      </w:tr>
      <w:tr w:rsidR="001E1645" w:rsidRPr="00ED3B50" w14:paraId="7058F1CF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90F768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name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INVALID_NAME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14432A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Наименование контрагента должно быть строкой длиной от 1 до 300 символов.</w:t>
            </w:r>
          </w:p>
        </w:tc>
      </w:tr>
      <w:tr w:rsidR="001E1645" w:rsidRPr="00ED3B50" w14:paraId="567F01F3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F417FA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inn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INVALID_INN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ECBAB7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ИНН должен содержать 10 цифр для организации или 12 цифр для ИП.</w:t>
            </w:r>
          </w:p>
        </w:tc>
      </w:tr>
      <w:tr w:rsidR="001E1645" w:rsidRPr="00ED3B50" w14:paraId="7059A31E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17AA6C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inn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INVALID_INN_CHECKSUM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95E43B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Некорректный ИНН: не совпадает контрольное число.</w:t>
            </w:r>
          </w:p>
        </w:tc>
      </w:tr>
      <w:tr w:rsidR="001E1645" w:rsidRPr="00ED3B50" w14:paraId="48F502AB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9D3A099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>422 · inn</w:t>
            </w:r>
            <w:r>
              <w:br/>
            </w:r>
            <w:r w:rsidRPr="005560CC">
              <w:rPr>
                <w:rFonts w:eastAsia="Arial" w:cs="Arial"/>
                <w:sz w:val="21"/>
              </w:rPr>
              <w:t>INN_REQUIRED_FOR_KPP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C4DA3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Укажите ИНН, если передан КПП.</w:t>
            </w:r>
          </w:p>
        </w:tc>
      </w:tr>
      <w:tr w:rsidR="001E1645" w14:paraId="151DA0EE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A742FE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kpp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INVALID_KPP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65EFD0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КПП должен содержать 9 цифр.</w:t>
            </w:r>
          </w:p>
        </w:tc>
      </w:tr>
      <w:tr w:rsidR="001E1645" w14:paraId="12BA9ACD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CB3847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kpp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KPP_REQUIRED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DED469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Требуется указать КПП.</w:t>
            </w:r>
          </w:p>
        </w:tc>
      </w:tr>
      <w:tr w:rsidR="001E1645" w:rsidRPr="00ED3B50" w14:paraId="33E4890E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BD172E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kpp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KPP_NOT_ALLOWED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D32E0B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Для ИП КПП не указывается.</w:t>
            </w:r>
          </w:p>
        </w:tc>
      </w:tr>
    </w:tbl>
    <w:p w14:paraId="616AA21E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6.7  Конфликт</w:t>
      </w:r>
      <w:proofErr w:type="gramEnd"/>
      <w:r>
        <w:rPr>
          <w:rFonts w:ascii="Arial" w:eastAsia="Arial" w:hAnsi="Arial" w:cs="Arial"/>
          <w:lang w:val="ru-RU"/>
        </w:rPr>
        <w:t xml:space="preserve"> записей · HTTP 409</w:t>
      </w:r>
    </w:p>
    <w:p w14:paraId="52DA5667" w14:textId="77777777" w:rsidR="001E1645" w:rsidRDefault="00151576">
      <w:pPr>
        <w:spacing w:after="120" w:line="283" w:lineRule="auto"/>
      </w:pPr>
      <w:proofErr w:type="spellStart"/>
      <w:r>
        <w:rPr>
          <w:rFonts w:eastAsia="Arial" w:cs="Arial"/>
          <w:lang w:val="ru-RU"/>
        </w:rPr>
        <w:t>Верхнеуровневый</w:t>
      </w:r>
      <w:proofErr w:type="spellEnd"/>
      <w:r>
        <w:rPr>
          <w:rFonts w:eastAsia="Arial" w:cs="Arial"/>
          <w:lang w:val="ru-RU"/>
        </w:rPr>
        <w:t xml:space="preserve"> код — RESOURCE_CONFLICT; сообщение — «Невозможно сохранить запись из-за конфликта данных.». В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 возвращается: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3BC001CF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D3190C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18BD03A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:rsidRPr="00ED3B50" w14:paraId="5F21D63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1239A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inn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COUNTERPARTY_DETAILS_CONFLICT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63A2171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Контрагент с указанными ИНН и КПП либо ИНН ИП уже существует, но не сопоставлен с переданным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source_id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3024314F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ПРИМЕР ОТВЕТА · HTTP 409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2E588542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77846D0D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"code": "RESOURCE_CONFLICT",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Невозможно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сохранить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запись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из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-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за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конфликта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данных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.",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"errors": [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"field": "inn",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"code": "COUNTERPARTY_DETAILS_CONFLICT",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Контрагент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указанными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ИНН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КПП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либо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ИНН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ИП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уже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существует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,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сопоставлен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переданным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."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request_id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req-counterparties-conflict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14FD006F" w14:textId="77777777" w:rsidR="001E1645" w:rsidRDefault="001E1645">
      <w:pPr>
        <w:spacing w:after="40" w:line="283" w:lineRule="auto"/>
      </w:pPr>
    </w:p>
    <w:p w14:paraId="4906526E" w14:textId="77777777" w:rsidR="001E1645" w:rsidRPr="00ED3B50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6.8  Пример</w:t>
      </w:r>
      <w:proofErr w:type="gramEnd"/>
      <w:r>
        <w:rPr>
          <w:rFonts w:ascii="Arial" w:eastAsia="Arial" w:hAnsi="Arial" w:cs="Arial"/>
          <w:lang w:val="ru-RU"/>
        </w:rPr>
        <w:t xml:space="preserve"> ошибки параметров</w:t>
      </w:r>
    </w:p>
    <w:p w14:paraId="129510F8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HTTP 422 · НЕСКОЛЬКО ОШИБОК В ОДНОМ ОТВЕТЕ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75E1F77A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7BB8A6BF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code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"VALIDATION_ERROR",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message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"Ошибка проверки данных справочника.",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"name",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"REQUIRED",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"Укажите наименование контрагента."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},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"field":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kpp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"code": "KPP_REQUIRED",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Требуется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указать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КПП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."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}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],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request_id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"req-counterparties-validation"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78DFFA87" w14:textId="77777777" w:rsidR="001E1645" w:rsidRDefault="001E1645">
      <w:pPr>
        <w:spacing w:after="40" w:line="283" w:lineRule="auto"/>
      </w:pPr>
    </w:p>
    <w:p w14:paraId="439B0CF2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Покажите все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].message, исправьте перечисленные поля и повторите PUT с тем же source_id. При 409 сначала разрешите конфликт; при 500, 503 или потере ответа повторяйте прежний запрос после паузы.</w:t>
      </w:r>
    </w:p>
    <w:p w14:paraId="2E4C7C27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6.9  Пример</w:t>
      </w:r>
      <w:proofErr w:type="gramEnd"/>
      <w:r>
        <w:rPr>
          <w:rFonts w:ascii="Arial" w:eastAsia="Arial" w:hAnsi="Arial" w:cs="Arial"/>
          <w:lang w:val="ru-RU"/>
        </w:rPr>
        <w:t xml:space="preserve"> использования для 1С</w:t>
      </w:r>
    </w:p>
    <w:p w14:paraId="4743AEA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Перед передачей заявки выполните PUT /api/v1/counterparties/CP-0042 с реквизитами контрагента. После успешного ответа и is_active: true используйте CP-0042 в визите. При 409 сначала разрешите сопоставление, не создавая новый внешний идентификатор.</w:t>
      </w:r>
    </w:p>
    <w:p w14:paraId="0A8FDEEA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ФРАГМЕНТ ЗАПРОСА POST /</w:t>
      </w:r>
      <w:proofErr w:type="spellStart"/>
      <w:r>
        <w:rPr>
          <w:rFonts w:eastAsia="Arial" w:cs="Arial"/>
          <w:color w:val="145CA8"/>
          <w:sz w:val="20"/>
          <w:lang w:val="ru-RU"/>
        </w:rPr>
        <w:t>api</w:t>
      </w:r>
      <w:proofErr w:type="spellEnd"/>
      <w:r>
        <w:rPr>
          <w:rFonts w:eastAsia="Arial" w:cs="Arial"/>
          <w:color w:val="145CA8"/>
          <w:sz w:val="20"/>
          <w:lang w:val="ru-RU"/>
        </w:rPr>
        <w:t>/v1/</w:t>
      </w:r>
      <w:proofErr w:type="spellStart"/>
      <w:r>
        <w:rPr>
          <w:rFonts w:eastAsia="Arial" w:cs="Arial"/>
          <w:color w:val="145CA8"/>
          <w:sz w:val="20"/>
          <w:lang w:val="ru-RU"/>
        </w:rPr>
        <w:t>visits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67B4813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4C676ADC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counterparty_source_id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"CP-0042"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3288C5B0" w14:textId="77777777" w:rsidR="001E1645" w:rsidRDefault="001E1645">
      <w:pPr>
        <w:spacing w:after="40" w:line="283" w:lineRule="auto"/>
      </w:pPr>
    </w:p>
    <w:p w14:paraId="4414C109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При изменении наименования или реквизитов в 1С отправьте полный набор полей на тот же URL. Чтобы удалить комментарий, передайте comment: "". Если нужно сохранить ИНН и КПП, их необходимо повторить в запросе.</w:t>
      </w:r>
    </w:p>
    <w:p w14:paraId="6B3E56C6" w14:textId="77777777" w:rsidR="001E1645" w:rsidRPr="005560CC" w:rsidRDefault="00151576">
      <w:pPr>
        <w:pStyle w:val="1"/>
        <w:pageBreakBefore/>
        <w:spacing w:before="0" w:after="160"/>
        <w:rPr>
          <w:lang w:val="ru-RU"/>
        </w:rPr>
      </w:pPr>
      <w:bookmarkStart w:id="7" w:name="section_07"/>
      <w:proofErr w:type="gramStart"/>
      <w:r>
        <w:rPr>
          <w:rFonts w:ascii="Arial" w:eastAsia="Arial" w:hAnsi="Arial" w:cs="Arial"/>
          <w:lang w:val="ru-RU"/>
        </w:rPr>
        <w:lastRenderedPageBreak/>
        <w:t>07  Создание</w:t>
      </w:r>
      <w:proofErr w:type="gramEnd"/>
      <w:r>
        <w:rPr>
          <w:rFonts w:ascii="Arial" w:eastAsia="Arial" w:hAnsi="Arial" w:cs="Arial"/>
          <w:lang w:val="ru-RU"/>
        </w:rPr>
        <w:t xml:space="preserve"> или обновление автомобиля</w:t>
      </w:r>
      <w:bookmarkEnd w:id="7"/>
    </w:p>
    <w:p w14:paraId="5193E855" w14:textId="77777777" w:rsidR="001E1645" w:rsidRPr="005560CC" w:rsidRDefault="00151576">
      <w:pPr>
        <w:pStyle w:val="SectionKicker"/>
        <w:keepNext/>
        <w:rPr>
          <w:lang w:val="ru-RU"/>
        </w:rPr>
      </w:pPr>
      <w:r>
        <w:rPr>
          <w:rFonts w:eastAsia="Arial" w:cs="Arial"/>
          <w:b/>
          <w:color w:val="007EFF"/>
          <w:sz w:val="20"/>
          <w:lang w:val="ru-RU"/>
        </w:rPr>
        <w:t>МЕТОД 05 / 07</w:t>
      </w:r>
    </w:p>
    <w:p w14:paraId="3244EF34" w14:textId="77777777" w:rsidR="001E1645" w:rsidRDefault="00151576">
      <w:pPr>
        <w:pStyle w:val="MethodTitle"/>
        <w:keepNext/>
      </w:pPr>
      <w:r w:rsidRPr="005560CC">
        <w:rPr>
          <w:rFonts w:eastAsia="Arial" w:cs="Arial"/>
          <w:b/>
          <w:color w:val="18324E"/>
          <w:sz w:val="35"/>
        </w:rPr>
        <w:t>PUT /</w:t>
      </w:r>
      <w:proofErr w:type="spellStart"/>
      <w:r w:rsidRPr="005560CC">
        <w:rPr>
          <w:rFonts w:eastAsia="Arial" w:cs="Arial"/>
          <w:b/>
          <w:color w:val="18324E"/>
          <w:sz w:val="35"/>
        </w:rPr>
        <w:t>api</w:t>
      </w:r>
      <w:proofErr w:type="spellEnd"/>
      <w:r w:rsidRPr="005560CC">
        <w:rPr>
          <w:rFonts w:eastAsia="Arial" w:cs="Arial"/>
          <w:b/>
          <w:color w:val="18324E"/>
          <w:sz w:val="35"/>
        </w:rPr>
        <w:t>/v1/vehicles/{</w:t>
      </w:r>
      <w:proofErr w:type="spellStart"/>
      <w:r w:rsidRPr="005560CC">
        <w:rPr>
          <w:rFonts w:eastAsia="Arial" w:cs="Arial"/>
          <w:b/>
          <w:color w:val="18324E"/>
          <w:sz w:val="35"/>
        </w:rPr>
        <w:t>source_id</w:t>
      </w:r>
      <w:proofErr w:type="spellEnd"/>
      <w:r w:rsidRPr="005560CC">
        <w:rPr>
          <w:rFonts w:eastAsia="Arial" w:cs="Arial"/>
          <w:b/>
          <w:color w:val="18324E"/>
          <w:sz w:val="35"/>
        </w:rPr>
        <w:t>}</w:t>
      </w:r>
    </w:p>
    <w:p w14:paraId="19996E11" w14:textId="77777777" w:rsidR="001E1645" w:rsidRPr="005560CC" w:rsidRDefault="00151576">
      <w:pPr>
        <w:spacing w:after="20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Передача транспортного средства из 1С. Метод создаёт автомобиль </w:t>
      </w:r>
      <w:proofErr w:type="gramStart"/>
      <w:r>
        <w:rPr>
          <w:rFonts w:eastAsia="Arial" w:cs="Arial"/>
          <w:lang w:val="ru-RU"/>
        </w:rPr>
        <w:t>по новому</w:t>
      </w:r>
      <w:proofErr w:type="gramEnd"/>
      <w:r>
        <w:rPr>
          <w:rFonts w:eastAsia="Arial" w:cs="Arial"/>
          <w:lang w:val="ru-RU"/>
        </w:rPr>
        <w:t xml:space="preserve"> source_id либо обновляет марку, модель, госномер и комментарий существующей записи.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1E1645" w14:paraId="4D1391AA" w14:textId="77777777"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2E20434A" w14:textId="77777777" w:rsidR="001E1645" w:rsidRPr="005560CC" w:rsidRDefault="00151576">
            <w:pPr>
              <w:spacing w:after="100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ТИП ОПЕРАЦИИ</w:t>
            </w:r>
          </w:p>
          <w:p w14:paraId="26C241CE" w14:textId="77777777" w:rsidR="001E1645" w:rsidRPr="005560CC" w:rsidRDefault="00151576">
            <w:pPr>
              <w:spacing w:after="0"/>
              <w:rPr>
                <w:lang w:val="ru-RU"/>
              </w:rPr>
            </w:pPr>
            <w:r>
              <w:rPr>
                <w:rFonts w:eastAsia="Arial" w:cs="Arial"/>
                <w:b/>
                <w:color w:val="18324E"/>
                <w:lang w:val="ru-RU"/>
              </w:rPr>
              <w:t>Создание или обновление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05634019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АВТОРИЗАЦИЯ</w:t>
            </w:r>
          </w:p>
          <w:p w14:paraId="4B9EC4C4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24EF6A32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ТЕЛО ЗАПРОСА</w:t>
            </w:r>
          </w:p>
          <w:p w14:paraId="0FC9D596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JSON</w:t>
            </w:r>
          </w:p>
        </w:tc>
      </w:tr>
    </w:tbl>
    <w:p w14:paraId="02C80D1D" w14:textId="77777777" w:rsidR="001E1645" w:rsidRDefault="001E1645">
      <w:pPr>
        <w:spacing w:after="20" w:line="283" w:lineRule="auto"/>
      </w:pPr>
    </w:p>
    <w:p w14:paraId="4FABC9A8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7.1  Адрес</w:t>
      </w:r>
      <w:proofErr w:type="gramEnd"/>
      <w:r>
        <w:rPr>
          <w:rFonts w:ascii="Arial" w:eastAsia="Arial" w:hAnsi="Arial" w:cs="Arial"/>
          <w:lang w:val="ru-RU"/>
        </w:rPr>
        <w:t xml:space="preserve"> и параметры</w:t>
      </w:r>
    </w:p>
    <w:p w14:paraId="0C640DC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Адрес: https://app.zaezdo.pro/api/v1/vehicles/{source_id}. Параметр source_id обязателен, передаётся в URL; ограничения — в разделе 1.1. </w:t>
      </w:r>
      <w:proofErr w:type="spellStart"/>
      <w:r>
        <w:rPr>
          <w:rFonts w:eastAsia="Arial" w:cs="Arial"/>
          <w:lang w:val="ru-RU"/>
        </w:rPr>
        <w:t>Query</w:t>
      </w:r>
      <w:proofErr w:type="spellEnd"/>
      <w:r>
        <w:rPr>
          <w:rFonts w:eastAsia="Arial" w:cs="Arial"/>
          <w:lang w:val="ru-RU"/>
        </w:rPr>
        <w:t>-параметры не используются.</w:t>
      </w:r>
    </w:p>
    <w:p w14:paraId="75702F73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Тело запроса — объект JSON. Параметры ниже передаются как при создании, так и при обновлении.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1077"/>
        <w:gridCol w:w="6156"/>
      </w:tblGrid>
      <w:tr w:rsidR="001E1645" w14:paraId="726CCF28" w14:textId="77777777">
        <w:trPr>
          <w:cantSplit/>
          <w:tblHeader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D9518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Параметр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B198089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Обяз.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C64CF2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Назначение</w:t>
            </w:r>
          </w:p>
        </w:tc>
      </w:tr>
      <w:tr w:rsidR="001E1645" w:rsidRPr="00ED3B50" w14:paraId="1C798156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3541B4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make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CA671D7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86A2E2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Марка автомобиля. Строка от 1 до 120 символов.</w:t>
            </w:r>
          </w:p>
        </w:tc>
      </w:tr>
      <w:tr w:rsidR="001E1645" w14:paraId="2D33B141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C637AC2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model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F695F5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87C221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Модель. Строка до 120 символов.</w:t>
            </w:r>
          </w:p>
        </w:tc>
      </w:tr>
      <w:tr w:rsidR="001E1645" w:rsidRPr="00ED3B50" w14:paraId="228FF247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323E49A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plate_number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305C78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FC563B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Государственный номер. Строка от 1 до 30 символов.</w:t>
            </w:r>
          </w:p>
        </w:tc>
      </w:tr>
      <w:tr w:rsidR="001E1645" w:rsidRPr="00ED3B50" w14:paraId="78053F04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74E4325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comment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072A28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8D11451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Комментарий. Строка; ограничение длины на уровне поля не установлено.</w:t>
            </w:r>
          </w:p>
        </w:tc>
      </w:tr>
    </w:tbl>
    <w:p w14:paraId="7C4F6340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7.2  Пример</w:t>
      </w:r>
      <w:proofErr w:type="gramEnd"/>
      <w:r>
        <w:rPr>
          <w:rFonts w:ascii="Arial" w:eastAsia="Arial" w:hAnsi="Arial" w:cs="Arial"/>
          <w:lang w:val="ru-RU"/>
        </w:rPr>
        <w:t xml:space="preserve">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615F3BEB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0C9F968C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PUT /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api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/v1/vehicles/VEH-0085 HTTP/1.1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Host: app.zaezdo.pro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Authorization: Bearer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ВАШ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_API_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ТОКЕН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Content-Type: application/json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"make": "MAN",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"model": "TGX",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plate_number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123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ВС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77",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"comment":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Тягач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1D8A9604" w14:textId="77777777" w:rsidR="001E1645" w:rsidRDefault="001E1645">
      <w:pPr>
        <w:spacing w:after="40" w:line="283" w:lineRule="auto"/>
      </w:pPr>
    </w:p>
    <w:p w14:paraId="68A9E3A7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7.3  Успешные</w:t>
      </w:r>
      <w:proofErr w:type="gramEnd"/>
      <w:r>
        <w:rPr>
          <w:rFonts w:ascii="Arial" w:eastAsia="Arial" w:hAnsi="Arial" w:cs="Arial"/>
          <w:lang w:val="ru-RU"/>
        </w:rPr>
        <w:t xml:space="preserve"> ответы</w:t>
      </w:r>
    </w:p>
    <w:p w14:paraId="588F7374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НОВАЯ ЗАПИСЬ · HTTP 201 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291852A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124D17AA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"id": "VEH-EXAMPLE001",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"VEH-0085",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"created":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is_active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true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13AE5CC6" w14:textId="77777777" w:rsidR="001E1645" w:rsidRDefault="001E1645">
      <w:pPr>
        <w:spacing w:after="40" w:line="283" w:lineRule="auto"/>
      </w:pPr>
    </w:p>
    <w:p w14:paraId="2329DA78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Для существующего source_id возвращается HTTP 200 с тем же набором полей и created: false. Значение id сохраняется, остальные поля отражают результат операции. Если данные не изменились, ответ также 200 и </w:t>
      </w:r>
      <w:proofErr w:type="spellStart"/>
      <w:r>
        <w:rPr>
          <w:rFonts w:eastAsia="Arial" w:cs="Arial"/>
          <w:lang w:val="ru-RU"/>
        </w:rPr>
        <w:t>created</w:t>
      </w:r>
      <w:proofErr w:type="spellEnd"/>
      <w:r>
        <w:rPr>
          <w:rFonts w:eastAsia="Arial" w:cs="Arial"/>
          <w:lang w:val="ru-RU"/>
        </w:rPr>
        <w:t xml:space="preserve">: </w:t>
      </w:r>
      <w:proofErr w:type="spellStart"/>
      <w:r>
        <w:rPr>
          <w:rFonts w:eastAsia="Arial" w:cs="Arial"/>
          <w:lang w:val="ru-RU"/>
        </w:rPr>
        <w:t>false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290"/>
      </w:tblGrid>
      <w:tr w:rsidR="001E1645" w14:paraId="4A8A6D63" w14:textId="77777777">
        <w:trPr>
          <w:cantSplit/>
          <w:tblHeader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7AEEC76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Поле ответа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CB22D8E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Значение</w:t>
            </w:r>
          </w:p>
        </w:tc>
      </w:tr>
      <w:tr w:rsidR="001E1645" w:rsidRPr="00ED3B50" w14:paraId="407F4473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B934FC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id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D682C7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Идентификатор записи в Заездо. Для последующих PUT и создания визита сохранять его не обязательно.</w:t>
            </w:r>
          </w:p>
        </w:tc>
      </w:tr>
      <w:tr w:rsidR="001E1645" w:rsidRPr="00ED3B50" w14:paraId="4557F204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D71BA7A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source_id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F0BDE32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Идентификатор из URL. Используйте его в соответствующем поле запроса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visits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4676D92D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9EC52BA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created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A2E8A2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создана; false — обработана существующая запись.</w:t>
            </w:r>
          </w:p>
        </w:tc>
      </w:tr>
      <w:tr w:rsidR="001E1645" w:rsidRPr="00ED3B50" w14:paraId="45588DA1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8767979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is_active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41F06E6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активна; false — отключена и не может использоваться для нового визита.</w:t>
            </w:r>
          </w:p>
        </w:tc>
      </w:tr>
    </w:tbl>
    <w:p w14:paraId="713E3ECA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7.4  Правила</w:t>
      </w:r>
      <w:proofErr w:type="gramEnd"/>
      <w:r>
        <w:rPr>
          <w:rFonts w:ascii="Arial" w:eastAsia="Arial" w:hAnsi="Arial" w:cs="Arial"/>
          <w:lang w:val="ru-RU"/>
        </w:rPr>
        <w:t xml:space="preserve"> создания и обновления</w:t>
      </w:r>
    </w:p>
    <w:p w14:paraId="7BFBBB6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Полные правила передачи значений и очистки необязательных полей приведены в разделе 1.1.</w:t>
      </w:r>
    </w:p>
    <w:p w14:paraId="0351272D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Обновляются</w:t>
      </w:r>
      <w:r w:rsidRPr="005560CC">
        <w:rPr>
          <w:rFonts w:eastAsia="Arial" w:cs="Arial"/>
        </w:rPr>
        <w:t xml:space="preserve"> </w:t>
      </w:r>
      <w:r>
        <w:rPr>
          <w:rFonts w:eastAsia="Arial" w:cs="Arial"/>
          <w:lang w:val="ru-RU"/>
        </w:rPr>
        <w:t>только</w:t>
      </w:r>
      <w:r w:rsidRPr="005560CC">
        <w:rPr>
          <w:rFonts w:eastAsia="Arial" w:cs="Arial"/>
        </w:rPr>
        <w:t xml:space="preserve"> make, model, </w:t>
      </w:r>
      <w:proofErr w:type="spellStart"/>
      <w:r w:rsidRPr="005560CC">
        <w:rPr>
          <w:rFonts w:eastAsia="Arial" w:cs="Arial"/>
        </w:rPr>
        <w:t>plate_number</w:t>
      </w:r>
      <w:proofErr w:type="spellEnd"/>
      <w:r w:rsidRPr="005560CC">
        <w:rPr>
          <w:rFonts w:eastAsia="Arial" w:cs="Arial"/>
        </w:rPr>
        <w:t xml:space="preserve"> </w:t>
      </w:r>
      <w:r>
        <w:rPr>
          <w:rFonts w:eastAsia="Arial" w:cs="Arial"/>
          <w:lang w:val="ru-RU"/>
        </w:rPr>
        <w:t>и</w:t>
      </w:r>
      <w:r w:rsidRPr="005560CC">
        <w:rPr>
          <w:rFonts w:eastAsia="Arial" w:cs="Arial"/>
        </w:rPr>
        <w:t xml:space="preserve"> comment. </w:t>
      </w:r>
      <w:r>
        <w:rPr>
          <w:rFonts w:eastAsia="Arial" w:cs="Arial"/>
          <w:lang w:val="ru-RU"/>
        </w:rPr>
        <w:t>Активность автомобиля сохраняется.</w:t>
      </w:r>
    </w:p>
    <w:p w14:paraId="5B58AB35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Госномер передаётся строкой. Для проверки совпадений из номера удаляются пробелы и буквы приводятся к верхнему регистру. Кириллические и латинские буквы автоматически не подменяются; передавайте единообразное написание.</w:t>
      </w:r>
    </w:p>
    <w:p w14:paraId="73AD037E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номер совпадает с номером другого автомобиля, возвращается 409. Совпадение марки и модели не используется для объединения записей.</w:t>
      </w:r>
    </w:p>
    <w:p w14:paraId="4F6BF78D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Тип кузова, габариты, грузоподъёмность и привязка водителя в этот метод не входят. Автомобиль и водитель указываются отдельно при создании визита.</w:t>
      </w:r>
    </w:p>
    <w:p w14:paraId="7C04C2F2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7.5  Порядок</w:t>
      </w:r>
      <w:proofErr w:type="gramEnd"/>
      <w:r>
        <w:rPr>
          <w:rFonts w:ascii="Arial" w:eastAsia="Arial" w:hAnsi="Arial" w:cs="Arial"/>
          <w:lang w:val="ru-RU"/>
        </w:rPr>
        <w:t xml:space="preserve"> проверки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496"/>
      </w:tblGrid>
      <w:tr w:rsidR="001E1645" w14:paraId="76FCEC87" w14:textId="77777777">
        <w:trPr>
          <w:cantSplit/>
          <w:tblHeader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DB7BF3D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Этап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D3074C7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Результат</w:t>
            </w:r>
          </w:p>
        </w:tc>
      </w:tr>
      <w:tr w:rsidR="001E1645" w:rsidRPr="00ED3B50" w14:paraId="0E484CC5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00AE92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1. Авторизация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D9F95F3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401 при проблеме с токеном; 403 при отключённой компании.</w:t>
            </w:r>
          </w:p>
        </w:tc>
      </w:tr>
      <w:tr w:rsidR="001E1645" w:rsidRPr="00ED3B50" w14:paraId="3C6ED34A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6B5CB9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2. Чтение JSON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750A8F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415 при неверном Content-Type; 400 при нечитаемом JSON.</w:t>
            </w:r>
          </w:p>
        </w:tc>
      </w:tr>
      <w:tr w:rsidR="001E1645" w:rsidRPr="00ED3B50" w14:paraId="124B55FB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2AC834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3. Проверка параметров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F34A930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422: в </w:t>
            </w:r>
            <w:proofErr w:type="gramStart"/>
            <w:r>
              <w:rPr>
                <w:rFonts w:eastAsia="Arial" w:cs="Arial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sz w:val="21"/>
                <w:lang w:val="ru-RU"/>
              </w:rPr>
              <w:t>] возвращаются все независимые ошибки обязательности, типов, длины и реквизитов.</w:t>
            </w:r>
          </w:p>
        </w:tc>
      </w:tr>
      <w:tr w:rsidR="001E1645" w14:paraId="38B1EA53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F2E49D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4. Поиск и проверка конфликтов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DD4684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Запись ищется по source_id. Проверяются совпадения, описанные в правилах метода. При конфликте — 409; изменений нет.</w:t>
            </w:r>
          </w:p>
        </w:tc>
      </w:tr>
      <w:tr w:rsidR="001E1645" w14:paraId="3DC8C572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C774D4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5. Сохранение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7DBFEC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Если запись не найдена — создать и вернуть 201. Если найдена — обновить и вернуть 200. При отклонении запроса данные не меняются.</w:t>
            </w:r>
          </w:p>
        </w:tc>
      </w:tr>
    </w:tbl>
    <w:p w14:paraId="5A4B7B02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После ошибки следующий этап не выполняется. Ошибки параметров 422 и конфликты 409 не смешиваются. Отсутствие записи по source_id не даёт 404: это штатный случай создания.</w:t>
      </w:r>
    </w:p>
    <w:p w14:paraId="1CBAD857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7.6  Коды</w:t>
      </w:r>
      <w:proofErr w:type="gramEnd"/>
      <w:r>
        <w:rPr>
          <w:rFonts w:ascii="Arial" w:eastAsia="Arial" w:hAnsi="Arial" w:cs="Arial"/>
          <w:lang w:val="ru-RU"/>
        </w:rPr>
        <w:t xml:space="preserve"> и описания ошибок</w:t>
      </w:r>
    </w:p>
    <w:p w14:paraId="470A4890" w14:textId="77777777" w:rsidR="001E1645" w:rsidRDefault="00151576">
      <w:pPr>
        <w:spacing w:after="120" w:line="283" w:lineRule="auto"/>
      </w:pPr>
      <w:r>
        <w:rPr>
          <w:rFonts w:eastAsia="Arial" w:cs="Arial"/>
          <w:lang w:val="ru-RU"/>
        </w:rPr>
        <w:t xml:space="preserve">Общие HTTP-коды, </w:t>
      </w:r>
      <w:proofErr w:type="spellStart"/>
      <w:r>
        <w:rPr>
          <w:rFonts w:eastAsia="Arial" w:cs="Arial"/>
          <w:lang w:val="ru-RU"/>
        </w:rPr>
        <w:t>верхнеуровневые</w:t>
      </w:r>
      <w:proofErr w:type="spellEnd"/>
      <w:r>
        <w:rPr>
          <w:rFonts w:eastAsia="Arial" w:cs="Arial"/>
          <w:lang w:val="ru-RU"/>
        </w:rPr>
        <w:t xml:space="preserve">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и ошибки source_id, JSON, лишних полей и comment приведены в разделах 1.2–1.3. Ниже — точные значения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 этого метода.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48A921CE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08E96A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HTTP · 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93746F0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14:paraId="3B3BBFA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B82B3A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make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032E30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марку автомобиля.</w:t>
            </w:r>
          </w:p>
        </w:tc>
      </w:tr>
      <w:tr w:rsidR="001E1645" w:rsidRPr="00ED3B50" w14:paraId="1ABE0ADD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E347A8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make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INVALID_MAKE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E4C935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Марка автомобиля должна быть строкой длиной от 1 до 120 символов.</w:t>
            </w:r>
          </w:p>
        </w:tc>
      </w:tr>
      <w:tr w:rsidR="001E1645" w:rsidRPr="00ED3B50" w14:paraId="0783488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7B37CFB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model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INVALID_MODEL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BCE619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Модель автомобиля должна быть строкой длиной не более 120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14:paraId="422D7A06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2825F5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plate_number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E90C048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государственный номер автомобиля.</w:t>
            </w:r>
          </w:p>
        </w:tc>
      </w:tr>
      <w:tr w:rsidR="001E1645" w:rsidRPr="00ED3B50" w14:paraId="2E46ED16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5AF195C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plate_number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INVALID_PLATE_NUMBER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96CCED1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Государственный номер должен быть строкой длиной от 1 до 30 символов.</w:t>
            </w:r>
          </w:p>
        </w:tc>
      </w:tr>
    </w:tbl>
    <w:p w14:paraId="72023191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7.7  Конфликт</w:t>
      </w:r>
      <w:proofErr w:type="gramEnd"/>
      <w:r>
        <w:rPr>
          <w:rFonts w:ascii="Arial" w:eastAsia="Arial" w:hAnsi="Arial" w:cs="Arial"/>
          <w:lang w:val="ru-RU"/>
        </w:rPr>
        <w:t xml:space="preserve"> записей · HTTP 409</w:t>
      </w:r>
    </w:p>
    <w:p w14:paraId="593479F1" w14:textId="77777777" w:rsidR="001E1645" w:rsidRDefault="00151576">
      <w:pPr>
        <w:spacing w:after="120" w:line="283" w:lineRule="auto"/>
      </w:pPr>
      <w:proofErr w:type="spellStart"/>
      <w:r>
        <w:rPr>
          <w:rFonts w:eastAsia="Arial" w:cs="Arial"/>
          <w:lang w:val="ru-RU"/>
        </w:rPr>
        <w:t>Верхнеуровневый</w:t>
      </w:r>
      <w:proofErr w:type="spellEnd"/>
      <w:r>
        <w:rPr>
          <w:rFonts w:eastAsia="Arial" w:cs="Arial"/>
          <w:lang w:val="ru-RU"/>
        </w:rPr>
        <w:t xml:space="preserve"> код — RESOURCE_CONFLICT; сообщение — «Невозможно сохранить запись из-за конфликта данных.». В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 возвращается: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31A2CF2C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D36EC8A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1D49BE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:rsidRPr="00ED3B50" w14:paraId="4F92C365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DF299F5" w14:textId="77777777" w:rsidR="001E1645" w:rsidRDefault="00151576">
            <w:pPr>
              <w:spacing w:after="0" w:line="269" w:lineRule="auto"/>
            </w:pP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plate_number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VEHICLE_PLATE_CONFLICT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F093713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Автомобиль с указанным государственным номером уже существует, но не сопоставлен с переданным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source_id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4C5EDE52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ПРИМЕР ОТВЕТА · HTTP 409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50879AE9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6E83C774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"code": "RESOURCE_CONFLICT",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"message": "Невозможно сохранить запись из-за конфликта данных.",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"plate_number",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"VEHICLE_PLATE_CONFLICT",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"Автомобиль с указанным государственным номером уже существует, но не сопоставлен с переданным source_id."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"request_id": "req-vehicles-conflict"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7D4EBA87" w14:textId="77777777" w:rsidR="001E1645" w:rsidRDefault="001E1645">
      <w:pPr>
        <w:spacing w:after="40" w:line="283" w:lineRule="auto"/>
      </w:pPr>
    </w:p>
    <w:p w14:paraId="5056BDBC" w14:textId="77777777" w:rsidR="001E1645" w:rsidRPr="00ED3B50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7.8  Пример</w:t>
      </w:r>
      <w:proofErr w:type="gramEnd"/>
      <w:r>
        <w:rPr>
          <w:rFonts w:ascii="Arial" w:eastAsia="Arial" w:hAnsi="Arial" w:cs="Arial"/>
          <w:lang w:val="ru-RU"/>
        </w:rPr>
        <w:t xml:space="preserve"> ошибки параметров</w:t>
      </w:r>
    </w:p>
    <w:p w14:paraId="2AB9B655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HTTP 422 · НЕСКОЛЬКО ОШИБОК В ОДНОМ ОТВЕТЕ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2C709BDC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319496F9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code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"VALIDATION_ERROR",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message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"Ошибка проверки данных справочника.",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"make",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"REQUIRED",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"Укажите марку автомобиля."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},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"field":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plate_number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"code": "REQUIRED",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Укажите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государственный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номер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автомобиля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."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}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],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request_id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"req-vehicles-validation"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771812BF" w14:textId="77777777" w:rsidR="001E1645" w:rsidRDefault="001E1645">
      <w:pPr>
        <w:spacing w:after="40" w:line="283" w:lineRule="auto"/>
      </w:pPr>
    </w:p>
    <w:p w14:paraId="719422B1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Покажите все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].message, исправьте перечисленные поля и повторите PUT с тем же source_id. При 409 сначала разрешите конфликт; при 500, 503 или потере ответа повторяйте прежний запрос после паузы.</w:t>
      </w:r>
    </w:p>
    <w:p w14:paraId="5B03E380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7.9  Пример</w:t>
      </w:r>
      <w:proofErr w:type="gramEnd"/>
      <w:r>
        <w:rPr>
          <w:rFonts w:ascii="Arial" w:eastAsia="Arial" w:hAnsi="Arial" w:cs="Arial"/>
          <w:lang w:val="ru-RU"/>
        </w:rPr>
        <w:t xml:space="preserve"> использования для 1С</w:t>
      </w:r>
    </w:p>
    <w:p w14:paraId="3F3B8170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Передайте автомобиль VEH-0085 отдельным PUT-запросом. При 201 или 200 и is_active: true его идентификатор можно включить в visits. Если автомобиль пока неизвестен, этот PUT не выполняется, а vehicle_source_id в визите не передаётся.</w:t>
      </w:r>
    </w:p>
    <w:p w14:paraId="68E17AA7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ФРАГМЕНТ ЗАПРОСА POST /</w:t>
      </w:r>
      <w:proofErr w:type="spellStart"/>
      <w:r>
        <w:rPr>
          <w:rFonts w:eastAsia="Arial" w:cs="Arial"/>
          <w:color w:val="145CA8"/>
          <w:sz w:val="20"/>
          <w:lang w:val="ru-RU"/>
        </w:rPr>
        <w:t>api</w:t>
      </w:r>
      <w:proofErr w:type="spellEnd"/>
      <w:r>
        <w:rPr>
          <w:rFonts w:eastAsia="Arial" w:cs="Arial"/>
          <w:color w:val="145CA8"/>
          <w:sz w:val="20"/>
          <w:lang w:val="ru-RU"/>
        </w:rPr>
        <w:t>/v1/</w:t>
      </w:r>
      <w:proofErr w:type="spellStart"/>
      <w:r>
        <w:rPr>
          <w:rFonts w:eastAsia="Arial" w:cs="Arial"/>
          <w:color w:val="145CA8"/>
          <w:sz w:val="20"/>
          <w:lang w:val="ru-RU"/>
        </w:rPr>
        <w:t>visits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72E075F9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2D2B581F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"vehicle_source_id": "VEH-0085"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281AD40F" w14:textId="77777777" w:rsidR="001E1645" w:rsidRDefault="001E1645">
      <w:pPr>
        <w:spacing w:after="40" w:line="283" w:lineRule="auto"/>
      </w:pPr>
    </w:p>
    <w:p w14:paraId="28460E01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реквизиты автомобиля изменились, отправьте новый полный набор полей с прежним source_id. Не заменяйте source_id государственным номером: номер может измениться, а соответствие записи должно сохраниться.</w:t>
      </w:r>
    </w:p>
    <w:p w14:paraId="22940BF0" w14:textId="77777777" w:rsidR="001E1645" w:rsidRPr="005560CC" w:rsidRDefault="00151576">
      <w:pPr>
        <w:pStyle w:val="1"/>
        <w:pageBreakBefore/>
        <w:spacing w:before="0" w:after="160"/>
        <w:rPr>
          <w:lang w:val="ru-RU"/>
        </w:rPr>
      </w:pPr>
      <w:bookmarkStart w:id="8" w:name="section_08"/>
      <w:proofErr w:type="gramStart"/>
      <w:r>
        <w:rPr>
          <w:rFonts w:ascii="Arial" w:eastAsia="Arial" w:hAnsi="Arial" w:cs="Arial"/>
          <w:lang w:val="ru-RU"/>
        </w:rPr>
        <w:lastRenderedPageBreak/>
        <w:t>08  Создание</w:t>
      </w:r>
      <w:proofErr w:type="gramEnd"/>
      <w:r>
        <w:rPr>
          <w:rFonts w:ascii="Arial" w:eastAsia="Arial" w:hAnsi="Arial" w:cs="Arial"/>
          <w:lang w:val="ru-RU"/>
        </w:rPr>
        <w:t xml:space="preserve"> или обновление водителя</w:t>
      </w:r>
      <w:bookmarkEnd w:id="8"/>
    </w:p>
    <w:p w14:paraId="249ACC48" w14:textId="77777777" w:rsidR="001E1645" w:rsidRPr="005560CC" w:rsidRDefault="00151576">
      <w:pPr>
        <w:pStyle w:val="SectionKicker"/>
        <w:keepNext/>
        <w:rPr>
          <w:lang w:val="ru-RU"/>
        </w:rPr>
      </w:pPr>
      <w:r>
        <w:rPr>
          <w:rFonts w:eastAsia="Arial" w:cs="Arial"/>
          <w:b/>
          <w:color w:val="007EFF"/>
          <w:sz w:val="20"/>
          <w:lang w:val="ru-RU"/>
        </w:rPr>
        <w:t>МЕТОД 06 / 07</w:t>
      </w:r>
    </w:p>
    <w:p w14:paraId="619BB4AE" w14:textId="77777777" w:rsidR="001E1645" w:rsidRDefault="00151576">
      <w:pPr>
        <w:pStyle w:val="MethodTitle"/>
        <w:keepNext/>
      </w:pPr>
      <w:r w:rsidRPr="005560CC">
        <w:rPr>
          <w:rFonts w:eastAsia="Arial" w:cs="Arial"/>
          <w:b/>
          <w:color w:val="18324E"/>
          <w:sz w:val="35"/>
        </w:rPr>
        <w:t>PUT /</w:t>
      </w:r>
      <w:proofErr w:type="spellStart"/>
      <w:r w:rsidRPr="005560CC">
        <w:rPr>
          <w:rFonts w:eastAsia="Arial" w:cs="Arial"/>
          <w:b/>
          <w:color w:val="18324E"/>
          <w:sz w:val="35"/>
        </w:rPr>
        <w:t>api</w:t>
      </w:r>
      <w:proofErr w:type="spellEnd"/>
      <w:r w:rsidRPr="005560CC">
        <w:rPr>
          <w:rFonts w:eastAsia="Arial" w:cs="Arial"/>
          <w:b/>
          <w:color w:val="18324E"/>
          <w:sz w:val="35"/>
        </w:rPr>
        <w:t>/v1/drivers/{</w:t>
      </w:r>
      <w:proofErr w:type="spellStart"/>
      <w:r w:rsidRPr="005560CC">
        <w:rPr>
          <w:rFonts w:eastAsia="Arial" w:cs="Arial"/>
          <w:b/>
          <w:color w:val="18324E"/>
          <w:sz w:val="35"/>
        </w:rPr>
        <w:t>source_id</w:t>
      </w:r>
      <w:proofErr w:type="spellEnd"/>
      <w:r w:rsidRPr="005560CC">
        <w:rPr>
          <w:rFonts w:eastAsia="Arial" w:cs="Arial"/>
          <w:b/>
          <w:color w:val="18324E"/>
          <w:sz w:val="35"/>
        </w:rPr>
        <w:t>}</w:t>
      </w:r>
    </w:p>
    <w:p w14:paraId="2D6F5ED7" w14:textId="77777777" w:rsidR="001E1645" w:rsidRPr="005560CC" w:rsidRDefault="00151576">
      <w:pPr>
        <w:spacing w:after="20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Передача водителя из 1С. Метод создаёт запись </w:t>
      </w:r>
      <w:proofErr w:type="gramStart"/>
      <w:r>
        <w:rPr>
          <w:rFonts w:eastAsia="Arial" w:cs="Arial"/>
          <w:lang w:val="ru-RU"/>
        </w:rPr>
        <w:t>по новому</w:t>
      </w:r>
      <w:proofErr w:type="gramEnd"/>
      <w:r>
        <w:rPr>
          <w:rFonts w:eastAsia="Arial" w:cs="Arial"/>
          <w:lang w:val="ru-RU"/>
        </w:rPr>
        <w:t xml:space="preserve"> source_id либо обновляет ФИО, сведения о документах и комментарий. Это справочник водителей, а не пользователей Заездо: учётная запись и роли не создаются.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1E1645" w14:paraId="6B1F8A36" w14:textId="77777777"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2496199A" w14:textId="77777777" w:rsidR="001E1645" w:rsidRPr="005560CC" w:rsidRDefault="00151576">
            <w:pPr>
              <w:spacing w:after="100"/>
              <w:rPr>
                <w:lang w:val="ru-RU"/>
              </w:rPr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ТИП ОПЕРАЦИИ</w:t>
            </w:r>
          </w:p>
          <w:p w14:paraId="2D60E4F7" w14:textId="77777777" w:rsidR="001E1645" w:rsidRPr="005560CC" w:rsidRDefault="00151576">
            <w:pPr>
              <w:spacing w:after="0"/>
              <w:rPr>
                <w:lang w:val="ru-RU"/>
              </w:rPr>
            </w:pPr>
            <w:r>
              <w:rPr>
                <w:rFonts w:eastAsia="Arial" w:cs="Arial"/>
                <w:b/>
                <w:color w:val="18324E"/>
                <w:lang w:val="ru-RU"/>
              </w:rPr>
              <w:t>Создание или обновление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793C9E29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АВТОРИЗАЦИЯ</w:t>
            </w:r>
          </w:p>
          <w:p w14:paraId="258C8135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50" w:type="dxa"/>
              <w:left w:w="150" w:type="dxa"/>
              <w:bottom w:w="150" w:type="dxa"/>
              <w:right w:w="140" w:type="dxa"/>
            </w:tcMar>
            <w:vAlign w:val="center"/>
          </w:tcPr>
          <w:p w14:paraId="1A45A0E7" w14:textId="77777777" w:rsidR="001E1645" w:rsidRDefault="00151576">
            <w:pPr>
              <w:spacing w:after="100"/>
            </w:pPr>
            <w:r>
              <w:rPr>
                <w:rFonts w:eastAsia="Arial" w:cs="Arial"/>
                <w:b/>
                <w:color w:val="145CA8"/>
                <w:sz w:val="18"/>
                <w:lang w:val="ru-RU"/>
              </w:rPr>
              <w:t>ТЕЛО ЗАПРОСА</w:t>
            </w:r>
          </w:p>
          <w:p w14:paraId="7C3A7ECD" w14:textId="77777777" w:rsidR="001E1645" w:rsidRDefault="00151576">
            <w:pPr>
              <w:spacing w:after="0"/>
            </w:pPr>
            <w:r>
              <w:rPr>
                <w:rFonts w:eastAsia="Arial" w:cs="Arial"/>
                <w:b/>
                <w:color w:val="18324E"/>
                <w:lang w:val="ru-RU"/>
              </w:rPr>
              <w:t>JSON</w:t>
            </w:r>
          </w:p>
        </w:tc>
      </w:tr>
    </w:tbl>
    <w:p w14:paraId="340630AE" w14:textId="77777777" w:rsidR="001E1645" w:rsidRDefault="001E1645">
      <w:pPr>
        <w:spacing w:after="20" w:line="283" w:lineRule="auto"/>
      </w:pPr>
    </w:p>
    <w:p w14:paraId="6C864ED0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8.1  Адрес</w:t>
      </w:r>
      <w:proofErr w:type="gramEnd"/>
      <w:r>
        <w:rPr>
          <w:rFonts w:ascii="Arial" w:eastAsia="Arial" w:hAnsi="Arial" w:cs="Arial"/>
          <w:lang w:val="ru-RU"/>
        </w:rPr>
        <w:t xml:space="preserve"> и параметры</w:t>
      </w:r>
    </w:p>
    <w:p w14:paraId="778A65F7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Адрес: https://app.zaezdo.pro/api/v1/drivers/{source_id}. Параметр source_id обязателен, передаётся в URL; ограничения — в разделе 1.1. </w:t>
      </w:r>
      <w:proofErr w:type="spellStart"/>
      <w:r>
        <w:rPr>
          <w:rFonts w:eastAsia="Arial" w:cs="Arial"/>
          <w:lang w:val="ru-RU"/>
        </w:rPr>
        <w:t>Query</w:t>
      </w:r>
      <w:proofErr w:type="spellEnd"/>
      <w:r>
        <w:rPr>
          <w:rFonts w:eastAsia="Arial" w:cs="Arial"/>
          <w:lang w:val="ru-RU"/>
        </w:rPr>
        <w:t>-параметры не используются.</w:t>
      </w:r>
    </w:p>
    <w:p w14:paraId="13769DDC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Тело запроса — объект JSON. Параметры ниже передаются как при создании, так и при обновлении.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1077"/>
        <w:gridCol w:w="6156"/>
      </w:tblGrid>
      <w:tr w:rsidR="001E1645" w14:paraId="4E33615F" w14:textId="77777777">
        <w:trPr>
          <w:cantSplit/>
          <w:tblHeader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92AE67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Параметр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E398913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Обяз.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04C67B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Назначение</w:t>
            </w:r>
          </w:p>
        </w:tc>
      </w:tr>
      <w:tr w:rsidR="001E1645" w:rsidRPr="00ED3B50" w14:paraId="27BE69ED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42B527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last_name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D06F6E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3B79D9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Фамилия. Строка от 1 до 120 символов.</w:t>
            </w:r>
          </w:p>
        </w:tc>
      </w:tr>
      <w:tr w:rsidR="001E1645" w:rsidRPr="00ED3B50" w14:paraId="427AAEB6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EF278BF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first_name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70F147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Да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8904A2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Имя. Строка от 1 до 120 символов.</w:t>
            </w:r>
          </w:p>
        </w:tc>
      </w:tr>
      <w:tr w:rsidR="001E1645" w14:paraId="31EEDD4B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78D5A73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middle_name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4D3E1E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8EBCD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Отчество. Строка до 120 символов.</w:t>
            </w:r>
          </w:p>
        </w:tc>
      </w:tr>
      <w:tr w:rsidR="001E1645" w:rsidRPr="00ED3B50" w14:paraId="2607E2C8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3AC5CA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license_series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66AC39C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8DF352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Серия водительского удостоверения. Строка до 30 символов.</w:t>
            </w:r>
          </w:p>
        </w:tc>
      </w:tr>
      <w:tr w:rsidR="001E1645" w:rsidRPr="00ED3B50" w14:paraId="66D6EE51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793C7A2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license_number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B5E5570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D007D63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Номер водительского удостоверения. Строка до 50 символов.</w:t>
            </w:r>
          </w:p>
        </w:tc>
      </w:tr>
      <w:tr w:rsidR="001E1645" w:rsidRPr="00ED3B50" w14:paraId="436D6EA8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E8191D6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passport_series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BC4949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F8604A8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Серия паспорта. Строка до 30 символов.</w:t>
            </w:r>
          </w:p>
        </w:tc>
      </w:tr>
      <w:tr w:rsidR="001E1645" w:rsidRPr="00ED3B50" w14:paraId="341C36B0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83B03C3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passport_number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B0C3CC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84C8E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Номер паспорта. Строка до 50 символов.</w:t>
            </w:r>
          </w:p>
        </w:tc>
      </w:tr>
      <w:tr w:rsidR="001E1645" w:rsidRPr="00ED3B50" w14:paraId="7192B8FE" w14:textId="77777777">
        <w:trPr>
          <w:cantSplit/>
          <w:jc w:val="center"/>
        </w:trPr>
        <w:tc>
          <w:tcPr>
            <w:tcW w:w="2494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96ABF93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comment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4448B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Нет</w:t>
            </w:r>
          </w:p>
        </w:tc>
        <w:tc>
          <w:tcPr>
            <w:tcW w:w="615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9A74870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Комментарий. Строка; ограничение длины на уровне поля не установлено.</w:t>
            </w:r>
          </w:p>
        </w:tc>
      </w:tr>
    </w:tbl>
    <w:p w14:paraId="24CFCCFB" w14:textId="77777777" w:rsidR="001E1645" w:rsidRDefault="00151576">
      <w:pPr>
        <w:spacing w:after="120" w:line="283" w:lineRule="auto"/>
      </w:pPr>
      <w:r>
        <w:rPr>
          <w:rFonts w:eastAsia="Arial" w:cs="Arial"/>
          <w:lang w:val="ru-RU"/>
        </w:rPr>
        <w:t>Ограничения длины действуют для каждой части имени и документа отдельно. Общее ФИО после соединения частей — не более 300 символов.</w:t>
      </w:r>
    </w:p>
    <w:p w14:paraId="52F77174" w14:textId="77777777" w:rsidR="001E1645" w:rsidRDefault="00151576">
      <w:pPr>
        <w:pStyle w:val="21"/>
        <w:pageBreakBefore/>
        <w:spacing w:before="0"/>
      </w:pPr>
      <w:proofErr w:type="gramStart"/>
      <w:r>
        <w:rPr>
          <w:rFonts w:ascii="Arial" w:eastAsia="Arial" w:hAnsi="Arial" w:cs="Arial"/>
          <w:lang w:val="ru-RU"/>
        </w:rPr>
        <w:lastRenderedPageBreak/>
        <w:t>8.2  Пример</w:t>
      </w:r>
      <w:proofErr w:type="gramEnd"/>
      <w:r>
        <w:rPr>
          <w:rFonts w:ascii="Arial" w:eastAsia="Arial" w:hAnsi="Arial" w:cs="Arial"/>
          <w:lang w:val="ru-RU"/>
        </w:rPr>
        <w:t xml:space="preserve">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16031B92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79C858C9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PUT /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api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/v1/drivers/DRV-0017 HTTP/1.1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Host: app.zaezdo.pro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Authorization: Bearer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ВАШ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_API_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ТОКЕН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Content-Type: application/json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last_name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Иванов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first_name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middle_name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Иванович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license_series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"77 15",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license_number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"123456",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passport_series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"4510",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passport_number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"123456",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"comment": ""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10456FF5" w14:textId="77777777" w:rsidR="001E1645" w:rsidRDefault="001E1645">
      <w:pPr>
        <w:spacing w:after="40" w:line="283" w:lineRule="auto"/>
      </w:pPr>
    </w:p>
    <w:p w14:paraId="52E4BB28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8.3  Успешные</w:t>
      </w:r>
      <w:proofErr w:type="gramEnd"/>
      <w:r>
        <w:rPr>
          <w:rFonts w:ascii="Arial" w:eastAsia="Arial" w:hAnsi="Arial" w:cs="Arial"/>
          <w:lang w:val="ru-RU"/>
        </w:rPr>
        <w:t xml:space="preserve"> ответы</w:t>
      </w:r>
    </w:p>
    <w:p w14:paraId="2BECCD5E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НОВАЯ ЗАПИСЬ · HTTP 201 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2D050B8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368F4ED7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"id": "DRV-EXAMPLE001",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"DRV-0017",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"created":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is_active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true,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full_name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Иванов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Иванович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7CB568AC" w14:textId="77777777" w:rsidR="001E1645" w:rsidRDefault="001E1645">
      <w:pPr>
        <w:spacing w:after="40" w:line="283" w:lineRule="auto"/>
      </w:pPr>
    </w:p>
    <w:p w14:paraId="567D99C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Для существующего source_id возвращается HTTP 200 с тем же набором полей и created: false. Значение id сохраняется, остальные поля отражают результат операции. Если данные не изменились, ответ также 200 и </w:t>
      </w:r>
      <w:proofErr w:type="spellStart"/>
      <w:r>
        <w:rPr>
          <w:rFonts w:eastAsia="Arial" w:cs="Arial"/>
          <w:lang w:val="ru-RU"/>
        </w:rPr>
        <w:t>created</w:t>
      </w:r>
      <w:proofErr w:type="spellEnd"/>
      <w:r>
        <w:rPr>
          <w:rFonts w:eastAsia="Arial" w:cs="Arial"/>
          <w:lang w:val="ru-RU"/>
        </w:rPr>
        <w:t xml:space="preserve">: </w:t>
      </w:r>
      <w:proofErr w:type="spellStart"/>
      <w:r>
        <w:rPr>
          <w:rFonts w:eastAsia="Arial" w:cs="Arial"/>
          <w:lang w:val="ru-RU"/>
        </w:rPr>
        <w:t>false</w:t>
      </w:r>
      <w:proofErr w:type="spellEnd"/>
      <w:r>
        <w:rPr>
          <w:rFonts w:eastAsia="Arial" w:cs="Arial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290"/>
      </w:tblGrid>
      <w:tr w:rsidR="001E1645" w14:paraId="4F8F4CF0" w14:textId="77777777">
        <w:trPr>
          <w:cantSplit/>
          <w:tblHeader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B81348C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Поле ответа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6C99CC1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Значение</w:t>
            </w:r>
          </w:p>
        </w:tc>
      </w:tr>
      <w:tr w:rsidR="001E1645" w:rsidRPr="00ED3B50" w14:paraId="73DA5132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7876F33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id</w:t>
            </w:r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1C1D37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Идентификатор записи в Заездо. Для последующих PUT и создания визита сохранять его не обязательно.</w:t>
            </w:r>
          </w:p>
        </w:tc>
      </w:tr>
      <w:tr w:rsidR="001E1645" w:rsidRPr="00ED3B50" w14:paraId="1F277CA5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969EA9F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source_id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F5A8831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Идентификатор из URL. Используйте его в соответствующем поле запроса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visits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37CA1D55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E58C4D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created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9442EF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создана; false — обработана существующая запись.</w:t>
            </w:r>
          </w:p>
        </w:tc>
      </w:tr>
      <w:tr w:rsidR="001E1645" w:rsidRPr="00ED3B50" w14:paraId="555BCD7C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FD425C9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is_active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8BA7D0A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true — запись активна; false — отключена и не может использоваться для нового визита.</w:t>
            </w:r>
          </w:p>
        </w:tc>
      </w:tr>
      <w:tr w:rsidR="001E1645" w:rsidRPr="00ED3B50" w14:paraId="0B739DC6" w14:textId="77777777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DE6FA9E" w14:textId="77777777" w:rsidR="001E1645" w:rsidRDefault="00151576">
            <w:pPr>
              <w:spacing w:after="0" w:line="269" w:lineRule="auto"/>
            </w:pP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full_name</w:t>
            </w:r>
            <w:proofErr w:type="spellEnd"/>
          </w:p>
        </w:tc>
        <w:tc>
          <w:tcPr>
            <w:tcW w:w="7290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12960CE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ФИО, сформированное из last_name,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first_name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 xml:space="preserve"> и заполненного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middle_name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 xml:space="preserve"> через пробел.</w:t>
            </w:r>
          </w:p>
        </w:tc>
      </w:tr>
    </w:tbl>
    <w:p w14:paraId="6D786DB9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8.4  Правила</w:t>
      </w:r>
      <w:proofErr w:type="gramEnd"/>
      <w:r>
        <w:rPr>
          <w:rFonts w:ascii="Arial" w:eastAsia="Arial" w:hAnsi="Arial" w:cs="Arial"/>
          <w:lang w:val="ru-RU"/>
        </w:rPr>
        <w:t xml:space="preserve"> создания и обновления</w:t>
      </w:r>
    </w:p>
    <w:p w14:paraId="40164645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Полные правила передачи значений и очистки необязательных полей приведены в разделе 1.1.</w:t>
      </w:r>
    </w:p>
    <w:p w14:paraId="3192ACD8" w14:textId="77777777" w:rsidR="001E1645" w:rsidRPr="005560CC" w:rsidRDefault="00151576">
      <w:pPr>
        <w:spacing w:after="120" w:line="283" w:lineRule="auto"/>
        <w:rPr>
          <w:lang w:val="ru-RU"/>
        </w:rPr>
      </w:pPr>
      <w:proofErr w:type="spellStart"/>
      <w:r>
        <w:rPr>
          <w:rFonts w:eastAsia="Arial" w:cs="Arial"/>
          <w:lang w:val="ru-RU"/>
        </w:rPr>
        <w:t>full_name</w:t>
      </w:r>
      <w:proofErr w:type="spellEnd"/>
      <w:r>
        <w:rPr>
          <w:rFonts w:eastAsia="Arial" w:cs="Arial"/>
          <w:lang w:val="ru-RU"/>
        </w:rPr>
        <w:t xml:space="preserve"> формируется самим </w:t>
      </w:r>
      <w:proofErr w:type="spellStart"/>
      <w:r>
        <w:rPr>
          <w:rFonts w:eastAsia="Arial" w:cs="Arial"/>
          <w:lang w:val="ru-RU"/>
        </w:rPr>
        <w:t>Заездо</w:t>
      </w:r>
      <w:proofErr w:type="spellEnd"/>
      <w:r>
        <w:rPr>
          <w:rFonts w:eastAsia="Arial" w:cs="Arial"/>
          <w:lang w:val="ru-RU"/>
        </w:rPr>
        <w:t>. В запросе передаются отдельные части имени. Длина собранного ФИО не должна превышать 300 символов.</w:t>
      </w:r>
    </w:p>
    <w:p w14:paraId="62FDA3E6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Паспорт и водительское удостоверение необязательны. Передавайте серии и номера строками, чтобы сохранить ведущие нули. Телефоны и email этим методом не передаются.</w:t>
      </w:r>
    </w:p>
    <w:p w14:paraId="378588B2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заполнены серия и номер одного документа, их пара проверяется на совпадение с документом другого водителя. Сравнение выполняется без пробелов и без учёта регистра. Совпадение по любому из двух документов даёт 409.</w:t>
      </w:r>
    </w:p>
    <w:p w14:paraId="18D9DBD9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Если полных реквизитов документов нет, сопоставление возможно только по source_id. Одинаковое ФИО не используется для автоматического объединения водителей.</w:t>
      </w:r>
    </w:p>
    <w:p w14:paraId="78D3DCBC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Активность водителя сохраняется. Передача его сведений не создаёт права входа в Заездо и не назначает его ответственным менеджером.</w:t>
      </w:r>
    </w:p>
    <w:p w14:paraId="72C80E62" w14:textId="77777777" w:rsidR="001E1645" w:rsidRDefault="00151576">
      <w:pPr>
        <w:pStyle w:val="21"/>
        <w:spacing w:before="280"/>
      </w:pPr>
      <w:proofErr w:type="gramStart"/>
      <w:r>
        <w:rPr>
          <w:rFonts w:ascii="Arial" w:eastAsia="Arial" w:hAnsi="Arial" w:cs="Arial"/>
          <w:lang w:val="ru-RU"/>
        </w:rPr>
        <w:t>8.5  Порядок</w:t>
      </w:r>
      <w:proofErr w:type="gramEnd"/>
      <w:r>
        <w:rPr>
          <w:rFonts w:ascii="Arial" w:eastAsia="Arial" w:hAnsi="Arial" w:cs="Arial"/>
          <w:lang w:val="ru-RU"/>
        </w:rPr>
        <w:t xml:space="preserve"> проверки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31"/>
        <w:gridCol w:w="6496"/>
      </w:tblGrid>
      <w:tr w:rsidR="001E1645" w14:paraId="5B7E4AAC" w14:textId="77777777">
        <w:trPr>
          <w:cantSplit/>
          <w:tblHeader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FDCA9A1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Этап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F647235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Результат</w:t>
            </w:r>
          </w:p>
        </w:tc>
      </w:tr>
      <w:tr w:rsidR="001E1645" w:rsidRPr="00ED3B50" w14:paraId="51C13F77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7038626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1. Авторизация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D3E153A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401 при проблеме с токеном; 403 при отключённой компании.</w:t>
            </w:r>
          </w:p>
        </w:tc>
      </w:tr>
      <w:tr w:rsidR="001E1645" w:rsidRPr="00ED3B50" w14:paraId="5319E439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DAC998F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2. Чтение JSON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18C0147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415 при неверном Content-Type; 400 при нечитаемом JSON.</w:t>
            </w:r>
          </w:p>
        </w:tc>
      </w:tr>
      <w:tr w:rsidR="001E1645" w:rsidRPr="00ED3B50" w14:paraId="1A2B2AB9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35539F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3. Проверка параметров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79DC214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422: в </w:t>
            </w:r>
            <w:proofErr w:type="gramStart"/>
            <w:r>
              <w:rPr>
                <w:rFonts w:eastAsia="Arial" w:cs="Arial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sz w:val="21"/>
                <w:lang w:val="ru-RU"/>
              </w:rPr>
              <w:t>] возвращаются все независимые ошибки обязательности, типов, длины и реквизитов.</w:t>
            </w:r>
          </w:p>
        </w:tc>
      </w:tr>
      <w:tr w:rsidR="001E1645" w14:paraId="038715D7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512AA31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4. Поиск и проверка конфликтов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817C902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Запись ищется по source_id. Проверяются совпадения, описанные в правилах метода. При конфликте — 409; изменений нет.</w:t>
            </w:r>
          </w:p>
        </w:tc>
      </w:tr>
      <w:tr w:rsidR="001E1645" w14:paraId="79EA82B4" w14:textId="77777777">
        <w:trPr>
          <w:cantSplit/>
          <w:jc w:val="center"/>
        </w:trPr>
        <w:tc>
          <w:tcPr>
            <w:tcW w:w="3231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05D90D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5. Сохранение</w:t>
            </w:r>
          </w:p>
        </w:tc>
        <w:tc>
          <w:tcPr>
            <w:tcW w:w="649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08ADA6E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Если запись не найдена — создать и вернуть 201. Если найдена — обновить и вернуть 200. При отклонении запроса данные не меняются.</w:t>
            </w:r>
          </w:p>
        </w:tc>
      </w:tr>
    </w:tbl>
    <w:p w14:paraId="34A51DF1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После ошибки следующий этап не выполняется. Ошибки параметров 422 и конфликты 409 не смешиваются. Отсутствие записи по source_id не даёт 404: это штатный случай создания.</w:t>
      </w:r>
    </w:p>
    <w:p w14:paraId="3D7A656B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8.6  Коды</w:t>
      </w:r>
      <w:proofErr w:type="gramEnd"/>
      <w:r>
        <w:rPr>
          <w:rFonts w:ascii="Arial" w:eastAsia="Arial" w:hAnsi="Arial" w:cs="Arial"/>
          <w:lang w:val="ru-RU"/>
        </w:rPr>
        <w:t xml:space="preserve"> и описания ошибок</w:t>
      </w:r>
    </w:p>
    <w:p w14:paraId="1B917C8F" w14:textId="77777777" w:rsidR="001E1645" w:rsidRDefault="00151576">
      <w:pPr>
        <w:spacing w:after="120" w:line="283" w:lineRule="auto"/>
      </w:pPr>
      <w:r>
        <w:rPr>
          <w:rFonts w:eastAsia="Arial" w:cs="Arial"/>
          <w:lang w:val="ru-RU"/>
        </w:rPr>
        <w:t xml:space="preserve">Общие HTTP-коды, </w:t>
      </w:r>
      <w:proofErr w:type="spellStart"/>
      <w:r>
        <w:rPr>
          <w:rFonts w:eastAsia="Arial" w:cs="Arial"/>
          <w:lang w:val="ru-RU"/>
        </w:rPr>
        <w:t>верхнеуровневые</w:t>
      </w:r>
      <w:proofErr w:type="spellEnd"/>
      <w:r>
        <w:rPr>
          <w:rFonts w:eastAsia="Arial" w:cs="Arial"/>
          <w:lang w:val="ru-RU"/>
        </w:rPr>
        <w:t xml:space="preserve"> </w:t>
      </w:r>
      <w:proofErr w:type="spellStart"/>
      <w:r>
        <w:rPr>
          <w:rFonts w:eastAsia="Arial" w:cs="Arial"/>
          <w:lang w:val="ru-RU"/>
        </w:rPr>
        <w:t>message</w:t>
      </w:r>
      <w:proofErr w:type="spellEnd"/>
      <w:r>
        <w:rPr>
          <w:rFonts w:eastAsia="Arial" w:cs="Arial"/>
          <w:lang w:val="ru-RU"/>
        </w:rPr>
        <w:t xml:space="preserve"> и ошибки source_id, JSON, лишних полей и comment приведены в разделах 1.2–1.3. Ниже — точные значения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 этого метода.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67507F7F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76446C0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HTTP · 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CFB148F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14:paraId="5A90654A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6382B4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last_name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3E09A69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фамилию водителя.</w:t>
            </w:r>
          </w:p>
        </w:tc>
      </w:tr>
      <w:tr w:rsidR="001E1645" w:rsidRPr="00ED3B50" w14:paraId="72EBB5CA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08ABC18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last_name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INVALID_LAST_NAME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55EDA5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Фамилия должна быть строкой длиной от 1 до 120 символов.</w:t>
            </w:r>
          </w:p>
        </w:tc>
      </w:tr>
      <w:tr w:rsidR="001E1645" w14:paraId="546FE87D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7A9F354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 xml:space="preserve">422 · </w:t>
            </w:r>
            <w:proofErr w:type="spellStart"/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first_name</w:t>
            </w:r>
            <w:proofErr w:type="spellEnd"/>
            <w:r>
              <w:br/>
            </w:r>
            <w:r>
              <w:rPr>
                <w:rFonts w:eastAsia="Arial" w:cs="Arial"/>
                <w:sz w:val="21"/>
                <w:lang w:val="ru-RU"/>
              </w:rPr>
              <w:t>REQUIRED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DE8BB8D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sz w:val="21"/>
                <w:lang w:val="ru-RU"/>
              </w:rPr>
              <w:t>Укажите имя водителя.</w:t>
            </w:r>
          </w:p>
        </w:tc>
      </w:tr>
      <w:tr w:rsidR="001E1645" w:rsidRPr="00ED3B50" w14:paraId="5126B9A7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436DC33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first_name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INVALID_FIRST_NAME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27AA73BC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Имя должно быть строкой длиной от 1 до 120 символов.</w:t>
            </w:r>
          </w:p>
        </w:tc>
      </w:tr>
      <w:tr w:rsidR="001E1645" w:rsidRPr="00ED3B50" w14:paraId="1A8A2091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5AD2B03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middle_name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INVALID_MIDDLE_NAME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F57E8C8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Отчество должно быть строкой длиной не более 120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15655882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0102155" w14:textId="77777777" w:rsidR="001E1645" w:rsidRDefault="00151576">
            <w:pPr>
              <w:spacing w:after="0" w:line="269" w:lineRule="auto"/>
            </w:pP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422 · $</w:t>
            </w:r>
            <w:r>
              <w:br/>
            </w:r>
            <w:r>
              <w:rPr>
                <w:rFonts w:eastAsia="Arial" w:cs="Arial"/>
                <w:sz w:val="21"/>
                <w:lang w:val="ru-RU"/>
              </w:rPr>
              <w:t>FULL_NAME_TOO_LONG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5DB9EBB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>ФИО, составленное из фамилии, имени и отчества, не должно превышать 300 символов.</w:t>
            </w:r>
          </w:p>
        </w:tc>
      </w:tr>
      <w:tr w:rsidR="001E1645" w:rsidRPr="00ED3B50" w14:paraId="62629B3B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C012E45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license_series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INVALID_LICENSE_SERIES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0458EC01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Серия водительского удостоверения должна быть строкой длиной не более 30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48D5AF79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7BEA2176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license_number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INVALID_LICENSE_NUMBER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6012B5CF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Номер водительского удостоверения должен быть строкой длиной не более 50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2F07B591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8B996AA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passport_series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INVALID_PASSPORT_SERIES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2D5CC35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Серия паспорта должна быть строкой длиной не более 30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  <w:tr w:rsidR="001E1645" w:rsidRPr="00ED3B50" w14:paraId="029C690B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55CD4AE0" w14:textId="77777777" w:rsidR="001E1645" w:rsidRDefault="00151576">
            <w:pPr>
              <w:spacing w:after="0" w:line="269" w:lineRule="auto"/>
            </w:pP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422 ·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passport_number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INVALID_PASSPORT_NUMBER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2F6FA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FBE4CFD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Номер паспорта должен быть строкой длиной не более 50 символов или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null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45768A63" w14:textId="77777777" w:rsidR="001E1645" w:rsidRPr="005560CC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8.7  Конфликт</w:t>
      </w:r>
      <w:proofErr w:type="gramEnd"/>
      <w:r>
        <w:rPr>
          <w:rFonts w:ascii="Arial" w:eastAsia="Arial" w:hAnsi="Arial" w:cs="Arial"/>
          <w:lang w:val="ru-RU"/>
        </w:rPr>
        <w:t xml:space="preserve"> записей · HTTP 409</w:t>
      </w:r>
    </w:p>
    <w:p w14:paraId="6FA7C511" w14:textId="77777777" w:rsidR="001E1645" w:rsidRDefault="00151576">
      <w:pPr>
        <w:spacing w:after="120" w:line="283" w:lineRule="auto"/>
      </w:pPr>
      <w:proofErr w:type="spellStart"/>
      <w:r>
        <w:rPr>
          <w:rFonts w:eastAsia="Arial" w:cs="Arial"/>
          <w:lang w:val="ru-RU"/>
        </w:rPr>
        <w:t>Верхнеуровневый</w:t>
      </w:r>
      <w:proofErr w:type="spellEnd"/>
      <w:r>
        <w:rPr>
          <w:rFonts w:eastAsia="Arial" w:cs="Arial"/>
          <w:lang w:val="ru-RU"/>
        </w:rPr>
        <w:t xml:space="preserve"> код — RESOURCE_CONFLICT; сообщение — «Невозможно сохранить запись из-за конфликта данных.». В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 возвращается: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5022"/>
      </w:tblGrid>
      <w:tr w:rsidR="001E1645" w14:paraId="42EDDE75" w14:textId="77777777">
        <w:trPr>
          <w:cantSplit/>
          <w:tblHeader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12400A80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field / code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18324E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DDF8493" w14:textId="77777777" w:rsidR="001E1645" w:rsidRDefault="00151576">
            <w:pPr>
              <w:keepNext/>
              <w:spacing w:after="0" w:line="269" w:lineRule="auto"/>
            </w:pPr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 xml:space="preserve">Точное значение </w:t>
            </w:r>
            <w:proofErr w:type="gramStart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errors[</w:t>
            </w:r>
            <w:proofErr w:type="gramEnd"/>
            <w:r>
              <w:rPr>
                <w:rFonts w:eastAsia="Arial" w:cs="Arial"/>
                <w:b/>
                <w:color w:val="FFFFFF"/>
                <w:sz w:val="21"/>
                <w:lang w:val="ru-RU"/>
              </w:rPr>
              <w:t>].message</w:t>
            </w:r>
          </w:p>
        </w:tc>
      </w:tr>
      <w:tr w:rsidR="001E1645" w:rsidRPr="00ED3B50" w14:paraId="332F5EC1" w14:textId="77777777">
        <w:trPr>
          <w:cantSplit/>
          <w:jc w:val="center"/>
        </w:trPr>
        <w:tc>
          <w:tcPr>
            <w:tcW w:w="4706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3A7C0D4A" w14:textId="77777777" w:rsidR="001E1645" w:rsidRDefault="00151576">
            <w:pPr>
              <w:spacing w:after="0" w:line="269" w:lineRule="auto"/>
            </w:pP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license_number</w:t>
            </w:r>
            <w:proofErr w:type="spellEnd"/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 </w:t>
            </w:r>
            <w:r>
              <w:rPr>
                <w:rFonts w:eastAsia="Arial" w:cs="Arial"/>
                <w:b/>
                <w:color w:val="145CA8"/>
                <w:sz w:val="21"/>
                <w:lang w:val="ru-RU"/>
              </w:rPr>
              <w:t>или</w:t>
            </w:r>
            <w:r w:rsidRPr="005560CC">
              <w:rPr>
                <w:rFonts w:eastAsia="Arial" w:cs="Arial"/>
                <w:b/>
                <w:color w:val="145CA8"/>
                <w:sz w:val="21"/>
              </w:rPr>
              <w:t xml:space="preserve"> </w:t>
            </w:r>
            <w:proofErr w:type="spellStart"/>
            <w:r w:rsidRPr="005560CC">
              <w:rPr>
                <w:rFonts w:eastAsia="Arial" w:cs="Arial"/>
                <w:b/>
                <w:color w:val="145CA8"/>
                <w:sz w:val="21"/>
              </w:rPr>
              <w:t>passport_number</w:t>
            </w:r>
            <w:proofErr w:type="spellEnd"/>
            <w:r>
              <w:br/>
            </w:r>
            <w:r w:rsidRPr="005560CC">
              <w:rPr>
                <w:rFonts w:eastAsia="Arial" w:cs="Arial"/>
                <w:sz w:val="21"/>
              </w:rPr>
              <w:t>DRIVER_DOCUMENT_CONFLICT</w:t>
            </w:r>
          </w:p>
        </w:tc>
        <w:tc>
          <w:tcPr>
            <w:tcW w:w="5022" w:type="dxa"/>
            <w:tcBorders>
              <w:top w:val="nil"/>
              <w:left w:val="nil"/>
              <w:bottom w:val="single" w:sz="4" w:space="0" w:color="DFE7F0"/>
              <w:right w:val="nil"/>
            </w:tcBorders>
            <w:shd w:val="clear" w:color="auto" w:fill="FFFFFF"/>
            <w:tcMar>
              <w:top w:w="110" w:type="dxa"/>
              <w:left w:w="150" w:type="dxa"/>
              <w:bottom w:w="110" w:type="dxa"/>
              <w:right w:w="140" w:type="dxa"/>
            </w:tcMar>
            <w:vAlign w:val="center"/>
          </w:tcPr>
          <w:p w14:paraId="4416A11B" w14:textId="77777777" w:rsidR="001E1645" w:rsidRPr="005560CC" w:rsidRDefault="00151576">
            <w:pPr>
              <w:spacing w:after="0" w:line="269" w:lineRule="auto"/>
              <w:rPr>
                <w:lang w:val="ru-RU"/>
              </w:rPr>
            </w:pPr>
            <w:r>
              <w:rPr>
                <w:rFonts w:eastAsia="Arial" w:cs="Arial"/>
                <w:sz w:val="21"/>
                <w:lang w:val="ru-RU"/>
              </w:rPr>
              <w:t xml:space="preserve">Водитель с указанными серией и номером документа уже существует, но не сопоставлен с переданным </w:t>
            </w:r>
            <w:proofErr w:type="spellStart"/>
            <w:r>
              <w:rPr>
                <w:rFonts w:eastAsia="Arial" w:cs="Arial"/>
                <w:sz w:val="21"/>
                <w:lang w:val="ru-RU"/>
              </w:rPr>
              <w:t>source_id</w:t>
            </w:r>
            <w:proofErr w:type="spellEnd"/>
            <w:r>
              <w:rPr>
                <w:rFonts w:eastAsia="Arial" w:cs="Arial"/>
                <w:sz w:val="21"/>
                <w:lang w:val="ru-RU"/>
              </w:rPr>
              <w:t>.</w:t>
            </w:r>
          </w:p>
        </w:tc>
      </w:tr>
    </w:tbl>
    <w:p w14:paraId="3B52D2B4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При совпадении удостоверения </w:t>
      </w:r>
      <w:proofErr w:type="spellStart"/>
      <w:r>
        <w:rPr>
          <w:rFonts w:eastAsia="Arial" w:cs="Arial"/>
          <w:lang w:val="ru-RU"/>
        </w:rPr>
        <w:t>field</w:t>
      </w:r>
      <w:proofErr w:type="spellEnd"/>
      <w:r>
        <w:rPr>
          <w:rFonts w:eastAsia="Arial" w:cs="Arial"/>
          <w:lang w:val="ru-RU"/>
        </w:rPr>
        <w:t xml:space="preserve"> = </w:t>
      </w:r>
      <w:proofErr w:type="spellStart"/>
      <w:r>
        <w:rPr>
          <w:rFonts w:eastAsia="Arial" w:cs="Arial"/>
          <w:lang w:val="ru-RU"/>
        </w:rPr>
        <w:t>license_number</w:t>
      </w:r>
      <w:proofErr w:type="spellEnd"/>
      <w:r>
        <w:rPr>
          <w:rFonts w:eastAsia="Arial" w:cs="Arial"/>
          <w:lang w:val="ru-RU"/>
        </w:rPr>
        <w:t xml:space="preserve">; при совпадении паспорта — passport_number. Если обнаружены оба конфликта, в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 xml:space="preserve">] возвращаются два элемента с одинаковым </w:t>
      </w:r>
      <w:proofErr w:type="spellStart"/>
      <w:r>
        <w:rPr>
          <w:rFonts w:eastAsia="Arial" w:cs="Arial"/>
          <w:lang w:val="ru-RU"/>
        </w:rPr>
        <w:t>code</w:t>
      </w:r>
      <w:proofErr w:type="spellEnd"/>
      <w:r>
        <w:rPr>
          <w:rFonts w:eastAsia="Arial" w:cs="Arial"/>
          <w:lang w:val="ru-RU"/>
        </w:rPr>
        <w:t xml:space="preserve"> и соответствующими </w:t>
      </w:r>
      <w:proofErr w:type="spellStart"/>
      <w:r>
        <w:rPr>
          <w:rFonts w:eastAsia="Arial" w:cs="Arial"/>
          <w:lang w:val="ru-RU"/>
        </w:rPr>
        <w:t>field</w:t>
      </w:r>
      <w:proofErr w:type="spellEnd"/>
      <w:r>
        <w:rPr>
          <w:rFonts w:eastAsia="Arial" w:cs="Arial"/>
          <w:lang w:val="ru-RU"/>
        </w:rPr>
        <w:t>.</w:t>
      </w:r>
    </w:p>
    <w:p w14:paraId="736A0CE4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ПРИМЕР ОТВЕТА · HTTP 409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59C8E308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467D8E4C" w14:textId="77777777" w:rsidR="001E1645" w:rsidRDefault="00151576">
            <w:pPr>
              <w:spacing w:after="0" w:line="259" w:lineRule="auto"/>
            </w:pPr>
            <w:r w:rsidRPr="005560CC">
              <w:rPr>
                <w:rFonts w:ascii="Courier New" w:eastAsia="Courier New" w:hAnsi="Courier New" w:cs="Courier New"/>
                <w:sz w:val="21"/>
              </w:rPr>
              <w:t>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"code": "RESOURCE_CONFLICT",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Невозможно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сохранить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запись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из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-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за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конфликта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данных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.",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"errors": [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"field":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license_number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"code": "DRIVER_DOCUMENT_CONFLICT",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Водитель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указанными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серией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номером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документа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уже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существует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,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но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не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сопоставлен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с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переданным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source_id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."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}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request_id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req-drivers-conflict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0ABA998E" w14:textId="77777777" w:rsidR="001E1645" w:rsidRDefault="001E1645">
      <w:pPr>
        <w:spacing w:after="40" w:line="283" w:lineRule="auto"/>
      </w:pPr>
    </w:p>
    <w:p w14:paraId="33A1826D" w14:textId="77777777" w:rsidR="001E1645" w:rsidRPr="00ED3B50" w:rsidRDefault="00151576">
      <w:pPr>
        <w:pStyle w:val="21"/>
        <w:pageBreakBefore/>
        <w:spacing w:before="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lastRenderedPageBreak/>
        <w:t>8.8  Пример</w:t>
      </w:r>
      <w:proofErr w:type="gramEnd"/>
      <w:r>
        <w:rPr>
          <w:rFonts w:ascii="Arial" w:eastAsia="Arial" w:hAnsi="Arial" w:cs="Arial"/>
          <w:lang w:val="ru-RU"/>
        </w:rPr>
        <w:t xml:space="preserve"> ошибки параметров</w:t>
      </w:r>
    </w:p>
    <w:p w14:paraId="56155F05" w14:textId="77777777" w:rsidR="001E1645" w:rsidRPr="005560CC" w:rsidRDefault="00151576">
      <w:pPr>
        <w:pStyle w:val="CaptionCustom"/>
        <w:keepNext/>
        <w:spacing w:before="140" w:after="100"/>
        <w:rPr>
          <w:lang w:val="ru-RU"/>
        </w:rPr>
      </w:pPr>
      <w:r>
        <w:rPr>
          <w:rFonts w:eastAsia="Arial" w:cs="Arial"/>
          <w:color w:val="145CA8"/>
          <w:sz w:val="20"/>
          <w:lang w:val="ru-RU"/>
        </w:rPr>
        <w:t>HTTP 422 · НЕСКОЛЬКО ОШИБОК В ОДНОМ ОТВЕТЕ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35D08703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0CEB3157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code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"VALIDATION_ERROR",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sz w:val="21"/>
                <w:lang w:val="ru-RU"/>
              </w:rPr>
              <w:t>message</w:t>
            </w:r>
            <w:proofErr w:type="spellEnd"/>
            <w:r>
              <w:rPr>
                <w:rFonts w:ascii="Courier New" w:eastAsia="Courier New" w:hAnsi="Courier New" w:cs="Courier New"/>
                <w:sz w:val="21"/>
                <w:lang w:val="ru-RU"/>
              </w:rPr>
              <w:t>": "Ошибка проверки данных справочника.",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"errors": [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"field": "last_name",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"code": "REQUIRED",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  "message": "Укажите фамилию водителя."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  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},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{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"field":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first_name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"code": "REQUIRED",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  "message": 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Укажите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имя</w:t>
            </w:r>
            <w:r w:rsidRPr="005560CC">
              <w:rPr>
                <w:rFonts w:ascii="Courier New" w:eastAsia="Courier New" w:hAnsi="Courier New" w:cs="Courier New"/>
                <w:sz w:val="21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t>водителя</w:t>
            </w:r>
            <w:r w:rsidRPr="005560CC">
              <w:rPr>
                <w:rFonts w:ascii="Courier New" w:eastAsia="Courier New" w:hAnsi="Courier New" w:cs="Courier New"/>
                <w:sz w:val="21"/>
              </w:rPr>
              <w:t>."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  }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],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 xml:space="preserve">  "</w:t>
            </w:r>
            <w:proofErr w:type="spellStart"/>
            <w:r w:rsidRPr="005560CC">
              <w:rPr>
                <w:rFonts w:ascii="Courier New" w:eastAsia="Courier New" w:hAnsi="Courier New" w:cs="Courier New"/>
                <w:sz w:val="21"/>
              </w:rPr>
              <w:t>request_id</w:t>
            </w:r>
            <w:proofErr w:type="spellEnd"/>
            <w:r w:rsidRPr="005560CC">
              <w:rPr>
                <w:rFonts w:ascii="Courier New" w:eastAsia="Courier New" w:hAnsi="Courier New" w:cs="Courier New"/>
                <w:sz w:val="21"/>
              </w:rPr>
              <w:t>": "req-drivers-validation"</w:t>
            </w:r>
            <w:r w:rsidRPr="005560CC">
              <w:rPr>
                <w:rFonts w:ascii="Courier New" w:eastAsia="Courier New" w:hAnsi="Courier New" w:cs="Courier New"/>
                <w:sz w:val="21"/>
              </w:rPr>
              <w:br/>
              <w:t>}</w:t>
            </w:r>
          </w:p>
        </w:tc>
      </w:tr>
    </w:tbl>
    <w:p w14:paraId="1BD83E9B" w14:textId="77777777" w:rsidR="001E1645" w:rsidRDefault="001E1645">
      <w:pPr>
        <w:spacing w:after="40" w:line="283" w:lineRule="auto"/>
      </w:pPr>
    </w:p>
    <w:p w14:paraId="51E682D8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Покажите все </w:t>
      </w:r>
      <w:proofErr w:type="gramStart"/>
      <w:r>
        <w:rPr>
          <w:rFonts w:eastAsia="Arial" w:cs="Arial"/>
          <w:lang w:val="ru-RU"/>
        </w:rPr>
        <w:t>errors[</w:t>
      </w:r>
      <w:proofErr w:type="gramEnd"/>
      <w:r>
        <w:rPr>
          <w:rFonts w:eastAsia="Arial" w:cs="Arial"/>
          <w:lang w:val="ru-RU"/>
        </w:rPr>
        <w:t>].message, исправьте перечисленные поля и повторите PUT с тем же source_id. При 409 сначала разрешите конфликт; при 500, 503 или потере ответа повторяйте прежний запрос после паузы.</w:t>
      </w:r>
    </w:p>
    <w:p w14:paraId="13367DB3" w14:textId="77777777" w:rsidR="001E1645" w:rsidRPr="005560CC" w:rsidRDefault="00151576">
      <w:pPr>
        <w:pStyle w:val="21"/>
        <w:spacing w:before="280"/>
        <w:rPr>
          <w:lang w:val="ru-RU"/>
        </w:rPr>
      </w:pPr>
      <w:proofErr w:type="gramStart"/>
      <w:r>
        <w:rPr>
          <w:rFonts w:ascii="Arial" w:eastAsia="Arial" w:hAnsi="Arial" w:cs="Arial"/>
          <w:lang w:val="ru-RU"/>
        </w:rPr>
        <w:t>8.9  Пример</w:t>
      </w:r>
      <w:proofErr w:type="gramEnd"/>
      <w:r>
        <w:rPr>
          <w:rFonts w:ascii="Arial" w:eastAsia="Arial" w:hAnsi="Arial" w:cs="Arial"/>
          <w:lang w:val="ru-RU"/>
        </w:rPr>
        <w:t xml:space="preserve"> использования для 1С</w:t>
      </w:r>
    </w:p>
    <w:p w14:paraId="2C80FEB7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 xml:space="preserve">Передайте водителя DRV-0017 отдельным PUT-запросом. При 201 или 200 и is_active: true используйте DRV-0017 в визите. Если водитель ещё не известен, его предварительная передача не требуется: </w:t>
      </w:r>
      <w:proofErr w:type="spellStart"/>
      <w:r>
        <w:rPr>
          <w:rFonts w:eastAsia="Arial" w:cs="Arial"/>
          <w:lang w:val="ru-RU"/>
        </w:rPr>
        <w:t>driver_source_id</w:t>
      </w:r>
      <w:proofErr w:type="spellEnd"/>
      <w:r>
        <w:rPr>
          <w:rFonts w:eastAsia="Arial" w:cs="Arial"/>
          <w:lang w:val="ru-RU"/>
        </w:rPr>
        <w:t xml:space="preserve"> можно опустить.</w:t>
      </w:r>
    </w:p>
    <w:p w14:paraId="6BB87F48" w14:textId="77777777" w:rsidR="001E1645" w:rsidRDefault="00151576">
      <w:pPr>
        <w:pStyle w:val="CaptionCustom"/>
        <w:keepNext/>
        <w:spacing w:before="140" w:after="100"/>
      </w:pPr>
      <w:r>
        <w:rPr>
          <w:rFonts w:eastAsia="Arial" w:cs="Arial"/>
          <w:color w:val="145CA8"/>
          <w:sz w:val="20"/>
          <w:lang w:val="ru-RU"/>
        </w:rPr>
        <w:t>ФРАГМЕНТ ЗАПРОСА POST /</w:t>
      </w:r>
      <w:proofErr w:type="spellStart"/>
      <w:r>
        <w:rPr>
          <w:rFonts w:eastAsia="Arial" w:cs="Arial"/>
          <w:color w:val="145CA8"/>
          <w:sz w:val="20"/>
          <w:lang w:val="ru-RU"/>
        </w:rPr>
        <w:t>api</w:t>
      </w:r>
      <w:proofErr w:type="spellEnd"/>
      <w:r>
        <w:rPr>
          <w:rFonts w:eastAsia="Arial" w:cs="Arial"/>
          <w:color w:val="145CA8"/>
          <w:sz w:val="20"/>
          <w:lang w:val="ru-RU"/>
        </w:rPr>
        <w:t>/v1/</w:t>
      </w:r>
      <w:proofErr w:type="spellStart"/>
      <w:r>
        <w:rPr>
          <w:rFonts w:eastAsia="Arial" w:cs="Arial"/>
          <w:color w:val="145CA8"/>
          <w:sz w:val="20"/>
          <w:lang w:val="ru-RU"/>
        </w:rPr>
        <w:t>visits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28"/>
      </w:tblGrid>
      <w:tr w:rsidR="001E1645" w14:paraId="00A54A49" w14:textId="77777777">
        <w:trPr>
          <w:cantSplit/>
          <w:jc w:val="center"/>
        </w:trPr>
        <w:tc>
          <w:tcPr>
            <w:tcW w:w="9728" w:type="dxa"/>
            <w:tcBorders>
              <w:top w:val="nil"/>
              <w:left w:val="nil"/>
              <w:bottom w:val="nil"/>
              <w:right w:val="nil"/>
            </w:tcBorders>
            <w:shd w:val="clear" w:color="auto" w:fill="F6F9FC"/>
            <w:tcMar>
              <w:top w:w="135" w:type="dxa"/>
              <w:left w:w="150" w:type="dxa"/>
              <w:bottom w:w="135" w:type="dxa"/>
              <w:right w:w="140" w:type="dxa"/>
            </w:tcMar>
            <w:vAlign w:val="center"/>
          </w:tcPr>
          <w:p w14:paraId="1FF7CDF7" w14:textId="77777777" w:rsidR="001E1645" w:rsidRDefault="00151576">
            <w:pPr>
              <w:spacing w:after="0" w:line="259" w:lineRule="auto"/>
            </w:pPr>
            <w:r>
              <w:rPr>
                <w:rFonts w:ascii="Courier New" w:eastAsia="Courier New" w:hAnsi="Courier New" w:cs="Courier New"/>
                <w:sz w:val="21"/>
                <w:lang w:val="ru-RU"/>
              </w:rPr>
              <w:t>{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 xml:space="preserve">  "driver_source_id": "DRV-0017"</w:t>
            </w:r>
            <w:r>
              <w:rPr>
                <w:rFonts w:ascii="Courier New" w:eastAsia="Courier New" w:hAnsi="Courier New" w:cs="Courier New"/>
                <w:sz w:val="21"/>
                <w:lang w:val="ru-RU"/>
              </w:rPr>
              <w:br/>
              <w:t>}</w:t>
            </w:r>
          </w:p>
        </w:tc>
      </w:tr>
    </w:tbl>
    <w:p w14:paraId="601F85EB" w14:textId="77777777" w:rsidR="001E1645" w:rsidRDefault="001E1645">
      <w:pPr>
        <w:spacing w:after="40" w:line="283" w:lineRule="auto"/>
      </w:pPr>
    </w:p>
    <w:p w14:paraId="34617971" w14:textId="77777777" w:rsidR="001E1645" w:rsidRPr="005560CC" w:rsidRDefault="00151576">
      <w:pPr>
        <w:spacing w:after="120" w:line="283" w:lineRule="auto"/>
        <w:rPr>
          <w:lang w:val="ru-RU"/>
        </w:rPr>
      </w:pPr>
      <w:r>
        <w:rPr>
          <w:rFonts w:eastAsia="Arial" w:cs="Arial"/>
          <w:lang w:val="ru-RU"/>
        </w:rPr>
        <w:t>При уточнении документов или ФИО используйте тот же source_id и передайте полный набор сохраняемых полей. Если паспортные сведения не должны храниться, передайте passport_series: null и passport_number: null; остальные сохраняемые реквизиты повторите.</w:t>
      </w:r>
    </w:p>
    <w:p w14:paraId="1A7CA6AA" w14:textId="77777777" w:rsidR="00561E14" w:rsidRPr="00602D71" w:rsidRDefault="005E0622">
      <w:pPr>
        <w:pStyle w:val="1"/>
        <w:pageBreakBefore/>
        <w:rPr>
          <w:lang w:val="ru-RU"/>
        </w:rPr>
      </w:pPr>
      <w:bookmarkStart w:id="9" w:name="section_09"/>
      <w:proofErr w:type="gramStart"/>
      <w:r w:rsidRPr="00602D71">
        <w:rPr>
          <w:lang w:val="ru-RU"/>
        </w:rPr>
        <w:lastRenderedPageBreak/>
        <w:t>09  Создание</w:t>
      </w:r>
      <w:proofErr w:type="gramEnd"/>
      <w:r w:rsidRPr="00602D71">
        <w:rPr>
          <w:lang w:val="ru-RU"/>
        </w:rPr>
        <w:t xml:space="preserve"> визита</w:t>
      </w:r>
      <w:bookmarkEnd w:id="9"/>
    </w:p>
    <w:p w14:paraId="3B128D97" w14:textId="77777777" w:rsidR="00561E14" w:rsidRPr="00602D71" w:rsidRDefault="005E0622">
      <w:pPr>
        <w:pStyle w:val="SectionKicker"/>
        <w:keepNext/>
        <w:rPr>
          <w:lang w:val="ru-RU"/>
        </w:rPr>
      </w:pPr>
      <w:r w:rsidRPr="00602D71">
        <w:rPr>
          <w:b/>
          <w:color w:val="087CEB"/>
          <w:sz w:val="20"/>
          <w:lang w:val="ru-RU"/>
        </w:rPr>
        <w:t>МЕТОД 07 / 07</w:t>
      </w:r>
    </w:p>
    <w:p w14:paraId="51CEBEC8" w14:textId="77777777" w:rsidR="00561E14" w:rsidRPr="00602D71" w:rsidRDefault="005E0622">
      <w:pPr>
        <w:pStyle w:val="MethodTitle"/>
        <w:keepNext/>
        <w:rPr>
          <w:lang w:val="ru-RU"/>
        </w:rPr>
      </w:pPr>
      <w:r>
        <w:rPr>
          <w:b/>
          <w:color w:val="18324E"/>
          <w:sz w:val="36"/>
        </w:rPr>
        <w:t>POST</w:t>
      </w:r>
      <w:r w:rsidRPr="00602D71">
        <w:rPr>
          <w:b/>
          <w:color w:val="18324E"/>
          <w:sz w:val="36"/>
          <w:lang w:val="ru-RU"/>
        </w:rPr>
        <w:t xml:space="preserve"> /</w:t>
      </w:r>
      <w:proofErr w:type="spellStart"/>
      <w:r>
        <w:rPr>
          <w:b/>
          <w:color w:val="18324E"/>
          <w:sz w:val="36"/>
        </w:rPr>
        <w:t>api</w:t>
      </w:r>
      <w:proofErr w:type="spellEnd"/>
      <w:r w:rsidRPr="00602D71">
        <w:rPr>
          <w:b/>
          <w:color w:val="18324E"/>
          <w:sz w:val="36"/>
          <w:lang w:val="ru-RU"/>
        </w:rPr>
        <w:t>/</w:t>
      </w:r>
      <w:r>
        <w:rPr>
          <w:b/>
          <w:color w:val="18324E"/>
          <w:sz w:val="36"/>
        </w:rPr>
        <w:t>v</w:t>
      </w:r>
      <w:r w:rsidRPr="00602D71">
        <w:rPr>
          <w:b/>
          <w:color w:val="18324E"/>
          <w:sz w:val="36"/>
          <w:lang w:val="ru-RU"/>
        </w:rPr>
        <w:t>1/</w:t>
      </w:r>
      <w:r>
        <w:rPr>
          <w:b/>
          <w:color w:val="18324E"/>
          <w:sz w:val="36"/>
        </w:rPr>
        <w:t>visits</w:t>
      </w:r>
    </w:p>
    <w:p w14:paraId="0379F233" w14:textId="77777777" w:rsidR="00561E14" w:rsidRDefault="005E0622">
      <w:pPr>
        <w:pStyle w:val="TextBody"/>
      </w:pPr>
      <w:r w:rsidRPr="00602D71">
        <w:rPr>
          <w:lang w:val="ru-RU"/>
        </w:rPr>
        <w:t xml:space="preserve">Создание визита транспорта на площадке </w:t>
      </w:r>
      <w:proofErr w:type="spellStart"/>
      <w:r w:rsidRPr="00602D71">
        <w:rPr>
          <w:lang w:val="ru-RU"/>
        </w:rPr>
        <w:t>Заездо</w:t>
      </w:r>
      <w:proofErr w:type="spellEnd"/>
      <w:r w:rsidRPr="00602D71">
        <w:rPr>
          <w:lang w:val="ru-RU"/>
        </w:rPr>
        <w:t xml:space="preserve"> с использованием ранее синхронизированных справочников и ответственного менеджера. </w:t>
      </w:r>
      <w:proofErr w:type="spellStart"/>
      <w:r>
        <w:t>Метод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создаёт</w:t>
      </w:r>
      <w:proofErr w:type="spellEnd"/>
      <w:r>
        <w:t xml:space="preserve"> </w:t>
      </w:r>
      <w:proofErr w:type="spellStart"/>
      <w:r>
        <w:t>площадки</w:t>
      </w:r>
      <w:proofErr w:type="spellEnd"/>
      <w:r>
        <w:t>, контрагентов, автомобили или водителей.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561E14" w14:paraId="653ED172" w14:textId="77777777">
        <w:trPr>
          <w:cantSplit/>
          <w:tblHeader/>
        </w:trPr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784D4572" w14:textId="77777777" w:rsidR="00561E14" w:rsidRDefault="005E0622">
            <w:pPr>
              <w:spacing w:after="100" w:line="254" w:lineRule="auto"/>
            </w:pPr>
            <w:r>
              <w:rPr>
                <w:b/>
                <w:color w:val="145CA8"/>
                <w:sz w:val="16"/>
              </w:rPr>
              <w:t>ТИП ОПЕРАЦИИ</w:t>
            </w:r>
          </w:p>
          <w:p w14:paraId="476E2C16" w14:textId="77777777" w:rsidR="00561E14" w:rsidRDefault="005E0622">
            <w:pPr>
              <w:spacing w:after="0" w:line="271" w:lineRule="auto"/>
            </w:pPr>
            <w:r>
              <w:rPr>
                <w:b/>
                <w:color w:val="18324E"/>
                <w:sz w:val="20"/>
              </w:rPr>
              <w:t>Создание визита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689E23A1" w14:textId="77777777" w:rsidR="00561E14" w:rsidRDefault="005E0622">
            <w:pPr>
              <w:spacing w:after="100" w:line="254" w:lineRule="auto"/>
            </w:pPr>
            <w:r>
              <w:rPr>
                <w:b/>
                <w:color w:val="145CA8"/>
                <w:sz w:val="16"/>
              </w:rPr>
              <w:t>АВТОРИЗАЦИЯ</w:t>
            </w:r>
          </w:p>
          <w:p w14:paraId="15C9B6F3" w14:textId="77777777" w:rsidR="00561E14" w:rsidRDefault="005E0622">
            <w:pPr>
              <w:spacing w:after="0" w:line="271" w:lineRule="auto"/>
            </w:pPr>
            <w:r>
              <w:rPr>
                <w:b/>
                <w:color w:val="18324E"/>
                <w:sz w:val="20"/>
              </w:rPr>
              <w:t>Bearer Token</w:t>
            </w:r>
          </w:p>
        </w:tc>
        <w:tc>
          <w:tcPr>
            <w:tcW w:w="3243" w:type="dxa"/>
            <w:tcBorders>
              <w:top w:val="nil"/>
              <w:left w:val="nil"/>
              <w:bottom w:val="nil"/>
              <w:right w:val="nil"/>
            </w:tcBorders>
            <w:shd w:val="clear" w:color="auto" w:fill="EEF6FE"/>
            <w:tcMar>
              <w:top w:w="175" w:type="dxa"/>
              <w:left w:w="160" w:type="dxa"/>
              <w:bottom w:w="175" w:type="dxa"/>
              <w:right w:w="110" w:type="dxa"/>
            </w:tcMar>
          </w:tcPr>
          <w:p w14:paraId="767C4B7C" w14:textId="77777777" w:rsidR="00561E14" w:rsidRDefault="005E0622">
            <w:pPr>
              <w:spacing w:after="100" w:line="254" w:lineRule="auto"/>
            </w:pPr>
            <w:r>
              <w:rPr>
                <w:b/>
                <w:color w:val="145CA8"/>
                <w:sz w:val="16"/>
              </w:rPr>
              <w:t>ТЕЛО ЗАПРОСА</w:t>
            </w:r>
          </w:p>
          <w:p w14:paraId="1968D1A1" w14:textId="77777777" w:rsidR="00561E14" w:rsidRDefault="005E0622">
            <w:pPr>
              <w:spacing w:after="0" w:line="271" w:lineRule="auto"/>
            </w:pPr>
            <w:r>
              <w:rPr>
                <w:b/>
                <w:color w:val="18324E"/>
                <w:sz w:val="20"/>
              </w:rPr>
              <w:t>JSON</w:t>
            </w:r>
          </w:p>
        </w:tc>
      </w:tr>
    </w:tbl>
    <w:p w14:paraId="35F5F8F4" w14:textId="77777777" w:rsidR="00561E14" w:rsidRDefault="005E0622">
      <w:pPr>
        <w:spacing w:after="40"/>
      </w:pPr>
      <w:r>
        <w:t xml:space="preserve"> </w:t>
      </w:r>
    </w:p>
    <w:p w14:paraId="385C69C1" w14:textId="77777777" w:rsidR="00561E14" w:rsidRDefault="005E0622">
      <w:pPr>
        <w:pStyle w:val="21"/>
      </w:pPr>
      <w:proofErr w:type="gramStart"/>
      <w:r>
        <w:t>9.1  Адрес</w:t>
      </w:r>
      <w:proofErr w:type="gramEnd"/>
      <w:r>
        <w:t xml:space="preserve"> и назначение</w:t>
      </w:r>
    </w:p>
    <w:p w14:paraId="4C51E508" w14:textId="77777777" w:rsidR="00561E14" w:rsidRDefault="005E0622">
      <w:pPr>
        <w:pStyle w:val="CaptionCustom"/>
        <w:keepNext/>
      </w:pPr>
      <w:r>
        <w:t>АДРЕС ЗАПРОСА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44ED7D17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7CCC4E87" w14:textId="77777777" w:rsidR="00561E14" w:rsidRDefault="005E0622">
            <w:pPr>
              <w:spacing w:after="0" w:line="264" w:lineRule="auto"/>
            </w:pPr>
            <w:r>
              <w:rPr>
                <w:rFonts w:ascii="Courier New" w:eastAsia="Courier New" w:hAnsi="Courier New" w:cs="Courier New"/>
                <w:sz w:val="21"/>
              </w:rPr>
              <w:t>POST https://app.zaezdo.pro/api/v1/visits</w:t>
            </w:r>
            <w:r>
              <w:rPr>
                <w:rFonts w:ascii="Courier New" w:eastAsia="Courier New" w:hAnsi="Courier New" w:cs="Courier New"/>
                <w:sz w:val="21"/>
              </w:rPr>
              <w:br/>
              <w:t>Content-Type: application/json</w:t>
            </w:r>
          </w:p>
        </w:tc>
      </w:tr>
    </w:tbl>
    <w:p w14:paraId="65E4B27F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Передайте внешние идентификаторы заранее подготовленных площадки, контрагента и, если используются, автомобиля и водителя. Ответственного сопоставьте в карточке пользователя через поле «Идентификатор для синхронизации с 1С».</w:t>
      </w:r>
    </w:p>
    <w:p w14:paraId="11A0957F" w14:textId="77777777" w:rsidR="00561E14" w:rsidRPr="005560CC" w:rsidRDefault="005E0622">
      <w:pPr>
        <w:pStyle w:val="21"/>
        <w:rPr>
          <w:lang w:val="ru-RU"/>
        </w:rPr>
      </w:pPr>
      <w:proofErr w:type="gramStart"/>
      <w:r w:rsidRPr="005560CC">
        <w:rPr>
          <w:lang w:val="ru-RU"/>
        </w:rPr>
        <w:t>9.2  Входные</w:t>
      </w:r>
      <w:proofErr w:type="gramEnd"/>
      <w:r w:rsidRPr="005560CC">
        <w:rPr>
          <w:lang w:val="ru-RU"/>
        </w:rPr>
        <w:t xml:space="preserve"> параметры</w:t>
      </w:r>
    </w:p>
    <w:p w14:paraId="5893D711" w14:textId="77777777" w:rsidR="00C00F9C" w:rsidRPr="00C00F9C" w:rsidRDefault="00C00F9C" w:rsidP="00C00F9C">
      <w:pPr>
        <w:rPr>
          <w:lang w:val="ru-RU"/>
        </w:rPr>
      </w:pPr>
      <w:r w:rsidRPr="00602D71">
        <w:rPr>
          <w:lang w:val="ru-RU"/>
        </w:rPr>
        <w:t xml:space="preserve">Тело запроса </w:t>
      </w:r>
      <w:r>
        <w:rPr>
          <w:lang w:val="ru-RU"/>
        </w:rPr>
        <w:t>передается в формате</w:t>
      </w:r>
      <w:r w:rsidRPr="00602D71">
        <w:rPr>
          <w:lang w:val="ru-RU"/>
        </w:rPr>
        <w:t xml:space="preserve"> </w:t>
      </w:r>
      <w:r>
        <w:t>JSON</w:t>
      </w:r>
      <w:r w:rsidRPr="00602D71">
        <w:rPr>
          <w:lang w:val="ru-RU"/>
        </w:rPr>
        <w:t>. В *_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передаются идентификаторы из внешней системы.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73"/>
        <w:gridCol w:w="935"/>
        <w:gridCol w:w="5420"/>
      </w:tblGrid>
      <w:tr w:rsidR="00561E14" w14:paraId="1E705492" w14:textId="77777777">
        <w:trPr>
          <w:cantSplit/>
          <w:tblHeader/>
          <w:jc w:val="center"/>
        </w:trPr>
        <w:tc>
          <w:tcPr>
            <w:tcW w:w="3373" w:type="dxa"/>
            <w:shd w:val="clear" w:color="auto" w:fill="18324E"/>
            <w:tcMar>
              <w:top w:w="100" w:type="dxa"/>
              <w:left w:w="145" w:type="dxa"/>
              <w:bottom w:w="100" w:type="dxa"/>
              <w:right w:w="145" w:type="dxa"/>
            </w:tcMar>
            <w:vAlign w:val="center"/>
          </w:tcPr>
          <w:p w14:paraId="3AAE8E47" w14:textId="77777777" w:rsidR="00561E14" w:rsidRDefault="005E0622">
            <w:pPr>
              <w:spacing w:after="0"/>
            </w:pPr>
            <w:proofErr w:type="spellStart"/>
            <w:r>
              <w:rPr>
                <w:b/>
                <w:color w:val="FFFFFF"/>
                <w:sz w:val="20"/>
              </w:rPr>
              <w:t>Параметр</w:t>
            </w:r>
            <w:proofErr w:type="spellEnd"/>
          </w:p>
        </w:tc>
        <w:tc>
          <w:tcPr>
            <w:tcW w:w="935" w:type="dxa"/>
            <w:shd w:val="clear" w:color="auto" w:fill="18324E"/>
            <w:tcMar>
              <w:top w:w="100" w:type="dxa"/>
              <w:left w:w="145" w:type="dxa"/>
              <w:bottom w:w="100" w:type="dxa"/>
              <w:right w:w="145" w:type="dxa"/>
            </w:tcMar>
            <w:vAlign w:val="center"/>
          </w:tcPr>
          <w:p w14:paraId="5595113C" w14:textId="77777777" w:rsidR="00561E14" w:rsidRDefault="005E0622">
            <w:pPr>
              <w:spacing w:after="0"/>
            </w:pPr>
            <w:r>
              <w:rPr>
                <w:b/>
                <w:color w:val="FFFFFF"/>
                <w:sz w:val="20"/>
              </w:rPr>
              <w:t>Обяз.</w:t>
            </w:r>
          </w:p>
        </w:tc>
        <w:tc>
          <w:tcPr>
            <w:tcW w:w="5420" w:type="dxa"/>
            <w:shd w:val="clear" w:color="auto" w:fill="18324E"/>
            <w:tcMar>
              <w:top w:w="100" w:type="dxa"/>
              <w:left w:w="145" w:type="dxa"/>
              <w:bottom w:w="100" w:type="dxa"/>
              <w:right w:w="145" w:type="dxa"/>
            </w:tcMar>
            <w:vAlign w:val="center"/>
          </w:tcPr>
          <w:p w14:paraId="52C303A9" w14:textId="77777777" w:rsidR="00561E14" w:rsidRDefault="005E0622">
            <w:pPr>
              <w:spacing w:after="0"/>
            </w:pPr>
            <w:r>
              <w:rPr>
                <w:b/>
                <w:color w:val="FFFFFF"/>
                <w:sz w:val="20"/>
              </w:rPr>
              <w:t>Назначение</w:t>
            </w:r>
          </w:p>
        </w:tc>
      </w:tr>
      <w:tr w:rsidR="00561E14" w:rsidRPr="00ED3B50" w14:paraId="0FE78E20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56692746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external_id</w:t>
            </w:r>
          </w:p>
        </w:tc>
        <w:tc>
          <w:tcPr>
            <w:tcW w:w="935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1B149826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001DBCFB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 w:rsidRPr="00602D71">
              <w:rPr>
                <w:sz w:val="20"/>
                <w:lang w:val="ru-RU"/>
              </w:rPr>
              <w:t xml:space="preserve">Постоянный </w:t>
            </w:r>
            <w:r>
              <w:rPr>
                <w:sz w:val="20"/>
              </w:rPr>
              <w:t>ID</w:t>
            </w:r>
            <w:r w:rsidRPr="00602D71">
              <w:rPr>
                <w:sz w:val="20"/>
                <w:lang w:val="ru-RU"/>
              </w:rPr>
              <w:t xml:space="preserve"> визита во внешней системе, до 80 символов.</w:t>
            </w:r>
          </w:p>
        </w:tc>
      </w:tr>
      <w:tr w:rsidR="00561E14" w:rsidRPr="00ED3B50" w14:paraId="216E86AA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41442A28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site_source_id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F122224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25B4BAC9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ID</w:t>
            </w:r>
            <w:r w:rsidRPr="00602D71">
              <w:rPr>
                <w:sz w:val="20"/>
                <w:lang w:val="ru-RU"/>
              </w:rPr>
              <w:t xml:space="preserve"> площадки во внешней системе.</w:t>
            </w:r>
          </w:p>
        </w:tc>
      </w:tr>
      <w:tr w:rsidR="00561E14" w:rsidRPr="00ED3B50" w14:paraId="5BC313A4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2830F2D6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planned_arrival_at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78E0D5BA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474468A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Дата и время прибытия в формате ГГГГ-ММ-ДД </w:t>
            </w:r>
            <w:proofErr w:type="gramStart"/>
            <w:r>
              <w:rPr>
                <w:sz w:val="20"/>
                <w:lang w:val="ru-RU"/>
              </w:rPr>
              <w:t>ЧЧ:ММ</w:t>
            </w:r>
            <w:proofErr w:type="gramEnd"/>
            <w:r>
              <w:rPr>
                <w:sz w:val="20"/>
                <w:lang w:val="ru-RU"/>
              </w:rPr>
              <w:t>.</w:t>
            </w:r>
          </w:p>
        </w:tc>
      </w:tr>
      <w:tr w:rsidR="00561E14" w:rsidRPr="00CD6A61" w14:paraId="4FE3741B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5D56FEA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purpose</w:t>
            </w:r>
          </w:p>
        </w:tc>
        <w:tc>
          <w:tcPr>
            <w:tcW w:w="935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48334F15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736DA1C2" w14:textId="77777777" w:rsidR="00561E14" w:rsidRPr="00A556E8" w:rsidRDefault="005E0622">
            <w:pPr>
              <w:spacing w:after="0" w:line="274" w:lineRule="auto"/>
            </w:pPr>
            <w:r>
              <w:rPr>
                <w:sz w:val="20"/>
              </w:rPr>
              <w:t>Цель визита: LOADING — «Погрузка»; UNLOADING — «Разгрузка»; SERVICE — «</w:t>
            </w:r>
            <w:proofErr w:type="spellStart"/>
            <w:r>
              <w:rPr>
                <w:sz w:val="20"/>
              </w:rPr>
              <w:t>Служебный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визит</w:t>
            </w:r>
            <w:proofErr w:type="spellEnd"/>
            <w:r>
              <w:rPr>
                <w:sz w:val="20"/>
              </w:rPr>
              <w:t>»; OTHER — «</w:t>
            </w:r>
            <w:proofErr w:type="spellStart"/>
            <w:r>
              <w:rPr>
                <w:sz w:val="20"/>
              </w:rPr>
              <w:t>Другое</w:t>
            </w:r>
            <w:proofErr w:type="spellEnd"/>
            <w:r>
              <w:rPr>
                <w:sz w:val="20"/>
              </w:rPr>
              <w:t>».</w:t>
            </w:r>
          </w:p>
        </w:tc>
      </w:tr>
      <w:tr w:rsidR="00561E14" w:rsidRPr="00187B9C" w14:paraId="00C2562B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3EA078C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counterparty_source_id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24307A9A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72DC1945" w14:textId="77777777" w:rsidR="00561E14" w:rsidRPr="00187B9C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ID</w:t>
            </w:r>
            <w:r w:rsidRPr="00187B9C">
              <w:rPr>
                <w:sz w:val="20"/>
                <w:lang w:val="ru-RU"/>
              </w:rPr>
              <w:t xml:space="preserve"> ранее зарегистрированного контрагента.</w:t>
            </w:r>
          </w:p>
        </w:tc>
      </w:tr>
      <w:tr w:rsidR="00561E14" w:rsidRPr="00ED3B50" w14:paraId="7A1E1463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3A706AE4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responsible_user_source_id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05C17A4F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Да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A7DE098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ID</w:t>
            </w:r>
            <w:r w:rsidRPr="00A556E8">
              <w:rPr>
                <w:sz w:val="20"/>
                <w:lang w:val="ru-RU"/>
              </w:rPr>
              <w:t xml:space="preserve"> </w:t>
            </w:r>
            <w:r w:rsidR="002F778B">
              <w:rPr>
                <w:sz w:val="20"/>
                <w:lang w:val="ru-RU"/>
              </w:rPr>
              <w:t>пользователя</w:t>
            </w:r>
            <w:r w:rsidRPr="00A556E8">
              <w:rPr>
                <w:sz w:val="20"/>
                <w:lang w:val="ru-RU"/>
              </w:rPr>
              <w:t xml:space="preserve"> в 1С, сопоставленного с </w:t>
            </w:r>
            <w:r w:rsidR="002F778B">
              <w:rPr>
                <w:sz w:val="20"/>
                <w:lang w:val="ru-RU"/>
              </w:rPr>
              <w:t>пользователем</w:t>
            </w:r>
            <w:r w:rsidRPr="00A556E8">
              <w:rPr>
                <w:sz w:val="20"/>
                <w:lang w:val="ru-RU"/>
              </w:rPr>
              <w:t xml:space="preserve"> </w:t>
            </w:r>
            <w:proofErr w:type="spellStart"/>
            <w:r w:rsidRPr="00A556E8">
              <w:rPr>
                <w:sz w:val="20"/>
                <w:lang w:val="ru-RU"/>
              </w:rPr>
              <w:t>Заездо</w:t>
            </w:r>
            <w:proofErr w:type="spellEnd"/>
            <w:r w:rsidRPr="00A556E8">
              <w:rPr>
                <w:sz w:val="20"/>
                <w:lang w:val="ru-RU"/>
              </w:rPr>
              <w:t xml:space="preserve">. </w:t>
            </w:r>
            <w:r w:rsidR="002F778B">
              <w:rPr>
                <w:sz w:val="20"/>
                <w:lang w:val="ru-RU"/>
              </w:rPr>
              <w:t>Н</w:t>
            </w:r>
            <w:r w:rsidRPr="00A556E8">
              <w:rPr>
                <w:sz w:val="20"/>
                <w:lang w:val="ru-RU"/>
              </w:rPr>
              <w:t>азначается ответственным за визит после проверки его прав.</w:t>
            </w:r>
          </w:p>
        </w:tc>
      </w:tr>
      <w:tr w:rsidR="00561E14" w:rsidRPr="00ED3B50" w14:paraId="24BC2204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F010CC1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vehicle_source_id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16532C72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Нет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0FDCCD49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ID</w:t>
            </w:r>
            <w:r w:rsidRPr="00602D71">
              <w:rPr>
                <w:sz w:val="20"/>
                <w:lang w:val="ru-RU"/>
              </w:rPr>
              <w:t xml:space="preserve"> автомобиля, если он известен на этапе планирования.</w:t>
            </w:r>
          </w:p>
        </w:tc>
      </w:tr>
      <w:tr w:rsidR="00561E14" w:rsidRPr="00ED3B50" w14:paraId="110AF19B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071CBA4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lastRenderedPageBreak/>
              <w:t>driver_source_id</w:t>
            </w:r>
            <w:proofErr w:type="spellEnd"/>
          </w:p>
        </w:tc>
        <w:tc>
          <w:tcPr>
            <w:tcW w:w="935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089E4AC4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Нет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3BA7022B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ID</w:t>
            </w:r>
            <w:r w:rsidRPr="00602D71">
              <w:rPr>
                <w:sz w:val="20"/>
                <w:lang w:val="ru-RU"/>
              </w:rPr>
              <w:t xml:space="preserve"> водителя, если он известен на этапе планирования.</w:t>
            </w:r>
          </w:p>
        </w:tc>
      </w:tr>
      <w:tr w:rsidR="00561E14" w:rsidRPr="00ED3B50" w14:paraId="16C74D41" w14:textId="77777777">
        <w:trPr>
          <w:cantSplit/>
          <w:jc w:val="center"/>
        </w:trPr>
        <w:tc>
          <w:tcPr>
            <w:tcW w:w="3373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BE393CF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basis</w:t>
            </w:r>
          </w:p>
        </w:tc>
        <w:tc>
          <w:tcPr>
            <w:tcW w:w="935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14AA5780" w14:textId="77777777" w:rsidR="00561E14" w:rsidRDefault="005E0622">
            <w:pPr>
              <w:spacing w:after="0" w:line="274" w:lineRule="auto"/>
            </w:pPr>
            <w:r>
              <w:rPr>
                <w:sz w:val="20"/>
              </w:rPr>
              <w:t>Нет</w:t>
            </w:r>
          </w:p>
        </w:tc>
        <w:tc>
          <w:tcPr>
            <w:tcW w:w="54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5EB812B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 w:rsidRPr="00602D71">
              <w:rPr>
                <w:sz w:val="20"/>
                <w:lang w:val="ru-RU"/>
              </w:rPr>
              <w:t>Основание визита, не более 500 символов.</w:t>
            </w:r>
          </w:p>
        </w:tc>
      </w:tr>
    </w:tbl>
    <w:p w14:paraId="76EB6909" w14:textId="77777777" w:rsidR="00C00F9C" w:rsidRDefault="00C00F9C">
      <w:pPr>
        <w:rPr>
          <w:lang w:val="ru-RU"/>
        </w:rPr>
      </w:pPr>
    </w:p>
    <w:p w14:paraId="402987D7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lang w:val="ru-RU"/>
        </w:rPr>
        <w:t>9.3  Пример</w:t>
      </w:r>
      <w:proofErr w:type="gramEnd"/>
      <w:r w:rsidRPr="00602D71">
        <w:rPr>
          <w:lang w:val="ru-RU"/>
        </w:rPr>
        <w:t xml:space="preserve"> запроса</w:t>
      </w:r>
    </w:p>
    <w:p w14:paraId="144D0977" w14:textId="77777777" w:rsidR="00561E14" w:rsidRPr="00602D71" w:rsidRDefault="005E0622">
      <w:pPr>
        <w:pStyle w:val="CaptionCustom"/>
        <w:keepNext/>
        <w:rPr>
          <w:lang w:val="ru-RU"/>
        </w:rPr>
      </w:pPr>
      <w:r w:rsidRPr="00602D71">
        <w:rPr>
          <w:lang w:val="ru-RU"/>
        </w:rPr>
        <w:t xml:space="preserve">СОЗДАНИЕ ВИЗИТА НА СКЛАДЕ </w:t>
      </w:r>
      <w:r>
        <w:t>WH</w:t>
      </w:r>
      <w:r w:rsidRPr="00602D71">
        <w:rPr>
          <w:lang w:val="ru-RU"/>
        </w:rPr>
        <w:t>-</w:t>
      </w:r>
      <w:r>
        <w:t>SEVER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07C96550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6A70E335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color w:val="18324E"/>
                <w:sz w:val="21"/>
              </w:rPr>
              <w:t>external_id</w:t>
            </w:r>
            <w:proofErr w:type="spellEnd"/>
            <w:r>
              <w:rPr>
                <w:rFonts w:ascii="Courier New" w:eastAsia="Courier New" w:hAnsi="Courier New" w:cs="Courier New"/>
                <w:color w:val="18324E"/>
                <w:sz w:val="21"/>
              </w:rPr>
              <w:t>": "</w:t>
            </w:r>
            <w:r w:rsidR="00E16594" w:rsidRPr="00E16594">
              <w:rPr>
                <w:rFonts w:ascii="Courier New" w:eastAsia="Courier New" w:hAnsi="Courier New" w:cs="Courier New"/>
                <w:color w:val="18324E"/>
                <w:sz w:val="21"/>
              </w:rPr>
              <w:t>ТД00-000015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t>",</w:t>
            </w:r>
            <w:r w:rsidRPr="00E16594"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t>"</w:t>
            </w:r>
            <w:proofErr w:type="spellStart"/>
            <w:r>
              <w:rPr>
                <w:rFonts w:ascii="Courier New" w:eastAsia="Courier New" w:hAnsi="Courier New" w:cs="Courier New"/>
                <w:color w:val="18324E"/>
                <w:sz w:val="21"/>
              </w:rPr>
              <w:t>site_source_id</w:t>
            </w:r>
            <w:proofErr w:type="spellEnd"/>
            <w:r>
              <w:rPr>
                <w:rFonts w:ascii="Courier New" w:eastAsia="Courier New" w:hAnsi="Courier New" w:cs="Courier New"/>
                <w:color w:val="18324E"/>
                <w:sz w:val="21"/>
              </w:rPr>
              <w:t>": "WH-SEVER",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color w:val="18324E"/>
                <w:sz w:val="21"/>
              </w:rPr>
              <w:t>planned_arrival_at</w:t>
            </w:r>
            <w:proofErr w:type="spellEnd"/>
            <w:r>
              <w:rPr>
                <w:rFonts w:ascii="Courier New" w:eastAsia="Courier New" w:hAnsi="Courier New" w:cs="Courier New"/>
                <w:color w:val="18324E"/>
                <w:sz w:val="21"/>
              </w:rPr>
              <w:t>": "</w:t>
            </w:r>
            <w:r w:rsidRPr="00BD1D6E">
              <w:rPr>
                <w:rFonts w:ascii="Courier New" w:eastAsia="Courier New" w:hAnsi="Courier New" w:cs="Courier New"/>
                <w:color w:val="18324E"/>
                <w:sz w:val="21"/>
              </w:rPr>
              <w:t>2026-11-03 10:30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t>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"purpose": "UNLOADING",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"counterparty_source_id": "CP-0042",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"responsible_user_source_id": "EMP-0075",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"vehicle_source_id": "VEH-0085",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"driver_source_id": "DRV-0017",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"basis": "Поставка по заявке №123"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5440679B" w14:textId="77777777" w:rsidR="00A83DC2" w:rsidRDefault="00A83DC2"/>
    <w:p w14:paraId="45D39254" w14:textId="77777777" w:rsidR="00561E14" w:rsidRPr="00602D71" w:rsidRDefault="005E0622">
      <w:pPr>
        <w:rPr>
          <w:lang w:val="ru-RU"/>
        </w:rPr>
      </w:pPr>
      <w:proofErr w:type="spellStart"/>
      <w:r>
        <w:t>vehicle_source_id</w:t>
      </w:r>
      <w:proofErr w:type="spellEnd"/>
      <w:r>
        <w:t xml:space="preserve"> и </w:t>
      </w:r>
      <w:proofErr w:type="spellStart"/>
      <w:r>
        <w:t>driver_source_id</w:t>
      </w:r>
      <w:proofErr w:type="spellEnd"/>
      <w:r>
        <w:t xml:space="preserve"> </w:t>
      </w:r>
      <w:proofErr w:type="spellStart"/>
      <w:r>
        <w:t>можно</w:t>
      </w:r>
      <w:proofErr w:type="spellEnd"/>
      <w:r>
        <w:t xml:space="preserve"> не передавать. </w:t>
      </w:r>
      <w:r w:rsidRPr="00602D71">
        <w:rPr>
          <w:lang w:val="ru-RU"/>
        </w:rPr>
        <w:t>Если они указаны, соответствующие автомобиль и водитель должны существовать и быть активны.</w:t>
      </w:r>
    </w:p>
    <w:p w14:paraId="60A1855E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lang w:val="ru-RU"/>
        </w:rPr>
        <w:t>9.4  Успешные</w:t>
      </w:r>
      <w:proofErr w:type="gramEnd"/>
      <w:r w:rsidRPr="00602D71">
        <w:rPr>
          <w:lang w:val="ru-RU"/>
        </w:rPr>
        <w:t xml:space="preserve"> ответы</w:t>
      </w:r>
    </w:p>
    <w:p w14:paraId="2F8653B9" w14:textId="77777777" w:rsidR="00561E14" w:rsidRPr="00602D71" w:rsidRDefault="005E0622">
      <w:pPr>
        <w:pStyle w:val="CaptionCustom"/>
        <w:keepNext/>
        <w:rPr>
          <w:lang w:val="ru-RU"/>
        </w:rPr>
      </w:pPr>
      <w:r w:rsidRPr="00602D71">
        <w:rPr>
          <w:lang w:val="ru-RU"/>
        </w:rPr>
        <w:t xml:space="preserve">ПЕРВОЕ СОЗДАНИЕ · </w:t>
      </w:r>
      <w:r>
        <w:t>HTTP</w:t>
      </w:r>
      <w:r w:rsidRPr="00602D71">
        <w:rPr>
          <w:lang w:val="ru-RU"/>
        </w:rPr>
        <w:t xml:space="preserve"> 201 </w:t>
      </w:r>
      <w:r>
        <w:t>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62BEC52F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4F469B40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"id": "VST-EXAMPLE001",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color w:val="18324E"/>
                <w:sz w:val="21"/>
              </w:rPr>
              <w:t>external_id</w:t>
            </w:r>
            <w:proofErr w:type="spellEnd"/>
            <w:r>
              <w:rPr>
                <w:rFonts w:ascii="Courier New" w:eastAsia="Courier New" w:hAnsi="Courier New" w:cs="Courier New"/>
                <w:color w:val="18324E"/>
                <w:sz w:val="21"/>
              </w:rPr>
              <w:t>": "</w:t>
            </w:r>
            <w:r w:rsidR="00A83DC2" w:rsidRPr="00A83DC2">
              <w:rPr>
                <w:rFonts w:ascii="Courier New" w:eastAsia="Courier New" w:hAnsi="Courier New" w:cs="Courier New"/>
                <w:color w:val="18324E"/>
                <w:sz w:val="21"/>
              </w:rPr>
              <w:t>ТД00-000015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t>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"created": true,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"status": "PLANNED",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"admission_status": "UNDEFINED"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4B9F7B3C" w14:textId="77777777" w:rsidR="009162EA" w:rsidRPr="005560CC" w:rsidRDefault="009162EA"/>
    <w:p w14:paraId="40477A7F" w14:textId="77777777" w:rsidR="00561E14" w:rsidRPr="00602D71" w:rsidRDefault="005E0622">
      <w:pPr>
        <w:rPr>
          <w:lang w:val="ru-RU"/>
        </w:rPr>
      </w:pPr>
      <w:r>
        <w:rPr>
          <w:lang w:val="ru-RU"/>
        </w:rPr>
        <w:t>При первом создании визита status = PLANNED («Запланирован»). Значение admission_status зависит от поля «Допуск на площадку» в карточке площадки: UNDEFINED («Не определён») при режиме «Требует ручной проверки»; ALLOWED («Разрешён») при режиме «Разрешен при наличии сведений».</w:t>
      </w:r>
    </w:p>
    <w:p w14:paraId="113341D7" w14:textId="77777777" w:rsidR="00561E14" w:rsidRPr="00602D71" w:rsidRDefault="005E0622">
      <w:pPr>
        <w:pStyle w:val="CaptionCustom"/>
        <w:keepNext/>
        <w:rPr>
          <w:lang w:val="ru-RU"/>
        </w:rPr>
      </w:pPr>
      <w:r w:rsidRPr="00602D71">
        <w:rPr>
          <w:lang w:val="ru-RU"/>
        </w:rPr>
        <w:lastRenderedPageBreak/>
        <w:t xml:space="preserve">ПОВТОР ТОГО ЖЕ ЗАПРОСА · </w:t>
      </w:r>
      <w:r>
        <w:t>HTTP</w:t>
      </w:r>
      <w:r w:rsidRPr="00602D71">
        <w:rPr>
          <w:lang w:val="ru-RU"/>
        </w:rPr>
        <w:t xml:space="preserve"> 200 </w:t>
      </w:r>
      <w:r>
        <w:t>OK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7ED073EF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76719790" w14:textId="77777777" w:rsidR="00561E14" w:rsidRDefault="005E0622">
            <w:pPr>
              <w:keepLines/>
              <w:spacing w:after="0" w:line="254" w:lineRule="auto"/>
            </w:pPr>
            <w:r>
              <w:rPr>
                <w:rFonts w:ascii="Courier New" w:eastAsia="Courier New" w:hAnsi="Courier New" w:cs="Courier New"/>
                <w:color w:val="18324E"/>
                <w:sz w:val="21"/>
              </w:rPr>
              <w:t>{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"id": "VST-EXAMPLE001",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color w:val="18324E"/>
                <w:sz w:val="21"/>
              </w:rPr>
              <w:t>external_id</w:t>
            </w:r>
            <w:proofErr w:type="spellEnd"/>
            <w:r>
              <w:rPr>
                <w:rFonts w:ascii="Courier New" w:eastAsia="Courier New" w:hAnsi="Courier New" w:cs="Courier New"/>
                <w:color w:val="18324E"/>
                <w:sz w:val="21"/>
              </w:rPr>
              <w:t>": "</w:t>
            </w:r>
            <w:r w:rsidR="009162EA" w:rsidRPr="00A83DC2">
              <w:rPr>
                <w:rFonts w:ascii="Courier New" w:eastAsia="Courier New" w:hAnsi="Courier New" w:cs="Courier New"/>
                <w:color w:val="18324E"/>
                <w:sz w:val="21"/>
              </w:rPr>
              <w:t>ТД00-000015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t>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"created": false,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"status": "PLANNED",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 xml:space="preserve">  "admission_status": "UNDEFINED"</w:t>
            </w:r>
            <w:r>
              <w:rPr>
                <w:rFonts w:ascii="Courier New" w:eastAsia="Courier New" w:hAnsi="Courier New" w:cs="Courier New"/>
                <w:color w:val="18324E"/>
                <w:sz w:val="21"/>
              </w:rPr>
              <w:br/>
              <w:t>}</w:t>
            </w:r>
          </w:p>
        </w:tc>
      </w:tr>
    </w:tbl>
    <w:p w14:paraId="1DFC8526" w14:textId="77777777" w:rsidR="00561E14" w:rsidRDefault="005E0622">
      <w:pPr>
        <w:pStyle w:val="21"/>
        <w:pageBreakBefore/>
      </w:pPr>
      <w:proofErr w:type="gramStart"/>
      <w:r>
        <w:lastRenderedPageBreak/>
        <w:t>9.5  Структура</w:t>
      </w:r>
      <w:proofErr w:type="gramEnd"/>
      <w:r>
        <w:t xml:space="preserve"> успешного ответа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7056"/>
      </w:tblGrid>
      <w:tr w:rsidR="00561E14" w14:paraId="13CE22AF" w14:textId="77777777">
        <w:trPr>
          <w:cantSplit/>
          <w:tblHeader/>
          <w:jc w:val="center"/>
        </w:trPr>
        <w:tc>
          <w:tcPr>
            <w:tcW w:w="2520" w:type="dxa"/>
            <w:shd w:val="clear" w:color="auto" w:fill="18324E"/>
            <w:tcMar>
              <w:top w:w="100" w:type="dxa"/>
              <w:left w:w="145" w:type="dxa"/>
              <w:bottom w:w="100" w:type="dxa"/>
              <w:right w:w="145" w:type="dxa"/>
            </w:tcMar>
            <w:vAlign w:val="center"/>
          </w:tcPr>
          <w:p w14:paraId="7B8CB6E0" w14:textId="77777777" w:rsidR="00561E14" w:rsidRDefault="005E0622">
            <w:pPr>
              <w:spacing w:after="0"/>
            </w:pPr>
            <w:r>
              <w:rPr>
                <w:b/>
                <w:color w:val="FFFFFF"/>
                <w:sz w:val="20"/>
              </w:rPr>
              <w:t>Поле</w:t>
            </w:r>
          </w:p>
        </w:tc>
        <w:tc>
          <w:tcPr>
            <w:tcW w:w="7056" w:type="dxa"/>
            <w:shd w:val="clear" w:color="auto" w:fill="18324E"/>
            <w:tcMar>
              <w:top w:w="100" w:type="dxa"/>
              <w:left w:w="145" w:type="dxa"/>
              <w:bottom w:w="100" w:type="dxa"/>
              <w:right w:w="145" w:type="dxa"/>
            </w:tcMar>
            <w:vAlign w:val="center"/>
          </w:tcPr>
          <w:p w14:paraId="6050B8CB" w14:textId="77777777" w:rsidR="00561E14" w:rsidRDefault="005E0622">
            <w:pPr>
              <w:spacing w:after="0"/>
            </w:pPr>
            <w:r>
              <w:rPr>
                <w:b/>
                <w:color w:val="FFFFFF"/>
                <w:sz w:val="20"/>
              </w:rPr>
              <w:t>Значение</w:t>
            </w:r>
          </w:p>
        </w:tc>
      </w:tr>
      <w:tr w:rsidR="00561E14" w:rsidRPr="00ED3B50" w14:paraId="0B384D52" w14:textId="77777777">
        <w:trPr>
          <w:cantSplit/>
          <w:jc w:val="center"/>
        </w:trPr>
        <w:tc>
          <w:tcPr>
            <w:tcW w:w="25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6154C5E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id</w:t>
            </w:r>
          </w:p>
        </w:tc>
        <w:tc>
          <w:tcPr>
            <w:tcW w:w="7056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5A1FA636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 w:rsidRPr="00602D71">
              <w:rPr>
                <w:sz w:val="20"/>
                <w:lang w:val="ru-RU"/>
              </w:rPr>
              <w:t xml:space="preserve">Внутренний идентификатор созданного визита в </w:t>
            </w:r>
            <w:proofErr w:type="spellStart"/>
            <w:r w:rsidRPr="00602D71">
              <w:rPr>
                <w:sz w:val="20"/>
                <w:lang w:val="ru-RU"/>
              </w:rPr>
              <w:t>Заездо</w:t>
            </w:r>
            <w:proofErr w:type="spellEnd"/>
            <w:r w:rsidRPr="00602D71">
              <w:rPr>
                <w:sz w:val="20"/>
                <w:lang w:val="ru-RU"/>
              </w:rPr>
              <w:t>.</w:t>
            </w:r>
          </w:p>
        </w:tc>
      </w:tr>
      <w:tr w:rsidR="00561E14" w:rsidRPr="00ED3B50" w14:paraId="2B6ED666" w14:textId="77777777">
        <w:trPr>
          <w:cantSplit/>
          <w:jc w:val="center"/>
        </w:trPr>
        <w:tc>
          <w:tcPr>
            <w:tcW w:w="25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09FB0541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external_id</w:t>
            </w:r>
            <w:proofErr w:type="spellEnd"/>
          </w:p>
        </w:tc>
        <w:tc>
          <w:tcPr>
            <w:tcW w:w="7056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7E054682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 w:rsidRPr="00602D71">
              <w:rPr>
                <w:sz w:val="20"/>
                <w:lang w:val="ru-RU"/>
              </w:rPr>
              <w:t>Идентификатор визита во внешней системе, полученный в запросе.</w:t>
            </w:r>
          </w:p>
        </w:tc>
      </w:tr>
      <w:tr w:rsidR="00561E14" w:rsidRPr="00ED3B50" w14:paraId="0BEE9124" w14:textId="77777777">
        <w:trPr>
          <w:cantSplit/>
          <w:jc w:val="center"/>
        </w:trPr>
        <w:tc>
          <w:tcPr>
            <w:tcW w:w="25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5623D38E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created</w:t>
            </w:r>
          </w:p>
        </w:tc>
        <w:tc>
          <w:tcPr>
            <w:tcW w:w="7056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3777D9E2" w14:textId="77777777" w:rsidR="00561E14" w:rsidRPr="00602D71" w:rsidRDefault="005E0622">
            <w:pPr>
              <w:spacing w:after="0" w:line="274" w:lineRule="auto"/>
              <w:rPr>
                <w:lang w:val="ru-RU"/>
              </w:rPr>
            </w:pPr>
            <w:r>
              <w:rPr>
                <w:sz w:val="20"/>
              </w:rPr>
              <w:t>true</w:t>
            </w:r>
            <w:r w:rsidRPr="00602D71">
              <w:rPr>
                <w:sz w:val="20"/>
                <w:lang w:val="ru-RU"/>
              </w:rPr>
              <w:t xml:space="preserve"> — создан новый; </w:t>
            </w:r>
            <w:r>
              <w:rPr>
                <w:sz w:val="20"/>
              </w:rPr>
              <w:t>false</w:t>
            </w:r>
            <w:r w:rsidRPr="00602D71">
              <w:rPr>
                <w:sz w:val="20"/>
                <w:lang w:val="ru-RU"/>
              </w:rPr>
              <w:t xml:space="preserve"> — возвращён уже существующий.</w:t>
            </w:r>
          </w:p>
        </w:tc>
      </w:tr>
      <w:tr w:rsidR="00561E14" w:rsidRPr="00ED3B50" w14:paraId="1F46CFAA" w14:textId="77777777">
        <w:trPr>
          <w:cantSplit/>
          <w:jc w:val="center"/>
        </w:trPr>
        <w:tc>
          <w:tcPr>
            <w:tcW w:w="2520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5A42C3FB" w14:textId="77777777" w:rsidR="00561E14" w:rsidRDefault="005E0622">
            <w:pPr>
              <w:spacing w:after="0" w:line="274" w:lineRule="auto"/>
            </w:pPr>
            <w:r>
              <w:rPr>
                <w:b/>
                <w:color w:val="145CA8"/>
                <w:sz w:val="20"/>
              </w:rPr>
              <w:t>status</w:t>
            </w:r>
          </w:p>
        </w:tc>
        <w:tc>
          <w:tcPr>
            <w:tcW w:w="7056" w:type="dxa"/>
            <w:tcBorders>
              <w:bottom w:val="single" w:sz="4" w:space="0" w:color="DFE7F0"/>
            </w:tcBorders>
            <w:shd w:val="clear" w:color="auto" w:fill="F1F6FA"/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4E654CF9" w14:textId="77777777" w:rsidR="00561E14" w:rsidRPr="00602D71" w:rsidRDefault="005E0622">
            <w:pPr>
              <w:spacing w:after="0"/>
              <w:rPr>
                <w:lang w:val="ru-RU"/>
              </w:rPr>
            </w:pPr>
            <w:r>
              <w:rPr>
                <w:sz w:val="20"/>
                <w:lang w:val="ru-RU"/>
              </w:rPr>
              <w:t>Статус визита. При первом создании — PLANNED («Запланирован»); при повторе — актуальное значение.</w:t>
            </w:r>
          </w:p>
        </w:tc>
      </w:tr>
      <w:tr w:rsidR="00561E14" w:rsidRPr="00ED3B50" w14:paraId="5A61A494" w14:textId="77777777">
        <w:trPr>
          <w:cantSplit/>
          <w:jc w:val="center"/>
        </w:trPr>
        <w:tc>
          <w:tcPr>
            <w:tcW w:w="2520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7A99731D" w14:textId="77777777" w:rsidR="00561E14" w:rsidRDefault="005E0622">
            <w:pPr>
              <w:spacing w:after="0" w:line="274" w:lineRule="auto"/>
            </w:pPr>
            <w:proofErr w:type="spellStart"/>
            <w:r>
              <w:rPr>
                <w:b/>
                <w:color w:val="145CA8"/>
                <w:sz w:val="20"/>
              </w:rPr>
              <w:t>admission_status</w:t>
            </w:r>
            <w:proofErr w:type="spellEnd"/>
          </w:p>
        </w:tc>
        <w:tc>
          <w:tcPr>
            <w:tcW w:w="7056" w:type="dxa"/>
            <w:tcBorders>
              <w:bottom w:val="single" w:sz="4" w:space="0" w:color="DFE7F0"/>
            </w:tcBorders>
            <w:tcMar>
              <w:top w:w="82" w:type="dxa"/>
              <w:left w:w="145" w:type="dxa"/>
              <w:bottom w:w="82" w:type="dxa"/>
              <w:right w:w="145" w:type="dxa"/>
            </w:tcMar>
            <w:vAlign w:val="center"/>
          </w:tcPr>
          <w:p w14:paraId="6BE20EE0" w14:textId="77777777" w:rsidR="00561E14" w:rsidRPr="00602D71" w:rsidRDefault="005E0622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Статус допуска. При создании — UNDEFINED («Не определён») или ALLOWED («Разрешён»); в дальнейшем возможны DENIED («Запрещён») и REVOKED («Отозван»).</w:t>
            </w:r>
          </w:p>
        </w:tc>
      </w:tr>
    </w:tbl>
    <w:p w14:paraId="6EF3AFAF" w14:textId="77777777" w:rsidR="00561E14" w:rsidRDefault="005E0622">
      <w:pPr>
        <w:pStyle w:val="CaptionCustom"/>
        <w:keepNext/>
        <w:spacing w:before="180"/>
      </w:pPr>
      <w:r>
        <w:t>ДОПУСТИМЫЕ ЗНАЧЕНИЯ ADMISSION_STATUS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3"/>
        <w:gridCol w:w="3243"/>
        <w:gridCol w:w="3243"/>
      </w:tblGrid>
      <w:tr w:rsidR="00561E14" w14:paraId="4E9FFFEA" w14:textId="77777777">
        <w:trPr>
          <w:cantSplit/>
          <w:tblHeader/>
        </w:trPr>
        <w:tc>
          <w:tcPr>
            <w:tcW w:w="3243" w:type="dxa"/>
            <w:shd w:val="clear" w:color="auto" w:fill="18324E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15A7B853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FFFFFF"/>
                <w:sz w:val="20"/>
              </w:rPr>
              <w:t>Значение</w:t>
            </w:r>
          </w:p>
        </w:tc>
        <w:tc>
          <w:tcPr>
            <w:tcW w:w="3243" w:type="dxa"/>
            <w:shd w:val="clear" w:color="auto" w:fill="18324E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5E57036B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FFFFFF"/>
                <w:sz w:val="20"/>
              </w:rPr>
              <w:t>Описание</w:t>
            </w:r>
          </w:p>
        </w:tc>
        <w:tc>
          <w:tcPr>
            <w:tcW w:w="3243" w:type="dxa"/>
            <w:shd w:val="clear" w:color="auto" w:fill="18324E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4B2B13B6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FFFFFF"/>
                <w:sz w:val="20"/>
              </w:rPr>
              <w:t>При создании</w:t>
            </w:r>
          </w:p>
        </w:tc>
      </w:tr>
      <w:tr w:rsidR="00561E14" w:rsidRPr="00ED3B50" w14:paraId="15DA5AE8" w14:textId="77777777">
        <w:trPr>
          <w:cantSplit/>
        </w:trPr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6B2982D4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1660A2"/>
                <w:sz w:val="20"/>
              </w:rPr>
              <w:t>UNDEFINED</w:t>
            </w:r>
          </w:p>
        </w:tc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328D0284" w14:textId="77777777" w:rsidR="00561E14" w:rsidRPr="00602D71" w:rsidRDefault="005E0622">
            <w:pPr>
              <w:keepLines/>
              <w:spacing w:after="0" w:line="274" w:lineRule="auto"/>
              <w:rPr>
                <w:lang w:val="ru-RU"/>
              </w:rPr>
            </w:pPr>
            <w:r w:rsidRPr="00602D71">
              <w:rPr>
                <w:sz w:val="20"/>
                <w:lang w:val="ru-RU"/>
              </w:rPr>
              <w:t>Допуск не определён; требуется решение по допуску.</w:t>
            </w:r>
          </w:p>
        </w:tc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66A65366" w14:textId="77777777" w:rsidR="00561E14" w:rsidRPr="00CD28A3" w:rsidRDefault="00BE7455">
            <w:pPr>
              <w:keepLines/>
              <w:spacing w:after="0" w:line="274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Устанавливается,</w:t>
            </w:r>
            <w:r w:rsidR="005E0622">
              <w:rPr>
                <w:sz w:val="20"/>
                <w:lang w:val="ru-RU"/>
              </w:rPr>
              <w:t xml:space="preserve"> если в карточке площадки поле «Допуск на площадку» имеет значение «Требует ручной проверки»</w:t>
            </w:r>
            <w:r>
              <w:rPr>
                <w:sz w:val="20"/>
                <w:lang w:val="ru-RU"/>
              </w:rPr>
              <w:t>.</w:t>
            </w:r>
          </w:p>
        </w:tc>
      </w:tr>
      <w:tr w:rsidR="00561E14" w:rsidRPr="00ED3B50" w14:paraId="5304BE6B" w14:textId="77777777">
        <w:trPr>
          <w:cantSplit/>
        </w:trPr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74DE2A81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1660A2"/>
                <w:sz w:val="20"/>
              </w:rPr>
              <w:t>ALLOWED</w:t>
            </w:r>
          </w:p>
        </w:tc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0A1187DC" w14:textId="77777777" w:rsidR="00561E14" w:rsidRDefault="005E0622">
            <w:pPr>
              <w:keepLines/>
              <w:spacing w:after="0" w:line="274" w:lineRule="auto"/>
            </w:pPr>
            <w:r>
              <w:rPr>
                <w:sz w:val="20"/>
              </w:rPr>
              <w:t>Допуск разрешён.</w:t>
            </w:r>
          </w:p>
        </w:tc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5D95B319" w14:textId="77777777" w:rsidR="00561E14" w:rsidRPr="00A556E8" w:rsidRDefault="00BE7455">
            <w:pPr>
              <w:keepLines/>
              <w:spacing w:after="0" w:line="274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Устанавливается, </w:t>
            </w:r>
            <w:r w:rsidR="005E0622" w:rsidRPr="00A556E8">
              <w:rPr>
                <w:sz w:val="20"/>
                <w:lang w:val="ru-RU"/>
              </w:rPr>
              <w:t>если в карточке площадки поле «Допуск на площадку» имеет значение «Разрешен при наличии сведений»</w:t>
            </w:r>
            <w:r>
              <w:rPr>
                <w:sz w:val="20"/>
                <w:lang w:val="ru-RU"/>
              </w:rPr>
              <w:t>.</w:t>
            </w:r>
          </w:p>
        </w:tc>
      </w:tr>
      <w:tr w:rsidR="00561E14" w14:paraId="60A9398D" w14:textId="77777777">
        <w:trPr>
          <w:cantSplit/>
        </w:trPr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7809DDC4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1660A2"/>
                <w:sz w:val="20"/>
              </w:rPr>
              <w:t>DENIED</w:t>
            </w:r>
          </w:p>
        </w:tc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2D8DB2AC" w14:textId="77777777" w:rsidR="00561E14" w:rsidRDefault="005E0622">
            <w:pPr>
              <w:keepLines/>
              <w:spacing w:after="0" w:line="274" w:lineRule="auto"/>
            </w:pPr>
            <w:r>
              <w:rPr>
                <w:sz w:val="20"/>
              </w:rPr>
              <w:t>Допуск запрещён.</w:t>
            </w:r>
          </w:p>
        </w:tc>
        <w:tc>
          <w:tcPr>
            <w:tcW w:w="3243" w:type="dx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300C3DBD" w14:textId="77777777" w:rsidR="00561E14" w:rsidRDefault="005E0622">
            <w:pPr>
              <w:keepLines/>
              <w:spacing w:after="0" w:line="274" w:lineRule="auto"/>
            </w:pPr>
            <w:r>
              <w:rPr>
                <w:sz w:val="20"/>
              </w:rPr>
              <w:t>Нет</w:t>
            </w:r>
          </w:p>
        </w:tc>
      </w:tr>
      <w:tr w:rsidR="00561E14" w14:paraId="739FCF8F" w14:textId="77777777">
        <w:trPr>
          <w:cantSplit/>
        </w:trPr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5711B169" w14:textId="77777777" w:rsidR="00561E14" w:rsidRDefault="005E0622">
            <w:pPr>
              <w:keepLines/>
              <w:spacing w:after="0" w:line="274" w:lineRule="auto"/>
            </w:pPr>
            <w:r>
              <w:rPr>
                <w:b/>
                <w:color w:val="1660A2"/>
                <w:sz w:val="20"/>
              </w:rPr>
              <w:t>REVOKED</w:t>
            </w:r>
          </w:p>
        </w:tc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5CCFE528" w14:textId="77777777" w:rsidR="00561E14" w:rsidRDefault="005E0622">
            <w:pPr>
              <w:keepLines/>
              <w:spacing w:after="0" w:line="274" w:lineRule="auto"/>
            </w:pPr>
            <w:r>
              <w:rPr>
                <w:sz w:val="20"/>
              </w:rPr>
              <w:t>Ранее выданный допуск отозван.</w:t>
            </w:r>
          </w:p>
        </w:tc>
        <w:tc>
          <w:tcPr>
            <w:tcW w:w="3243" w:type="dxa"/>
            <w:shd w:val="clear" w:color="auto" w:fill="F1F6FA"/>
            <w:tcMar>
              <w:top w:w="95" w:type="dxa"/>
              <w:left w:w="110" w:type="dxa"/>
              <w:bottom w:w="95" w:type="dxa"/>
              <w:right w:w="105" w:type="dxa"/>
            </w:tcMar>
            <w:vAlign w:val="center"/>
          </w:tcPr>
          <w:p w14:paraId="2E970B78" w14:textId="77777777" w:rsidR="00561E14" w:rsidRDefault="005E0622">
            <w:pPr>
              <w:keepLines/>
              <w:spacing w:after="0" w:line="274" w:lineRule="auto"/>
            </w:pPr>
            <w:r>
              <w:rPr>
                <w:sz w:val="20"/>
              </w:rPr>
              <w:t>Нет</w:t>
            </w:r>
          </w:p>
        </w:tc>
      </w:tr>
    </w:tbl>
    <w:p w14:paraId="54EAA067" w14:textId="77777777" w:rsidR="00635CA5" w:rsidRDefault="00635CA5">
      <w:pPr>
        <w:spacing w:after="180"/>
        <w:rPr>
          <w:lang w:val="ru-RU"/>
        </w:rPr>
      </w:pPr>
    </w:p>
    <w:p w14:paraId="48186835" w14:textId="77777777" w:rsidR="00561E14" w:rsidRPr="00602D71" w:rsidRDefault="005E0622">
      <w:pPr>
        <w:spacing w:after="180"/>
        <w:rPr>
          <w:lang w:val="ru-RU"/>
        </w:rPr>
      </w:pPr>
      <w:r w:rsidRPr="00602D71">
        <w:rPr>
          <w:lang w:val="ru-RU"/>
        </w:rPr>
        <w:t xml:space="preserve">После создания визита статус допуска может изменяться по действующим правилам </w:t>
      </w:r>
      <w:proofErr w:type="spellStart"/>
      <w:r w:rsidRPr="00602D71">
        <w:rPr>
          <w:lang w:val="ru-RU"/>
        </w:rPr>
        <w:t>Заездо</w:t>
      </w:r>
      <w:proofErr w:type="spellEnd"/>
      <w:r w:rsidRPr="00602D71">
        <w:rPr>
          <w:lang w:val="ru-RU"/>
        </w:rPr>
        <w:t>; повторный запрос возвращает актуальный статус существующего визита.</w:t>
      </w:r>
    </w:p>
    <w:p w14:paraId="6B629C75" w14:textId="77777777" w:rsidR="00561E14" w:rsidRPr="00602D71" w:rsidRDefault="005E0622">
      <w:pPr>
        <w:pStyle w:val="21"/>
        <w:rPr>
          <w:lang w:val="ru-RU"/>
        </w:rPr>
      </w:pPr>
      <w:proofErr w:type="gramStart"/>
      <w:r w:rsidRPr="00602D71">
        <w:rPr>
          <w:lang w:val="ru-RU"/>
        </w:rPr>
        <w:t>9.6  Правила</w:t>
      </w:r>
      <w:proofErr w:type="gramEnd"/>
      <w:r w:rsidRPr="00602D71">
        <w:rPr>
          <w:lang w:val="ru-RU"/>
        </w:rPr>
        <w:t xml:space="preserve"> создания визита</w:t>
      </w:r>
    </w:p>
    <w:p w14:paraId="4119213A" w14:textId="77777777" w:rsidR="00561E14" w:rsidRPr="00602D71" w:rsidRDefault="005E0622">
      <w:pPr>
        <w:pStyle w:val="BulletCustom"/>
        <w:ind w:left="144"/>
        <w:rPr>
          <w:lang w:val="ru-RU"/>
        </w:rPr>
      </w:pPr>
      <w:r w:rsidRPr="00602D71">
        <w:rPr>
          <w:lang w:val="ru-RU"/>
        </w:rPr>
        <w:t xml:space="preserve">•  Справочники предварительно синхронизируются отдельными </w:t>
      </w:r>
      <w:r>
        <w:t>PUT</w:t>
      </w:r>
      <w:r w:rsidRPr="00602D71">
        <w:rPr>
          <w:lang w:val="ru-RU"/>
        </w:rPr>
        <w:t>-методами. Создание визита не создаёт и не обновляет вложенные сущности.</w:t>
      </w:r>
    </w:p>
    <w:p w14:paraId="7C1C771F" w14:textId="77777777" w:rsidR="00561E14" w:rsidRPr="00602D71" w:rsidRDefault="005E0622">
      <w:pPr>
        <w:pStyle w:val="BulletCustom"/>
        <w:ind w:left="144"/>
        <w:rPr>
          <w:lang w:val="ru-RU"/>
        </w:rPr>
      </w:pPr>
      <w:r w:rsidRPr="00602D71">
        <w:rPr>
          <w:lang w:val="ru-RU"/>
        </w:rPr>
        <w:t xml:space="preserve">•  Площадка и контрагент должны существовать и быть активными. Автомобиль и водитель необязательны, </w:t>
      </w:r>
      <w:proofErr w:type="gramStart"/>
      <w:r w:rsidRPr="00602D71">
        <w:rPr>
          <w:lang w:val="ru-RU"/>
        </w:rPr>
        <w:t>но</w:t>
      </w:r>
      <w:proofErr w:type="gramEnd"/>
      <w:r w:rsidRPr="00602D71">
        <w:rPr>
          <w:lang w:val="ru-RU"/>
        </w:rPr>
        <w:t xml:space="preserve"> если переданы — тоже должны быть найдены и активны.</w:t>
      </w:r>
    </w:p>
    <w:p w14:paraId="6B12E448" w14:textId="77777777" w:rsidR="00561E14" w:rsidRPr="00602D71" w:rsidRDefault="005E0622">
      <w:pPr>
        <w:pStyle w:val="BulletCustom"/>
        <w:ind w:left="144"/>
        <w:rPr>
          <w:lang w:val="ru-RU"/>
        </w:rPr>
      </w:pPr>
      <w:r w:rsidRPr="00602D71">
        <w:rPr>
          <w:lang w:val="ru-RU"/>
        </w:rPr>
        <w:t xml:space="preserve">•  Ответственный обязателен: пользователь активен, имеет действующую учётную запись, роль </w:t>
      </w:r>
      <w:r>
        <w:t>MANAGER</w:t>
      </w:r>
      <w:r w:rsidRPr="00602D71">
        <w:rPr>
          <w:lang w:val="ru-RU"/>
        </w:rPr>
        <w:t xml:space="preserve"> и доступ менеджера к указанной площадке.</w:t>
      </w:r>
    </w:p>
    <w:p w14:paraId="4ECCA075" w14:textId="77777777" w:rsidR="00561E14" w:rsidRPr="00602D71" w:rsidRDefault="005E0622">
      <w:pPr>
        <w:pStyle w:val="BulletCustom"/>
        <w:ind w:left="144"/>
        <w:rPr>
          <w:lang w:val="ru-RU"/>
        </w:rPr>
      </w:pPr>
      <w:r>
        <w:rPr>
          <w:lang w:val="ru-RU"/>
        </w:rPr>
        <w:t>•  Метод проверяет, может ли указанный пользователь быть ответственным за визит на выбранной площадке.</w:t>
      </w:r>
    </w:p>
    <w:p w14:paraId="1B347D8D" w14:textId="77777777" w:rsidR="00561E14" w:rsidRPr="00602D71" w:rsidRDefault="005E0622">
      <w:pPr>
        <w:pStyle w:val="BulletCustom"/>
        <w:ind w:left="144"/>
        <w:rPr>
          <w:lang w:val="ru-RU"/>
        </w:rPr>
      </w:pPr>
      <w:r>
        <w:rPr>
          <w:lang w:val="ru-RU"/>
        </w:rPr>
        <w:lastRenderedPageBreak/>
        <w:t>•  Отсутствие настроенных мест обслуживания, зон ожидания, сотрудников КПП и табло само по себе не блокирует создание визита.</w:t>
      </w:r>
    </w:p>
    <w:p w14:paraId="47C143EB" w14:textId="77777777" w:rsidR="00561E14" w:rsidRPr="00602D71" w:rsidRDefault="005E0622">
      <w:pPr>
        <w:pStyle w:val="BulletCustom"/>
        <w:ind w:left="144"/>
        <w:rPr>
          <w:lang w:val="ru-RU"/>
        </w:rPr>
      </w:pPr>
      <w:r w:rsidRPr="00602D71">
        <w:rPr>
          <w:lang w:val="ru-RU"/>
        </w:rPr>
        <w:t>•  Если запрос отклонён при проверке, визит не создаётся. Ранее созданные справочники остаются без изменений.</w:t>
      </w:r>
    </w:p>
    <w:p w14:paraId="5C5762F7" w14:textId="77777777" w:rsidR="00561E14" w:rsidRPr="00602D71" w:rsidRDefault="005E0622">
      <w:pPr>
        <w:pStyle w:val="BulletCustom"/>
        <w:ind w:left="144"/>
        <w:rPr>
          <w:lang w:val="ru-RU"/>
        </w:rPr>
      </w:pPr>
      <w:r>
        <w:rPr>
          <w:lang w:val="ru-RU"/>
        </w:rPr>
        <w:t>•  Начальный статус — PLANNED («Запланирован»); допуск определяется правилами площадки.</w:t>
      </w:r>
    </w:p>
    <w:p w14:paraId="1F7C7A58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9.7  Порядок</w:t>
      </w:r>
      <w:proofErr w:type="gramEnd"/>
      <w:r w:rsidRPr="00602D71">
        <w:rPr>
          <w:lang w:val="ru-RU"/>
        </w:rPr>
        <w:t xml:space="preserve"> проверки запроса</w:t>
      </w:r>
    </w:p>
    <w:p w14:paraId="056E48EE" w14:textId="77777777" w:rsidR="00561E14" w:rsidRDefault="005E0622">
      <w:pPr>
        <w:rPr>
          <w:lang w:val="ru-RU"/>
        </w:rPr>
      </w:pPr>
      <w:r w:rsidRPr="00602D71">
        <w:rPr>
          <w:lang w:val="ru-RU"/>
        </w:rPr>
        <w:t>Метод использует внешний идентификатор площадки, контрагента и ответственного пользователя, а также автомобиля и водителя, если они указаны. Проверка наличия этих записей выполняется отдельно от проверки параметров и возможности создания визита.</w:t>
      </w:r>
    </w:p>
    <w:p w14:paraId="72F08675" w14:textId="77777777" w:rsidR="00717DBF" w:rsidRPr="00717DBF" w:rsidRDefault="00717DBF">
      <w:pPr>
        <w:rPr>
          <w:lang w:val="ru-RU"/>
        </w:rPr>
      </w:pPr>
      <w:r>
        <w:rPr>
          <w:lang w:val="ru-RU"/>
        </w:rPr>
        <w:t>Запрос проходит этапы в порядке, указанном ниже. При ошибке возвращается HTTP-статус соответствующего этапа; последующие этапы не выполняются.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402"/>
        <w:gridCol w:w="6327"/>
      </w:tblGrid>
      <w:tr w:rsidR="00561E14" w14:paraId="396C6A94" w14:textId="77777777">
        <w:trPr>
          <w:cantSplit/>
          <w:tblHeader/>
        </w:trPr>
        <w:tc>
          <w:tcPr>
            <w:tcW w:w="3402" w:type="dxa"/>
            <w:shd w:val="clear" w:color="auto" w:fill="19344C"/>
          </w:tcPr>
          <w:p w14:paraId="106338F5" w14:textId="77777777" w:rsidR="00561E14" w:rsidRDefault="005E0622">
            <w:pPr>
              <w:keepNext/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Этап</w:t>
            </w:r>
            <w:proofErr w:type="spellEnd"/>
          </w:p>
        </w:tc>
        <w:tc>
          <w:tcPr>
            <w:tcW w:w="6327" w:type="dxa"/>
            <w:shd w:val="clear" w:color="auto" w:fill="19344C"/>
          </w:tcPr>
          <w:p w14:paraId="498CCB9F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Результат</w:t>
            </w:r>
          </w:p>
        </w:tc>
      </w:tr>
      <w:tr w:rsidR="00561E14" w:rsidRPr="00ED3B50" w14:paraId="0C053523" w14:textId="77777777">
        <w:trPr>
          <w:cantSplit/>
        </w:trPr>
        <w:tc>
          <w:tcPr>
            <w:tcW w:w="3402" w:type="dxa"/>
            <w:shd w:val="clear" w:color="auto" w:fill="FFFFFF"/>
          </w:tcPr>
          <w:p w14:paraId="0F41851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1. Авторизация</w:t>
            </w:r>
          </w:p>
        </w:tc>
        <w:tc>
          <w:tcPr>
            <w:tcW w:w="6327" w:type="dxa"/>
            <w:shd w:val="clear" w:color="auto" w:fill="FFFFFF"/>
          </w:tcPr>
          <w:p w14:paraId="5F9C58BD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401 — нет действующего токена или интеграция отключена. 403 — компания отключена.</w:t>
            </w:r>
          </w:p>
        </w:tc>
      </w:tr>
      <w:tr w:rsidR="00561E14" w:rsidRPr="00ED3B50" w14:paraId="08787F1E" w14:textId="77777777">
        <w:trPr>
          <w:cantSplit/>
        </w:trPr>
        <w:tc>
          <w:tcPr>
            <w:tcW w:w="3402" w:type="dxa"/>
            <w:shd w:val="clear" w:color="auto" w:fill="F2F6FA"/>
          </w:tcPr>
          <w:p w14:paraId="3ED43776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2. Чтение тела запроса</w:t>
            </w:r>
          </w:p>
        </w:tc>
        <w:tc>
          <w:tcPr>
            <w:tcW w:w="6327" w:type="dxa"/>
            <w:shd w:val="clear" w:color="auto" w:fill="F2F6FA"/>
          </w:tcPr>
          <w:p w14:paraId="6E60891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415 — неверный </w:t>
            </w:r>
            <w:r>
              <w:rPr>
                <w:color w:val="19344C"/>
                <w:sz w:val="21"/>
              </w:rPr>
              <w:t>Content</w:t>
            </w:r>
            <w:r w:rsidRPr="00602D71">
              <w:rPr>
                <w:color w:val="19344C"/>
                <w:sz w:val="21"/>
                <w:lang w:val="ru-RU"/>
              </w:rPr>
              <w:t>-</w:t>
            </w:r>
            <w:r>
              <w:rPr>
                <w:color w:val="19344C"/>
                <w:sz w:val="21"/>
              </w:rPr>
              <w:t>Type</w:t>
            </w:r>
            <w:r w:rsidRPr="00602D71">
              <w:rPr>
                <w:color w:val="19344C"/>
                <w:sz w:val="21"/>
                <w:lang w:val="ru-RU"/>
              </w:rPr>
              <w:t xml:space="preserve">. 400 — </w:t>
            </w:r>
            <w:r>
              <w:rPr>
                <w:color w:val="19344C"/>
                <w:sz w:val="21"/>
              </w:rPr>
              <w:t>JSON</w:t>
            </w:r>
            <w:r w:rsidRPr="00602D71">
              <w:rPr>
                <w:color w:val="19344C"/>
                <w:sz w:val="21"/>
                <w:lang w:val="ru-RU"/>
              </w:rPr>
              <w:t xml:space="preserve"> не удалось прочитать.</w:t>
            </w:r>
          </w:p>
        </w:tc>
      </w:tr>
      <w:tr w:rsidR="00561E14" w14:paraId="15070ED2" w14:textId="77777777">
        <w:trPr>
          <w:cantSplit/>
        </w:trPr>
        <w:tc>
          <w:tcPr>
            <w:tcW w:w="3402" w:type="dxa"/>
            <w:shd w:val="clear" w:color="auto" w:fill="FFFFFF"/>
          </w:tcPr>
          <w:p w14:paraId="11B15F45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 xml:space="preserve">3. </w:t>
            </w:r>
            <w:proofErr w:type="spellStart"/>
            <w:r>
              <w:rPr>
                <w:b/>
                <w:color w:val="245E8D"/>
                <w:sz w:val="21"/>
              </w:rPr>
              <w:t>Проверка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параметров</w:t>
            </w:r>
            <w:proofErr w:type="spellEnd"/>
          </w:p>
        </w:tc>
        <w:tc>
          <w:tcPr>
            <w:tcW w:w="6327" w:type="dxa"/>
            <w:shd w:val="clear" w:color="auto" w:fill="FFFFFF"/>
          </w:tcPr>
          <w:p w14:paraId="5CA08479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422 — отсутствуют обязательные параметры, неверны тип, длина, формат даты или значение </w:t>
            </w:r>
            <w:r>
              <w:rPr>
                <w:color w:val="19344C"/>
                <w:sz w:val="21"/>
              </w:rPr>
              <w:t>purpose</w:t>
            </w:r>
            <w:r w:rsidRPr="00602D71">
              <w:rPr>
                <w:color w:val="19344C"/>
                <w:sz w:val="21"/>
                <w:lang w:val="ru-RU"/>
              </w:rPr>
              <w:t xml:space="preserve">. </w:t>
            </w:r>
            <w:r>
              <w:rPr>
                <w:color w:val="19344C"/>
                <w:sz w:val="21"/>
              </w:rPr>
              <w:t>Поиск справочников ещё не выполняется.</w:t>
            </w:r>
          </w:p>
        </w:tc>
      </w:tr>
      <w:tr w:rsidR="00561E14" w:rsidRPr="00ED3B50" w14:paraId="3534FE88" w14:textId="77777777">
        <w:trPr>
          <w:cantSplit/>
        </w:trPr>
        <w:tc>
          <w:tcPr>
            <w:tcW w:w="3402" w:type="dxa"/>
            <w:shd w:val="clear" w:color="auto" w:fill="F2F6FA"/>
          </w:tcPr>
          <w:p w14:paraId="4AD0413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4. Проверка повтора</w:t>
            </w:r>
          </w:p>
        </w:tc>
        <w:tc>
          <w:tcPr>
            <w:tcW w:w="6327" w:type="dxa"/>
            <w:shd w:val="clear" w:color="auto" w:fill="F2F6FA"/>
          </w:tcPr>
          <w:p w14:paraId="3263AEC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200 — этот визит уже создан по тому же исходному запросу. 409 —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уже использован с другими исходными данными.</w:t>
            </w:r>
          </w:p>
        </w:tc>
      </w:tr>
      <w:tr w:rsidR="00561E14" w14:paraId="0CE0F31E" w14:textId="77777777">
        <w:trPr>
          <w:cantSplit/>
        </w:trPr>
        <w:tc>
          <w:tcPr>
            <w:tcW w:w="3402" w:type="dxa"/>
            <w:shd w:val="clear" w:color="auto" w:fill="FFFFFF"/>
          </w:tcPr>
          <w:p w14:paraId="4D157302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 xml:space="preserve">5. </w:t>
            </w:r>
            <w:proofErr w:type="spellStart"/>
            <w:r>
              <w:rPr>
                <w:b/>
                <w:color w:val="245E8D"/>
                <w:sz w:val="21"/>
              </w:rPr>
              <w:t>Поиск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записей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справочников</w:t>
            </w:r>
            <w:proofErr w:type="spellEnd"/>
          </w:p>
        </w:tc>
        <w:tc>
          <w:tcPr>
            <w:tcW w:w="6327" w:type="dxa"/>
            <w:shd w:val="clear" w:color="auto" w:fill="FFFFFF"/>
          </w:tcPr>
          <w:p w14:paraId="4AE9F821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404 — не найдена площадка, контрагент, ответственный пользователь, указанный автомобиль или водитель. </w:t>
            </w:r>
            <w:proofErr w:type="spellStart"/>
            <w:r>
              <w:rPr>
                <w:color w:val="19344C"/>
                <w:sz w:val="21"/>
              </w:rPr>
              <w:t>Возвращаются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все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ошибки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поиска</w:t>
            </w:r>
            <w:proofErr w:type="spellEnd"/>
            <w:r>
              <w:rPr>
                <w:color w:val="19344C"/>
                <w:sz w:val="21"/>
              </w:rPr>
              <w:t>.</w:t>
            </w:r>
          </w:p>
        </w:tc>
      </w:tr>
      <w:tr w:rsidR="00561E14" w14:paraId="211B381B" w14:textId="77777777">
        <w:trPr>
          <w:cantSplit/>
        </w:trPr>
        <w:tc>
          <w:tcPr>
            <w:tcW w:w="3402" w:type="dxa"/>
            <w:shd w:val="clear" w:color="auto" w:fill="F2F6FA"/>
          </w:tcPr>
          <w:p w14:paraId="2CDB734E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6. Проверка возможности создания</w:t>
            </w:r>
          </w:p>
        </w:tc>
        <w:tc>
          <w:tcPr>
            <w:tcW w:w="6327" w:type="dxa"/>
            <w:shd w:val="clear" w:color="auto" w:fill="F2F6FA"/>
          </w:tcPr>
          <w:p w14:paraId="79E35405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422 — все записи найдены, но одна из них отключена, ответственного нельзя назначить или время прибытия прошло. </w:t>
            </w:r>
            <w:proofErr w:type="spellStart"/>
            <w:r>
              <w:rPr>
                <w:color w:val="19344C"/>
                <w:sz w:val="21"/>
              </w:rPr>
              <w:t>Возвращаются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все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независимые</w:t>
            </w:r>
            <w:proofErr w:type="spellEnd"/>
            <w:r>
              <w:rPr>
                <w:color w:val="19344C"/>
                <w:sz w:val="21"/>
              </w:rPr>
              <w:t xml:space="preserve"> </w:t>
            </w:r>
            <w:proofErr w:type="spellStart"/>
            <w:r>
              <w:rPr>
                <w:color w:val="19344C"/>
                <w:sz w:val="21"/>
              </w:rPr>
              <w:t>нарушения</w:t>
            </w:r>
            <w:proofErr w:type="spellEnd"/>
            <w:r>
              <w:rPr>
                <w:color w:val="19344C"/>
                <w:sz w:val="21"/>
              </w:rPr>
              <w:t xml:space="preserve"> этого этапа.</w:t>
            </w:r>
          </w:p>
        </w:tc>
      </w:tr>
      <w:tr w:rsidR="00561E14" w:rsidRPr="00ED3B50" w14:paraId="0892A776" w14:textId="77777777">
        <w:trPr>
          <w:cantSplit/>
        </w:trPr>
        <w:tc>
          <w:tcPr>
            <w:tcW w:w="3402" w:type="dxa"/>
            <w:shd w:val="clear" w:color="auto" w:fill="FFFFFF"/>
          </w:tcPr>
          <w:p w14:paraId="2C443A0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7. Создание визита</w:t>
            </w:r>
          </w:p>
        </w:tc>
        <w:tc>
          <w:tcPr>
            <w:tcW w:w="6327" w:type="dxa"/>
            <w:shd w:val="clear" w:color="auto" w:fill="FFFFFF"/>
          </w:tcPr>
          <w:p w14:paraId="5073E12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201 — визит создан. Дальнейшая обработка визита выполняется в </w:t>
            </w:r>
            <w:proofErr w:type="spellStart"/>
            <w:r w:rsidRPr="00602D71">
              <w:rPr>
                <w:color w:val="19344C"/>
                <w:sz w:val="21"/>
                <w:lang w:val="ru-RU"/>
              </w:rPr>
              <w:t>Заездо</w:t>
            </w:r>
            <w:proofErr w:type="spellEnd"/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</w:tbl>
    <w:p w14:paraId="7D2F161B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12700B83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Обработка прекращается на первом этапе с ошибками. В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>] перечисляются все обнаруженные ошибки только этого этапа. Ошибки поиска и проверки возможности создания не смешиваются в одном ответе.</w:t>
      </w:r>
    </w:p>
    <w:p w14:paraId="6F76643F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9.8  Как</w:t>
      </w:r>
      <w:proofErr w:type="gramEnd"/>
      <w:r w:rsidRPr="00602D71">
        <w:rPr>
          <w:lang w:val="ru-RU"/>
        </w:rPr>
        <w:t xml:space="preserve"> различать 404 и 422</w:t>
      </w:r>
    </w:p>
    <w:p w14:paraId="2BF0C5EA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404 — идентификатор передан корректно, но запись по нему не найдена. 422 — нужно исправить данные запроса либо условия, при которых допускается создание визита.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5471"/>
        <w:gridCol w:w="4258"/>
      </w:tblGrid>
      <w:tr w:rsidR="00561E14" w14:paraId="52A4530F" w14:textId="77777777">
        <w:trPr>
          <w:cantSplit/>
          <w:tblHeader/>
        </w:trPr>
        <w:tc>
          <w:tcPr>
            <w:tcW w:w="5471" w:type="dxa"/>
            <w:shd w:val="clear" w:color="auto" w:fill="19344C"/>
          </w:tcPr>
          <w:p w14:paraId="4EE573C1" w14:textId="77777777" w:rsidR="00561E14" w:rsidRDefault="005E0622">
            <w:pPr>
              <w:keepNext/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Ситуация</w:t>
            </w:r>
            <w:proofErr w:type="spellEnd"/>
          </w:p>
        </w:tc>
        <w:tc>
          <w:tcPr>
            <w:tcW w:w="4258" w:type="dxa"/>
            <w:shd w:val="clear" w:color="auto" w:fill="19344C"/>
          </w:tcPr>
          <w:p w14:paraId="53969378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Ответ</w:t>
            </w:r>
          </w:p>
        </w:tc>
      </w:tr>
      <w:tr w:rsidR="00561E14" w14:paraId="2A1CBF01" w14:textId="77777777">
        <w:trPr>
          <w:cantSplit/>
        </w:trPr>
        <w:tc>
          <w:tcPr>
            <w:tcW w:w="5471" w:type="dxa"/>
            <w:shd w:val="clear" w:color="auto" w:fill="FFFFFF"/>
          </w:tcPr>
          <w:p w14:paraId="051358F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Не передан обязательный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  <w:tc>
          <w:tcPr>
            <w:tcW w:w="4258" w:type="dxa"/>
            <w:shd w:val="clear" w:color="auto" w:fill="FFFFFF"/>
          </w:tcPr>
          <w:p w14:paraId="5247DE01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 · REQUIRED</w:t>
            </w:r>
          </w:p>
        </w:tc>
      </w:tr>
      <w:tr w:rsidR="00561E14" w14:paraId="3B1CCDBB" w14:textId="77777777">
        <w:trPr>
          <w:cantSplit/>
        </w:trPr>
        <w:tc>
          <w:tcPr>
            <w:tcW w:w="5471" w:type="dxa"/>
            <w:shd w:val="clear" w:color="auto" w:fill="F2F6FA"/>
          </w:tcPr>
          <w:p w14:paraId="2BD85FC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передан с неверным типом или превышает допустимую длину.</w:t>
            </w:r>
          </w:p>
        </w:tc>
        <w:tc>
          <w:tcPr>
            <w:tcW w:w="4258" w:type="dxa"/>
            <w:shd w:val="clear" w:color="auto" w:fill="F2F6FA"/>
          </w:tcPr>
          <w:p w14:paraId="26DE5983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 · INVALID_SITE_SOURCE_ID</w:t>
            </w:r>
          </w:p>
        </w:tc>
      </w:tr>
      <w:tr w:rsidR="00561E14" w14:paraId="7C81F672" w14:textId="77777777">
        <w:trPr>
          <w:cantSplit/>
        </w:trPr>
        <w:tc>
          <w:tcPr>
            <w:tcW w:w="5471" w:type="dxa"/>
            <w:shd w:val="clear" w:color="auto" w:fill="FFFFFF"/>
          </w:tcPr>
          <w:p w14:paraId="5B0D624A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корректен, но площадки с таким идентификатором нет.</w:t>
            </w:r>
          </w:p>
        </w:tc>
        <w:tc>
          <w:tcPr>
            <w:tcW w:w="4258" w:type="dxa"/>
            <w:shd w:val="clear" w:color="auto" w:fill="FFFFFF"/>
          </w:tcPr>
          <w:p w14:paraId="2B80852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404 · SITE_NOT_FOUND</w:t>
            </w:r>
          </w:p>
        </w:tc>
      </w:tr>
      <w:tr w:rsidR="00561E14" w14:paraId="7D3A9D4B" w14:textId="77777777">
        <w:trPr>
          <w:cantSplit/>
        </w:trPr>
        <w:tc>
          <w:tcPr>
            <w:tcW w:w="5471" w:type="dxa"/>
            <w:shd w:val="clear" w:color="auto" w:fill="F2F6FA"/>
          </w:tcPr>
          <w:p w14:paraId="20D8713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Площадка найдена, но отключена; все остальные переданные записи тоже найдены.</w:t>
            </w:r>
          </w:p>
        </w:tc>
        <w:tc>
          <w:tcPr>
            <w:tcW w:w="4258" w:type="dxa"/>
            <w:shd w:val="clear" w:color="auto" w:fill="F2F6FA"/>
          </w:tcPr>
          <w:p w14:paraId="2A7C4A4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 · SITE_INACTIVE</w:t>
            </w:r>
          </w:p>
        </w:tc>
      </w:tr>
      <w:tr w:rsidR="00561E14" w:rsidRPr="00ED3B50" w14:paraId="67E66082" w14:textId="77777777">
        <w:trPr>
          <w:cantSplit/>
        </w:trPr>
        <w:tc>
          <w:tcPr>
            <w:tcW w:w="5471" w:type="dxa"/>
            <w:shd w:val="clear" w:color="auto" w:fill="FFFFFF"/>
          </w:tcPr>
          <w:p w14:paraId="4CB1511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Площадка не найдена, а менеджер неактивен.</w:t>
            </w:r>
          </w:p>
        </w:tc>
        <w:tc>
          <w:tcPr>
            <w:tcW w:w="4258" w:type="dxa"/>
            <w:shd w:val="clear" w:color="auto" w:fill="FFFFFF"/>
          </w:tcPr>
          <w:p w14:paraId="4980A92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Сначала 404 ·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NOT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FOUND</w:t>
            </w:r>
            <w:r w:rsidRPr="00602D71">
              <w:rPr>
                <w:color w:val="19344C"/>
                <w:sz w:val="21"/>
                <w:lang w:val="ru-RU"/>
              </w:rPr>
              <w:t>. Активность менеджера проверяется после успешного поиска всех записей.</w:t>
            </w:r>
          </w:p>
        </w:tc>
      </w:tr>
      <w:tr w:rsidR="00561E14" w:rsidRPr="00ED3B50" w14:paraId="51BA958D" w14:textId="77777777">
        <w:trPr>
          <w:cantSplit/>
        </w:trPr>
        <w:tc>
          <w:tcPr>
            <w:tcW w:w="5471" w:type="dxa"/>
            <w:shd w:val="clear" w:color="auto" w:fill="F2F6FA"/>
          </w:tcPr>
          <w:p w14:paraId="0C115A8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>
              <w:rPr>
                <w:color w:val="19344C"/>
                <w:sz w:val="21"/>
              </w:rPr>
              <w:t>purpose</w:t>
            </w:r>
            <w:r w:rsidRPr="00602D71">
              <w:rPr>
                <w:color w:val="19344C"/>
                <w:sz w:val="21"/>
                <w:lang w:val="ru-RU"/>
              </w:rPr>
              <w:t xml:space="preserve"> некорректен, а контрагент не найден.</w:t>
            </w:r>
          </w:p>
        </w:tc>
        <w:tc>
          <w:tcPr>
            <w:tcW w:w="4258" w:type="dxa"/>
            <w:shd w:val="clear" w:color="auto" w:fill="F2F6FA"/>
          </w:tcPr>
          <w:p w14:paraId="10CADE30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Сначала 422 · </w:t>
            </w:r>
            <w:r>
              <w:rPr>
                <w:color w:val="19344C"/>
                <w:sz w:val="21"/>
              </w:rPr>
              <w:t>INVALID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PURPOSE</w:t>
            </w:r>
            <w:r w:rsidRPr="00602D71">
              <w:rPr>
                <w:color w:val="19344C"/>
                <w:sz w:val="21"/>
                <w:lang w:val="ru-RU"/>
              </w:rPr>
              <w:t>. Поиск контрагента начнётся после исправления параметров.</w:t>
            </w:r>
          </w:p>
        </w:tc>
      </w:tr>
      <w:tr w:rsidR="00561E14" w:rsidRPr="00ED3B50" w14:paraId="768B3F09" w14:textId="77777777">
        <w:trPr>
          <w:cantSplit/>
        </w:trPr>
        <w:tc>
          <w:tcPr>
            <w:tcW w:w="5471" w:type="dxa"/>
            <w:shd w:val="clear" w:color="auto" w:fill="FFFFFF"/>
          </w:tcPr>
          <w:p w14:paraId="7E083250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Дата корректна по формату, но уже прошла; площадка не найдена.</w:t>
            </w:r>
          </w:p>
        </w:tc>
        <w:tc>
          <w:tcPr>
            <w:tcW w:w="4258" w:type="dxa"/>
            <w:shd w:val="clear" w:color="auto" w:fill="FFFFFF"/>
          </w:tcPr>
          <w:p w14:paraId="1B7F1D1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Сначала 404 ·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NOT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FOUND</w:t>
            </w:r>
            <w:r w:rsidRPr="00602D71">
              <w:rPr>
                <w:color w:val="19344C"/>
                <w:sz w:val="21"/>
                <w:lang w:val="ru-RU"/>
              </w:rPr>
              <w:t>. Проверка прошедшего времени выполняется после поиска.</w:t>
            </w:r>
          </w:p>
        </w:tc>
      </w:tr>
      <w:tr w:rsidR="00561E14" w:rsidRPr="00ED3B50" w14:paraId="244F5EFA" w14:textId="77777777">
        <w:trPr>
          <w:cantSplit/>
        </w:trPr>
        <w:tc>
          <w:tcPr>
            <w:tcW w:w="5471" w:type="dxa"/>
            <w:shd w:val="clear" w:color="auto" w:fill="F2F6FA"/>
          </w:tcPr>
          <w:p w14:paraId="56FE340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Не найдены площадка и контрагент.</w:t>
            </w:r>
          </w:p>
        </w:tc>
        <w:tc>
          <w:tcPr>
            <w:tcW w:w="4258" w:type="dxa"/>
            <w:shd w:val="clear" w:color="auto" w:fill="F2F6FA"/>
          </w:tcPr>
          <w:p w14:paraId="711DEE6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Один ответ 404 с двумя элементами </w:t>
            </w:r>
            <w:proofErr w:type="gramStart"/>
            <w:r>
              <w:rPr>
                <w:color w:val="19344C"/>
                <w:sz w:val="21"/>
              </w:rPr>
              <w:t>errors</w:t>
            </w:r>
            <w:r w:rsidRPr="00602D71">
              <w:rPr>
                <w:color w:val="19344C"/>
                <w:sz w:val="21"/>
                <w:lang w:val="ru-RU"/>
              </w:rPr>
              <w:t>[</w:t>
            </w:r>
            <w:proofErr w:type="gramEnd"/>
            <w:r w:rsidRPr="00602D71">
              <w:rPr>
                <w:color w:val="19344C"/>
                <w:sz w:val="21"/>
                <w:lang w:val="ru-RU"/>
              </w:rPr>
              <w:t>].</w:t>
            </w:r>
          </w:p>
        </w:tc>
      </w:tr>
      <w:tr w:rsidR="00561E14" w:rsidRPr="00ED3B50" w14:paraId="630BC71D" w14:textId="77777777">
        <w:trPr>
          <w:cantSplit/>
        </w:trPr>
        <w:tc>
          <w:tcPr>
            <w:tcW w:w="5471" w:type="dxa"/>
            <w:shd w:val="clear" w:color="auto" w:fill="FFFFFF"/>
          </w:tcPr>
          <w:p w14:paraId="13FB5EFC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Все записи найдены; площадка отключена и время прибытия прошло.</w:t>
            </w:r>
          </w:p>
        </w:tc>
        <w:tc>
          <w:tcPr>
            <w:tcW w:w="4258" w:type="dxa"/>
            <w:shd w:val="clear" w:color="auto" w:fill="FFFFFF"/>
          </w:tcPr>
          <w:p w14:paraId="2D77ABE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Один ответ 422 с двумя элементами </w:t>
            </w:r>
            <w:proofErr w:type="gramStart"/>
            <w:r>
              <w:rPr>
                <w:color w:val="19344C"/>
                <w:sz w:val="21"/>
              </w:rPr>
              <w:t>errors</w:t>
            </w:r>
            <w:r w:rsidRPr="00602D71">
              <w:rPr>
                <w:color w:val="19344C"/>
                <w:sz w:val="21"/>
                <w:lang w:val="ru-RU"/>
              </w:rPr>
              <w:t>[</w:t>
            </w:r>
            <w:proofErr w:type="gramEnd"/>
            <w:r w:rsidRPr="00602D71">
              <w:rPr>
                <w:color w:val="19344C"/>
                <w:sz w:val="21"/>
                <w:lang w:val="ru-RU"/>
              </w:rPr>
              <w:t>].</w:t>
            </w:r>
          </w:p>
        </w:tc>
      </w:tr>
    </w:tbl>
    <w:p w14:paraId="55E294D3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70745511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9.9  Коды</w:t>
      </w:r>
      <w:proofErr w:type="gramEnd"/>
      <w:r w:rsidRPr="00602D71">
        <w:rPr>
          <w:lang w:val="ru-RU"/>
        </w:rPr>
        <w:t xml:space="preserve"> и описания ошибок</w:t>
      </w:r>
    </w:p>
    <w:p w14:paraId="39F05507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Ниже приведены точные значения </w:t>
      </w:r>
      <w:r>
        <w:t>code</w:t>
      </w:r>
      <w:r w:rsidRPr="00602D71">
        <w:rPr>
          <w:lang w:val="ru-RU"/>
        </w:rPr>
        <w:t xml:space="preserve"> и </w:t>
      </w:r>
      <w:r>
        <w:t>message</w:t>
      </w:r>
      <w:r w:rsidRPr="00602D71">
        <w:rPr>
          <w:lang w:val="ru-RU"/>
        </w:rPr>
        <w:t xml:space="preserve">. Подробности ошибок 404 и 422 находятся в массиве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>].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935"/>
        <w:gridCol w:w="3402"/>
        <w:gridCol w:w="5391"/>
      </w:tblGrid>
      <w:tr w:rsidR="00561E14" w14:paraId="3AA6D75F" w14:textId="77777777">
        <w:trPr>
          <w:cantSplit/>
          <w:tblHeader/>
        </w:trPr>
        <w:tc>
          <w:tcPr>
            <w:tcW w:w="935" w:type="dxa"/>
            <w:shd w:val="clear" w:color="auto" w:fill="19344C"/>
          </w:tcPr>
          <w:p w14:paraId="53FABE17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HTTP</w:t>
            </w:r>
          </w:p>
        </w:tc>
        <w:tc>
          <w:tcPr>
            <w:tcW w:w="3402" w:type="dxa"/>
            <w:shd w:val="clear" w:color="auto" w:fill="19344C"/>
          </w:tcPr>
          <w:p w14:paraId="555B5C4F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code</w:t>
            </w:r>
          </w:p>
        </w:tc>
        <w:tc>
          <w:tcPr>
            <w:tcW w:w="5391" w:type="dxa"/>
            <w:shd w:val="clear" w:color="auto" w:fill="19344C"/>
          </w:tcPr>
          <w:p w14:paraId="2CF12861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message</w:t>
            </w:r>
          </w:p>
        </w:tc>
      </w:tr>
      <w:tr w:rsidR="00561E14" w:rsidRPr="00ED3B50" w14:paraId="287203FB" w14:textId="77777777">
        <w:trPr>
          <w:cantSplit/>
        </w:trPr>
        <w:tc>
          <w:tcPr>
            <w:tcW w:w="935" w:type="dxa"/>
            <w:shd w:val="clear" w:color="auto" w:fill="FFFFFF"/>
          </w:tcPr>
          <w:p w14:paraId="2DA131F4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400</w:t>
            </w:r>
          </w:p>
        </w:tc>
        <w:tc>
          <w:tcPr>
            <w:tcW w:w="3402" w:type="dxa"/>
            <w:shd w:val="clear" w:color="auto" w:fill="FFFFFF"/>
          </w:tcPr>
          <w:p w14:paraId="1C061A5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INVALID_JSON</w:t>
            </w:r>
          </w:p>
        </w:tc>
        <w:tc>
          <w:tcPr>
            <w:tcW w:w="5391" w:type="dxa"/>
            <w:shd w:val="clear" w:color="auto" w:fill="FFFFFF"/>
          </w:tcPr>
          <w:p w14:paraId="312D0DAA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Не удалось прочитать </w:t>
            </w:r>
            <w:r>
              <w:rPr>
                <w:color w:val="19344C"/>
                <w:sz w:val="21"/>
              </w:rPr>
              <w:t>JSON</w:t>
            </w:r>
            <w:r w:rsidRPr="00602D71">
              <w:rPr>
                <w:color w:val="19344C"/>
                <w:sz w:val="21"/>
                <w:lang w:val="ru-RU"/>
              </w:rPr>
              <w:t xml:space="preserve"> тела запроса.</w:t>
            </w:r>
          </w:p>
        </w:tc>
      </w:tr>
      <w:tr w:rsidR="00561E14" w:rsidRPr="00ED3B50" w14:paraId="45E1672C" w14:textId="77777777">
        <w:trPr>
          <w:cantSplit/>
        </w:trPr>
        <w:tc>
          <w:tcPr>
            <w:tcW w:w="935" w:type="dxa"/>
            <w:shd w:val="clear" w:color="auto" w:fill="F2F6FA"/>
          </w:tcPr>
          <w:p w14:paraId="390F8A21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401</w:t>
            </w:r>
          </w:p>
        </w:tc>
        <w:tc>
          <w:tcPr>
            <w:tcW w:w="3402" w:type="dxa"/>
            <w:shd w:val="clear" w:color="auto" w:fill="F2F6FA"/>
          </w:tcPr>
          <w:p w14:paraId="2432D494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UNAUTHORIZED</w:t>
            </w:r>
          </w:p>
        </w:tc>
        <w:tc>
          <w:tcPr>
            <w:tcW w:w="5391" w:type="dxa"/>
            <w:shd w:val="clear" w:color="auto" w:fill="F2F6FA"/>
          </w:tcPr>
          <w:p w14:paraId="4D11FB4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Требуется действующий </w:t>
            </w:r>
            <w:r>
              <w:rPr>
                <w:color w:val="19344C"/>
                <w:sz w:val="21"/>
              </w:rPr>
              <w:t>Bearer</w:t>
            </w:r>
            <w:r w:rsidRPr="00602D71">
              <w:rPr>
                <w:color w:val="19344C"/>
                <w:sz w:val="21"/>
                <w:lang w:val="ru-RU"/>
              </w:rPr>
              <w:t>-токен интеграции.</w:t>
            </w:r>
          </w:p>
        </w:tc>
      </w:tr>
      <w:tr w:rsidR="00561E14" w14:paraId="0EE14DB7" w14:textId="77777777">
        <w:trPr>
          <w:cantSplit/>
        </w:trPr>
        <w:tc>
          <w:tcPr>
            <w:tcW w:w="935" w:type="dxa"/>
            <w:shd w:val="clear" w:color="auto" w:fill="FFFFFF"/>
          </w:tcPr>
          <w:p w14:paraId="733FEC68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403</w:t>
            </w:r>
          </w:p>
        </w:tc>
        <w:tc>
          <w:tcPr>
            <w:tcW w:w="3402" w:type="dxa"/>
            <w:shd w:val="clear" w:color="auto" w:fill="FFFFFF"/>
          </w:tcPr>
          <w:p w14:paraId="765D416C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TENANT_INACTIVE</w:t>
            </w:r>
          </w:p>
        </w:tc>
        <w:tc>
          <w:tcPr>
            <w:tcW w:w="5391" w:type="dxa"/>
            <w:shd w:val="clear" w:color="auto" w:fill="FFFFFF"/>
          </w:tcPr>
          <w:p w14:paraId="72A3BEF2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Компания отключена в Заездо.</w:t>
            </w:r>
          </w:p>
        </w:tc>
      </w:tr>
      <w:tr w:rsidR="00561E14" w:rsidRPr="00ED3B50" w14:paraId="4F4E54D8" w14:textId="77777777">
        <w:trPr>
          <w:cantSplit/>
        </w:trPr>
        <w:tc>
          <w:tcPr>
            <w:tcW w:w="935" w:type="dxa"/>
            <w:shd w:val="clear" w:color="auto" w:fill="F2F6FA"/>
          </w:tcPr>
          <w:p w14:paraId="746F2C6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404</w:t>
            </w:r>
          </w:p>
        </w:tc>
        <w:tc>
          <w:tcPr>
            <w:tcW w:w="3402" w:type="dxa"/>
            <w:shd w:val="clear" w:color="auto" w:fill="F2F6FA"/>
          </w:tcPr>
          <w:p w14:paraId="68089F0D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RESOURCE_NOT_FOUND</w:t>
            </w:r>
          </w:p>
        </w:tc>
        <w:tc>
          <w:tcPr>
            <w:tcW w:w="5391" w:type="dxa"/>
            <w:shd w:val="clear" w:color="auto" w:fill="F2F6FA"/>
          </w:tcPr>
          <w:p w14:paraId="2DCA91F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Не найдены записи по переданным идентификаторам.</w:t>
            </w:r>
          </w:p>
        </w:tc>
      </w:tr>
      <w:tr w:rsidR="00561E14" w:rsidRPr="00ED3B50" w14:paraId="33F8FA66" w14:textId="77777777">
        <w:trPr>
          <w:cantSplit/>
        </w:trPr>
        <w:tc>
          <w:tcPr>
            <w:tcW w:w="935" w:type="dxa"/>
            <w:shd w:val="clear" w:color="auto" w:fill="FFFFFF"/>
          </w:tcPr>
          <w:p w14:paraId="0B19D171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409</w:t>
            </w:r>
          </w:p>
        </w:tc>
        <w:tc>
          <w:tcPr>
            <w:tcW w:w="3402" w:type="dxa"/>
            <w:shd w:val="clear" w:color="auto" w:fill="FFFFFF"/>
          </w:tcPr>
          <w:p w14:paraId="78848FE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VISIT_ALREADY_EXISTS</w:t>
            </w:r>
          </w:p>
        </w:tc>
        <w:tc>
          <w:tcPr>
            <w:tcW w:w="5391" w:type="dxa"/>
            <w:shd w:val="clear" w:color="auto" w:fill="FFFFFF"/>
          </w:tcPr>
          <w:p w14:paraId="10915F1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Визит с указанным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уже существует с другими исходными данными.</w:t>
            </w:r>
          </w:p>
        </w:tc>
      </w:tr>
      <w:tr w:rsidR="00561E14" w14:paraId="38913471" w14:textId="77777777">
        <w:trPr>
          <w:cantSplit/>
        </w:trPr>
        <w:tc>
          <w:tcPr>
            <w:tcW w:w="935" w:type="dxa"/>
            <w:shd w:val="clear" w:color="auto" w:fill="F2F6FA"/>
          </w:tcPr>
          <w:p w14:paraId="71AAF21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415</w:t>
            </w:r>
          </w:p>
        </w:tc>
        <w:tc>
          <w:tcPr>
            <w:tcW w:w="3402" w:type="dxa"/>
            <w:shd w:val="clear" w:color="auto" w:fill="F2F6FA"/>
          </w:tcPr>
          <w:p w14:paraId="46176BA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UNSUPPORTED_MEDIA_TYPE</w:t>
            </w:r>
          </w:p>
        </w:tc>
        <w:tc>
          <w:tcPr>
            <w:tcW w:w="5391" w:type="dxa"/>
            <w:shd w:val="clear" w:color="auto" w:fill="F2F6FA"/>
          </w:tcPr>
          <w:p w14:paraId="0B8997CC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Передайте тело запроса с Content-Type: application/json.</w:t>
            </w:r>
          </w:p>
        </w:tc>
      </w:tr>
      <w:tr w:rsidR="00561E14" w14:paraId="7D2B33F0" w14:textId="77777777">
        <w:trPr>
          <w:cantSplit/>
        </w:trPr>
        <w:tc>
          <w:tcPr>
            <w:tcW w:w="935" w:type="dxa"/>
            <w:shd w:val="clear" w:color="auto" w:fill="FFFFFF"/>
          </w:tcPr>
          <w:p w14:paraId="3595A9E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422</w:t>
            </w:r>
          </w:p>
        </w:tc>
        <w:tc>
          <w:tcPr>
            <w:tcW w:w="3402" w:type="dxa"/>
            <w:shd w:val="clear" w:color="auto" w:fill="FFFFFF"/>
          </w:tcPr>
          <w:p w14:paraId="49A37DAC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VALIDATION_ERROR</w:t>
            </w:r>
          </w:p>
        </w:tc>
        <w:tc>
          <w:tcPr>
            <w:tcW w:w="5391" w:type="dxa"/>
            <w:shd w:val="clear" w:color="auto" w:fill="FFFFFF"/>
          </w:tcPr>
          <w:p w14:paraId="20191444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Ошибка проверки данных визита.</w:t>
            </w:r>
          </w:p>
        </w:tc>
      </w:tr>
      <w:tr w:rsidR="00561E14" w:rsidRPr="00ED3B50" w14:paraId="1967FD06" w14:textId="77777777">
        <w:trPr>
          <w:cantSplit/>
        </w:trPr>
        <w:tc>
          <w:tcPr>
            <w:tcW w:w="935" w:type="dxa"/>
            <w:shd w:val="clear" w:color="auto" w:fill="F2F6FA"/>
          </w:tcPr>
          <w:p w14:paraId="7D748A13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429</w:t>
            </w:r>
          </w:p>
        </w:tc>
        <w:tc>
          <w:tcPr>
            <w:tcW w:w="3402" w:type="dxa"/>
            <w:shd w:val="clear" w:color="auto" w:fill="F2F6FA"/>
          </w:tcPr>
          <w:p w14:paraId="7AE1FFE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RATE_LIMITED</w:t>
            </w:r>
          </w:p>
        </w:tc>
        <w:tc>
          <w:tcPr>
            <w:tcW w:w="5391" w:type="dxa"/>
            <w:shd w:val="clear" w:color="auto" w:fill="F2F6FA"/>
          </w:tcPr>
          <w:p w14:paraId="4B230447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Превышено допустимое количество запросов. Повторите запрос позже.</w:t>
            </w:r>
          </w:p>
        </w:tc>
      </w:tr>
      <w:tr w:rsidR="00561E14" w14:paraId="5528A20B" w14:textId="77777777">
        <w:trPr>
          <w:cantSplit/>
        </w:trPr>
        <w:tc>
          <w:tcPr>
            <w:tcW w:w="935" w:type="dxa"/>
            <w:shd w:val="clear" w:color="auto" w:fill="FFFFFF"/>
          </w:tcPr>
          <w:p w14:paraId="456291DE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500</w:t>
            </w:r>
          </w:p>
        </w:tc>
        <w:tc>
          <w:tcPr>
            <w:tcW w:w="3402" w:type="dxa"/>
            <w:shd w:val="clear" w:color="auto" w:fill="FFFFFF"/>
          </w:tcPr>
          <w:p w14:paraId="7182BE72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INTERNAL_ERROR</w:t>
            </w:r>
          </w:p>
        </w:tc>
        <w:tc>
          <w:tcPr>
            <w:tcW w:w="5391" w:type="dxa"/>
            <w:shd w:val="clear" w:color="auto" w:fill="FFFFFF"/>
          </w:tcPr>
          <w:p w14:paraId="3FD1229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Внутренняя ошибка Заездо.</w:t>
            </w:r>
          </w:p>
        </w:tc>
      </w:tr>
      <w:tr w:rsidR="00561E14" w14:paraId="32C4DC94" w14:textId="77777777">
        <w:trPr>
          <w:cantSplit/>
        </w:trPr>
        <w:tc>
          <w:tcPr>
            <w:tcW w:w="935" w:type="dxa"/>
            <w:shd w:val="clear" w:color="auto" w:fill="F2F6FA"/>
          </w:tcPr>
          <w:p w14:paraId="12DD59C3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503</w:t>
            </w:r>
          </w:p>
        </w:tc>
        <w:tc>
          <w:tcPr>
            <w:tcW w:w="3402" w:type="dxa"/>
            <w:shd w:val="clear" w:color="auto" w:fill="F2F6FA"/>
          </w:tcPr>
          <w:p w14:paraId="50C9588B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SERVICE_UNAVAILABLE</w:t>
            </w:r>
          </w:p>
        </w:tc>
        <w:tc>
          <w:tcPr>
            <w:tcW w:w="5391" w:type="dxa"/>
            <w:shd w:val="clear" w:color="auto" w:fill="F2F6FA"/>
          </w:tcPr>
          <w:p w14:paraId="5756AA01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Сервис Заездо временно недоступен.</w:t>
            </w:r>
          </w:p>
        </w:tc>
      </w:tr>
    </w:tbl>
    <w:p w14:paraId="454EE90A" w14:textId="77777777" w:rsidR="00561E14" w:rsidRDefault="00561E14">
      <w:pPr>
        <w:spacing w:after="80" w:line="20" w:lineRule="exact"/>
      </w:pPr>
    </w:p>
    <w:p w14:paraId="7F4F0536" w14:textId="77777777" w:rsidR="00635CA5" w:rsidRDefault="00635CA5"/>
    <w:p w14:paraId="1587EDFE" w14:textId="77777777" w:rsidR="00561E14" w:rsidRPr="00602D71" w:rsidRDefault="005E0622">
      <w:pPr>
        <w:rPr>
          <w:lang w:val="ru-RU"/>
        </w:rPr>
      </w:pPr>
      <w:r>
        <w:t>RESOURCE</w:t>
      </w:r>
      <w:r w:rsidRPr="00602D71">
        <w:rPr>
          <w:lang w:val="ru-RU"/>
        </w:rPr>
        <w:t>_</w:t>
      </w:r>
      <w:r>
        <w:t>NOT</w:t>
      </w:r>
      <w:r w:rsidRPr="00602D71">
        <w:rPr>
          <w:lang w:val="ru-RU"/>
        </w:rPr>
        <w:t>_</w:t>
      </w:r>
      <w:r>
        <w:t>FOUND</w:t>
      </w:r>
      <w:r w:rsidRPr="00602D71">
        <w:rPr>
          <w:lang w:val="ru-RU"/>
        </w:rPr>
        <w:t xml:space="preserve"> относится к площадке, контрагенту, ответственному пользователю, автомобилю или водителю, указанным в запросе. Он не означает отсутствие создаваемого визита.</w:t>
      </w:r>
    </w:p>
    <w:p w14:paraId="1AC1E90A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9.10  Конкретные</w:t>
      </w:r>
      <w:proofErr w:type="gramEnd"/>
      <w:r w:rsidRPr="00602D71">
        <w:rPr>
          <w:lang w:val="ru-RU"/>
        </w:rPr>
        <w:t xml:space="preserve"> ошибки</w:t>
      </w:r>
    </w:p>
    <w:p w14:paraId="1C15EE37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Каждая строка задаёт одну ошибку: </w:t>
      </w:r>
      <w:r>
        <w:t>field</w:t>
      </w:r>
      <w:r w:rsidRPr="00602D71">
        <w:rPr>
          <w:lang w:val="ru-RU"/>
        </w:rPr>
        <w:t xml:space="preserve"> — параметр запроса; </w:t>
      </w:r>
      <w:r>
        <w:t>code</w:t>
      </w:r>
      <w:r w:rsidRPr="00602D71">
        <w:rPr>
          <w:lang w:val="ru-RU"/>
        </w:rPr>
        <w:t xml:space="preserve"> — её машинный код; </w:t>
      </w:r>
      <w:r>
        <w:t>message</w:t>
      </w:r>
      <w:r w:rsidRPr="00602D71">
        <w:rPr>
          <w:lang w:val="ru-RU"/>
        </w:rPr>
        <w:t xml:space="preserve"> — точный текст. Если на этапе найдено несколько независимых ошибок, они возвращаются отдельными элементами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>].</w:t>
      </w:r>
    </w:p>
    <w:p w14:paraId="106075B2" w14:textId="77777777" w:rsidR="00561E14" w:rsidRPr="00602D71" w:rsidRDefault="005E0622">
      <w:pPr>
        <w:pStyle w:val="31"/>
        <w:rPr>
          <w:lang w:val="ru-RU"/>
        </w:rPr>
      </w:pPr>
      <w:proofErr w:type="gramStart"/>
      <w:r w:rsidRPr="00602D71">
        <w:rPr>
          <w:lang w:val="ru-RU"/>
        </w:rPr>
        <w:t>9.10.1  Параметры</w:t>
      </w:r>
      <w:proofErr w:type="gramEnd"/>
      <w:r w:rsidRPr="00602D71">
        <w:rPr>
          <w:lang w:val="ru-RU"/>
        </w:rPr>
        <w:t xml:space="preserve"> запроса · </w:t>
      </w:r>
      <w:r>
        <w:t>HTTP</w:t>
      </w:r>
      <w:r w:rsidRPr="00602D71">
        <w:rPr>
          <w:lang w:val="ru-RU"/>
        </w:rPr>
        <w:t xml:space="preserve"> 422</w:t>
      </w:r>
    </w:p>
    <w:p w14:paraId="5F8FEC9A" w14:textId="77777777" w:rsidR="00561E14" w:rsidRPr="00602D71" w:rsidRDefault="005E0622">
      <w:pPr>
        <w:rPr>
          <w:lang w:val="ru-RU"/>
        </w:rPr>
      </w:pPr>
      <w:r>
        <w:rPr>
          <w:lang w:val="ru-RU"/>
        </w:rPr>
        <w:t xml:space="preserve">На этом этапе не выполняются поиск записей, проверка их активности и прав менеджера. Для planned_arrival_at проверяются наличие и корректность даты и времени в формате ГГГГ-ММ-ДД </w:t>
      </w:r>
      <w:proofErr w:type="gramStart"/>
      <w:r>
        <w:rPr>
          <w:lang w:val="ru-RU"/>
        </w:rPr>
        <w:t>ЧЧ:ММ</w:t>
      </w:r>
      <w:proofErr w:type="gramEnd"/>
      <w:r>
        <w:rPr>
          <w:lang w:val="ru-RU"/>
        </w:rPr>
        <w:t>, но не наступление указанного времени.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4904"/>
        <w:gridCol w:w="4825"/>
      </w:tblGrid>
      <w:tr w:rsidR="00561E14" w14:paraId="5528B053" w14:textId="77777777">
        <w:trPr>
          <w:cantSplit/>
          <w:tblHeader/>
        </w:trPr>
        <w:tc>
          <w:tcPr>
            <w:tcW w:w="4904" w:type="dxa"/>
            <w:shd w:val="clear" w:color="auto" w:fill="19344C"/>
          </w:tcPr>
          <w:p w14:paraId="2F74BFF7" w14:textId="77777777" w:rsidR="00561E14" w:rsidRDefault="005E0622">
            <w:pPr>
              <w:keepNext/>
              <w:spacing w:after="0" w:line="264" w:lineRule="auto"/>
            </w:pP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].field / errors[].code</w:t>
            </w:r>
          </w:p>
        </w:tc>
        <w:tc>
          <w:tcPr>
            <w:tcW w:w="4825" w:type="dxa"/>
            <w:shd w:val="clear" w:color="auto" w:fill="19344C"/>
          </w:tcPr>
          <w:p w14:paraId="2CF52F6A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 xml:space="preserve">Точное значение </w:t>
            </w: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].message</w:t>
            </w:r>
          </w:p>
        </w:tc>
      </w:tr>
      <w:tr w:rsidR="00561E14" w:rsidRPr="00ED3B50" w14:paraId="1EE81C65" w14:textId="77777777">
        <w:trPr>
          <w:cantSplit/>
        </w:trPr>
        <w:tc>
          <w:tcPr>
            <w:tcW w:w="4904" w:type="dxa"/>
            <w:shd w:val="clear" w:color="auto" w:fill="FFFFFF"/>
          </w:tcPr>
          <w:p w14:paraId="1501508C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external_id</w:t>
            </w:r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FFFFF"/>
          </w:tcPr>
          <w:p w14:paraId="6E7BD00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Укажите идентификатор визита во внешней системе.</w:t>
            </w:r>
          </w:p>
        </w:tc>
      </w:tr>
      <w:tr w:rsidR="00561E14" w:rsidRPr="00ED3B50" w14:paraId="1B82ABC7" w14:textId="77777777">
        <w:trPr>
          <w:cantSplit/>
        </w:trPr>
        <w:tc>
          <w:tcPr>
            <w:tcW w:w="4904" w:type="dxa"/>
            <w:shd w:val="clear" w:color="auto" w:fill="F2F6FA"/>
          </w:tcPr>
          <w:p w14:paraId="49961ABE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external_id</w:t>
            </w:r>
            <w:proofErr w:type="spellEnd"/>
            <w:r>
              <w:rPr>
                <w:color w:val="19344C"/>
                <w:sz w:val="21"/>
              </w:rPr>
              <w:br/>
              <w:t>INVALID_EXTERNAL_ID</w:t>
            </w:r>
          </w:p>
        </w:tc>
        <w:tc>
          <w:tcPr>
            <w:tcW w:w="4825" w:type="dxa"/>
            <w:shd w:val="clear" w:color="auto" w:fill="F2F6FA"/>
          </w:tcPr>
          <w:p w14:paraId="1E8CD2E0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должен быть строкой длиной от 1 до 80 символов.</w:t>
            </w:r>
          </w:p>
        </w:tc>
      </w:tr>
      <w:tr w:rsidR="00561E14" w14:paraId="4E134433" w14:textId="77777777">
        <w:trPr>
          <w:cantSplit/>
        </w:trPr>
        <w:tc>
          <w:tcPr>
            <w:tcW w:w="4904" w:type="dxa"/>
            <w:shd w:val="clear" w:color="auto" w:fill="FFFFFF"/>
          </w:tcPr>
          <w:p w14:paraId="7F04A0F2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site_source_id</w:t>
            </w:r>
            <w:proofErr w:type="spellEnd"/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FFFFF"/>
          </w:tcPr>
          <w:p w14:paraId="6F9F51D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Укажите идентификатор площадки.</w:t>
            </w:r>
          </w:p>
        </w:tc>
      </w:tr>
      <w:tr w:rsidR="00561E14" w:rsidRPr="00ED3B50" w14:paraId="65C2913F" w14:textId="77777777">
        <w:trPr>
          <w:cantSplit/>
        </w:trPr>
        <w:tc>
          <w:tcPr>
            <w:tcW w:w="4904" w:type="dxa"/>
            <w:shd w:val="clear" w:color="auto" w:fill="F2F6FA"/>
          </w:tcPr>
          <w:p w14:paraId="542C410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site_source_id</w:t>
            </w:r>
            <w:r>
              <w:rPr>
                <w:color w:val="19344C"/>
                <w:sz w:val="21"/>
              </w:rPr>
              <w:br/>
              <w:t>INVALID_SITE_SOURCE_ID</w:t>
            </w:r>
          </w:p>
        </w:tc>
        <w:tc>
          <w:tcPr>
            <w:tcW w:w="4825" w:type="dxa"/>
            <w:shd w:val="clear" w:color="auto" w:fill="F2F6FA"/>
          </w:tcPr>
          <w:p w14:paraId="40C8787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площадки должен быть строкой длиной от 1 до 80 символов.</w:t>
            </w:r>
          </w:p>
        </w:tc>
      </w:tr>
      <w:tr w:rsidR="00561E14" w14:paraId="4772D7C4" w14:textId="77777777">
        <w:trPr>
          <w:cantSplit/>
        </w:trPr>
        <w:tc>
          <w:tcPr>
            <w:tcW w:w="4904" w:type="dxa"/>
            <w:shd w:val="clear" w:color="auto" w:fill="FFFFFF"/>
          </w:tcPr>
          <w:p w14:paraId="744B0F2D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counterparty_source_id</w:t>
            </w:r>
            <w:proofErr w:type="spellEnd"/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FFFFF"/>
          </w:tcPr>
          <w:p w14:paraId="7E9223C2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Укажите идентификатор контрагента.</w:t>
            </w:r>
          </w:p>
        </w:tc>
      </w:tr>
      <w:tr w:rsidR="00561E14" w:rsidRPr="00ED3B50" w14:paraId="25B66C03" w14:textId="77777777">
        <w:trPr>
          <w:cantSplit/>
        </w:trPr>
        <w:tc>
          <w:tcPr>
            <w:tcW w:w="4904" w:type="dxa"/>
            <w:shd w:val="clear" w:color="auto" w:fill="F2F6FA"/>
          </w:tcPr>
          <w:p w14:paraId="1BCC51A6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counterparty_source_id</w:t>
            </w:r>
            <w:r>
              <w:rPr>
                <w:color w:val="19344C"/>
                <w:sz w:val="21"/>
              </w:rPr>
              <w:br/>
              <w:t>INVALID_COUNTERPARTY_SOURCE_ID</w:t>
            </w:r>
          </w:p>
        </w:tc>
        <w:tc>
          <w:tcPr>
            <w:tcW w:w="4825" w:type="dxa"/>
            <w:shd w:val="clear" w:color="auto" w:fill="F2F6FA"/>
          </w:tcPr>
          <w:p w14:paraId="0864FFC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контрагента должен быть строкой длиной от 1 до 80 символов.</w:t>
            </w:r>
          </w:p>
        </w:tc>
      </w:tr>
      <w:tr w:rsidR="00561E14" w14:paraId="04EF7A30" w14:textId="77777777">
        <w:trPr>
          <w:cantSplit/>
        </w:trPr>
        <w:tc>
          <w:tcPr>
            <w:tcW w:w="4904" w:type="dxa"/>
            <w:shd w:val="clear" w:color="auto" w:fill="FFFFFF"/>
          </w:tcPr>
          <w:p w14:paraId="625A7153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responsible_user_source_id</w:t>
            </w:r>
            <w:proofErr w:type="spellEnd"/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FFFFF"/>
          </w:tcPr>
          <w:p w14:paraId="42BA6CD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Укажите идентификатор ответственного менеджера.</w:t>
            </w:r>
          </w:p>
        </w:tc>
      </w:tr>
      <w:tr w:rsidR="00561E14" w:rsidRPr="00ED3B50" w14:paraId="51AB2DD0" w14:textId="77777777">
        <w:trPr>
          <w:cantSplit/>
        </w:trPr>
        <w:tc>
          <w:tcPr>
            <w:tcW w:w="4904" w:type="dxa"/>
            <w:shd w:val="clear" w:color="auto" w:fill="F2F6FA"/>
          </w:tcPr>
          <w:p w14:paraId="722F286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responsible_user_source_id</w:t>
            </w:r>
            <w:r>
              <w:rPr>
                <w:color w:val="19344C"/>
                <w:sz w:val="21"/>
              </w:rPr>
              <w:br/>
              <w:t>INVALID_RESPONSIBLE_USER_SOURCE_ID</w:t>
            </w:r>
          </w:p>
        </w:tc>
        <w:tc>
          <w:tcPr>
            <w:tcW w:w="4825" w:type="dxa"/>
            <w:shd w:val="clear" w:color="auto" w:fill="F2F6FA"/>
          </w:tcPr>
          <w:p w14:paraId="162CD9C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ответственного должен быть строкой длиной от 1 до 80 символов.</w:t>
            </w:r>
          </w:p>
        </w:tc>
      </w:tr>
      <w:tr w:rsidR="00561E14" w:rsidRPr="00ED3B50" w14:paraId="1EF2EFCA" w14:textId="77777777">
        <w:trPr>
          <w:cantSplit/>
        </w:trPr>
        <w:tc>
          <w:tcPr>
            <w:tcW w:w="4904" w:type="dxa"/>
            <w:shd w:val="clear" w:color="auto" w:fill="FFFFFF"/>
          </w:tcPr>
          <w:p w14:paraId="2F0956D6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vehicle_source_id</w:t>
            </w:r>
            <w:proofErr w:type="spellEnd"/>
            <w:r>
              <w:rPr>
                <w:color w:val="19344C"/>
                <w:sz w:val="21"/>
              </w:rPr>
              <w:br/>
              <w:t>INVALID_VEHICLE_SOURCE_ID</w:t>
            </w:r>
          </w:p>
        </w:tc>
        <w:tc>
          <w:tcPr>
            <w:tcW w:w="4825" w:type="dxa"/>
            <w:shd w:val="clear" w:color="auto" w:fill="FFFFFF"/>
          </w:tcPr>
          <w:p w14:paraId="1455142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автомобиля должен быть строкой длиной от 1 до 80 символов.</w:t>
            </w:r>
          </w:p>
        </w:tc>
      </w:tr>
      <w:tr w:rsidR="00561E14" w:rsidRPr="00ED3B50" w14:paraId="0B0598D0" w14:textId="77777777">
        <w:trPr>
          <w:cantSplit/>
        </w:trPr>
        <w:tc>
          <w:tcPr>
            <w:tcW w:w="4904" w:type="dxa"/>
            <w:shd w:val="clear" w:color="auto" w:fill="F2F6FA"/>
          </w:tcPr>
          <w:p w14:paraId="68E5E721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driver_source_id</w:t>
            </w:r>
            <w:proofErr w:type="spellEnd"/>
            <w:r>
              <w:rPr>
                <w:color w:val="19344C"/>
                <w:sz w:val="21"/>
              </w:rPr>
              <w:br/>
              <w:t>INVALID_DRIVER_SOURCE_ID</w:t>
            </w:r>
          </w:p>
        </w:tc>
        <w:tc>
          <w:tcPr>
            <w:tcW w:w="4825" w:type="dxa"/>
            <w:shd w:val="clear" w:color="auto" w:fill="F2F6FA"/>
          </w:tcPr>
          <w:p w14:paraId="56E0D985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водителя должен быть строкой длиной от 1 до 80 символов.</w:t>
            </w:r>
          </w:p>
        </w:tc>
      </w:tr>
      <w:tr w:rsidR="00561E14" w:rsidRPr="00ED3B50" w14:paraId="18BE61B3" w14:textId="77777777">
        <w:trPr>
          <w:cantSplit/>
        </w:trPr>
        <w:tc>
          <w:tcPr>
            <w:tcW w:w="4904" w:type="dxa"/>
            <w:shd w:val="clear" w:color="auto" w:fill="FFFFFF"/>
          </w:tcPr>
          <w:p w14:paraId="70C420B4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planned_arrival_at</w:t>
            </w:r>
            <w:proofErr w:type="spellEnd"/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FFFFF"/>
          </w:tcPr>
          <w:p w14:paraId="2F277B9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Укажите плановую дату и время прибытия.</w:t>
            </w:r>
          </w:p>
        </w:tc>
      </w:tr>
      <w:tr w:rsidR="00561E14" w:rsidRPr="00ED3B50" w14:paraId="7570A865" w14:textId="77777777">
        <w:trPr>
          <w:cantSplit/>
        </w:trPr>
        <w:tc>
          <w:tcPr>
            <w:tcW w:w="4904" w:type="dxa"/>
            <w:shd w:val="clear" w:color="auto" w:fill="F2F6FA"/>
          </w:tcPr>
          <w:p w14:paraId="5AB6C8D2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planned_arrival_at</w:t>
            </w:r>
            <w:proofErr w:type="spellEnd"/>
            <w:r>
              <w:rPr>
                <w:color w:val="19344C"/>
                <w:sz w:val="21"/>
              </w:rPr>
              <w:br/>
              <w:t>INVALID_DATETIME</w:t>
            </w:r>
          </w:p>
        </w:tc>
        <w:tc>
          <w:tcPr>
            <w:tcW w:w="4825" w:type="dxa"/>
            <w:shd w:val="clear" w:color="auto" w:fill="F2F6FA"/>
          </w:tcPr>
          <w:p w14:paraId="3143145B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>
              <w:rPr>
                <w:color w:val="19344C"/>
                <w:sz w:val="21"/>
                <w:lang w:val="ru-RU"/>
              </w:rPr>
              <w:t xml:space="preserve">Передайте плановую дату и время в формате ГГГГ-ММ-ДД </w:t>
            </w:r>
            <w:proofErr w:type="gramStart"/>
            <w:r>
              <w:rPr>
                <w:color w:val="19344C"/>
                <w:sz w:val="21"/>
                <w:lang w:val="ru-RU"/>
              </w:rPr>
              <w:t>ЧЧ:ММ</w:t>
            </w:r>
            <w:proofErr w:type="gramEnd"/>
            <w:r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14:paraId="472F1DBC" w14:textId="77777777">
        <w:trPr>
          <w:cantSplit/>
        </w:trPr>
        <w:tc>
          <w:tcPr>
            <w:tcW w:w="4904" w:type="dxa"/>
            <w:shd w:val="clear" w:color="auto" w:fill="F2F6FA"/>
          </w:tcPr>
          <w:p w14:paraId="7DF91383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purpose</w:t>
            </w:r>
            <w:r>
              <w:rPr>
                <w:color w:val="19344C"/>
                <w:sz w:val="21"/>
              </w:rPr>
              <w:br/>
              <w:t>REQUIRED</w:t>
            </w:r>
          </w:p>
        </w:tc>
        <w:tc>
          <w:tcPr>
            <w:tcW w:w="4825" w:type="dxa"/>
            <w:shd w:val="clear" w:color="auto" w:fill="F2F6FA"/>
          </w:tcPr>
          <w:p w14:paraId="576E8D49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Укажите цель визита.</w:t>
            </w:r>
          </w:p>
        </w:tc>
      </w:tr>
      <w:tr w:rsidR="00561E14" w14:paraId="127A73D9" w14:textId="77777777">
        <w:trPr>
          <w:cantSplit/>
        </w:trPr>
        <w:tc>
          <w:tcPr>
            <w:tcW w:w="4904" w:type="dxa"/>
            <w:shd w:val="clear" w:color="auto" w:fill="FFFFFF"/>
          </w:tcPr>
          <w:p w14:paraId="75948491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purpose</w:t>
            </w:r>
            <w:r>
              <w:rPr>
                <w:color w:val="19344C"/>
                <w:sz w:val="21"/>
              </w:rPr>
              <w:br/>
              <w:t>INVALID_PURPOSE</w:t>
            </w:r>
          </w:p>
        </w:tc>
        <w:tc>
          <w:tcPr>
            <w:tcW w:w="4825" w:type="dxa"/>
            <w:shd w:val="clear" w:color="auto" w:fill="FFFFFF"/>
          </w:tcPr>
          <w:p w14:paraId="5DAEB59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Допустимые значения цели визита: LOADING, UNLOADING, SERVICE, OTHER.</w:t>
            </w:r>
          </w:p>
        </w:tc>
      </w:tr>
      <w:tr w:rsidR="00561E14" w:rsidRPr="00ED3B50" w14:paraId="20C5A2E1" w14:textId="77777777">
        <w:trPr>
          <w:cantSplit/>
        </w:trPr>
        <w:tc>
          <w:tcPr>
            <w:tcW w:w="4904" w:type="dxa"/>
            <w:shd w:val="clear" w:color="auto" w:fill="F2F6FA"/>
          </w:tcPr>
          <w:p w14:paraId="7EBB129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lastRenderedPageBreak/>
              <w:t>basis</w:t>
            </w:r>
            <w:r>
              <w:rPr>
                <w:color w:val="19344C"/>
                <w:sz w:val="21"/>
              </w:rPr>
              <w:br/>
              <w:t>INVALID_BASIS</w:t>
            </w:r>
          </w:p>
        </w:tc>
        <w:tc>
          <w:tcPr>
            <w:tcW w:w="4825" w:type="dxa"/>
            <w:shd w:val="clear" w:color="auto" w:fill="F2F6FA"/>
          </w:tcPr>
          <w:p w14:paraId="69C40A2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Основание визита должно быть строкой.</w:t>
            </w:r>
          </w:p>
        </w:tc>
      </w:tr>
      <w:tr w:rsidR="00561E14" w:rsidRPr="00ED3B50" w14:paraId="4C9FD04D" w14:textId="77777777">
        <w:trPr>
          <w:cantSplit/>
        </w:trPr>
        <w:tc>
          <w:tcPr>
            <w:tcW w:w="4904" w:type="dxa"/>
            <w:shd w:val="clear" w:color="auto" w:fill="FFFFFF"/>
          </w:tcPr>
          <w:p w14:paraId="5906542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basis</w:t>
            </w:r>
            <w:r>
              <w:rPr>
                <w:color w:val="19344C"/>
                <w:sz w:val="21"/>
              </w:rPr>
              <w:br/>
              <w:t>MAX_LENGTH_EXCEEDED</w:t>
            </w:r>
          </w:p>
        </w:tc>
        <w:tc>
          <w:tcPr>
            <w:tcW w:w="4825" w:type="dxa"/>
            <w:shd w:val="clear" w:color="auto" w:fill="FFFFFF"/>
          </w:tcPr>
          <w:p w14:paraId="62D626EA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Основание визита не должно превышать 500 символов.</w:t>
            </w:r>
          </w:p>
        </w:tc>
      </w:tr>
    </w:tbl>
    <w:p w14:paraId="2A06E607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65B35C07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Необязательные параметры </w:t>
      </w:r>
      <w:r>
        <w:t>vehicle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, </w:t>
      </w:r>
      <w:r>
        <w:t>driver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и </w:t>
      </w:r>
      <w:r>
        <w:t>basis</w:t>
      </w:r>
      <w:r w:rsidRPr="00602D71">
        <w:rPr>
          <w:lang w:val="ru-RU"/>
        </w:rPr>
        <w:t xml:space="preserve"> можно не передавать. Для переданных значений действуют ограничения из таблицы.</w:t>
      </w:r>
    </w:p>
    <w:p w14:paraId="2CDE6F4E" w14:textId="77777777" w:rsidR="00561E14" w:rsidRPr="00602D71" w:rsidRDefault="005E0622">
      <w:pPr>
        <w:pStyle w:val="31"/>
        <w:rPr>
          <w:lang w:val="ru-RU"/>
        </w:rPr>
      </w:pPr>
      <w:proofErr w:type="gramStart"/>
      <w:r w:rsidRPr="00602D71">
        <w:rPr>
          <w:lang w:val="ru-RU"/>
        </w:rPr>
        <w:t>9.10.2  Поиск</w:t>
      </w:r>
      <w:proofErr w:type="gramEnd"/>
      <w:r w:rsidRPr="00602D71">
        <w:rPr>
          <w:lang w:val="ru-RU"/>
        </w:rPr>
        <w:t xml:space="preserve"> записей справочников · </w:t>
      </w:r>
      <w:r>
        <w:t>HTTP</w:t>
      </w:r>
      <w:r w:rsidRPr="00602D71">
        <w:rPr>
          <w:lang w:val="ru-RU"/>
        </w:rPr>
        <w:t xml:space="preserve"> 404</w:t>
      </w:r>
    </w:p>
    <w:p w14:paraId="6C60D95A" w14:textId="77777777" w:rsidR="00561E14" w:rsidRDefault="005E0622">
      <w:r w:rsidRPr="00602D71">
        <w:rPr>
          <w:lang w:val="ru-RU"/>
        </w:rPr>
        <w:t xml:space="preserve">Поиск начинается после успешной проверки параметров и отсутствия ранее выполненного запроса с тем же </w:t>
      </w:r>
      <w:r>
        <w:t>external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. </w:t>
      </w:r>
      <w:r>
        <w:t>Все переданные идентификаторы проверяются независимо.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4904"/>
        <w:gridCol w:w="4825"/>
      </w:tblGrid>
      <w:tr w:rsidR="00561E14" w14:paraId="60C29B02" w14:textId="77777777">
        <w:trPr>
          <w:cantSplit/>
          <w:tblHeader/>
        </w:trPr>
        <w:tc>
          <w:tcPr>
            <w:tcW w:w="4904" w:type="dxa"/>
            <w:shd w:val="clear" w:color="auto" w:fill="19344C"/>
          </w:tcPr>
          <w:p w14:paraId="5A7F3F9D" w14:textId="77777777" w:rsidR="00561E14" w:rsidRDefault="005E0622">
            <w:pPr>
              <w:keepNext/>
              <w:spacing w:after="0" w:line="264" w:lineRule="auto"/>
            </w:pP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].field / errors[].code</w:t>
            </w:r>
          </w:p>
        </w:tc>
        <w:tc>
          <w:tcPr>
            <w:tcW w:w="4825" w:type="dxa"/>
            <w:shd w:val="clear" w:color="auto" w:fill="19344C"/>
          </w:tcPr>
          <w:p w14:paraId="5EB855DB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 xml:space="preserve">Точное значение </w:t>
            </w: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].message</w:t>
            </w:r>
          </w:p>
        </w:tc>
      </w:tr>
      <w:tr w:rsidR="00561E14" w:rsidRPr="00ED3B50" w14:paraId="3ADCC122" w14:textId="77777777">
        <w:trPr>
          <w:cantSplit/>
        </w:trPr>
        <w:tc>
          <w:tcPr>
            <w:tcW w:w="4904" w:type="dxa"/>
            <w:shd w:val="clear" w:color="auto" w:fill="FFFFFF"/>
          </w:tcPr>
          <w:p w14:paraId="24C17D83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site_source_id</w:t>
            </w:r>
            <w:r>
              <w:rPr>
                <w:color w:val="19344C"/>
                <w:sz w:val="21"/>
              </w:rPr>
              <w:br/>
              <w:t>SITE_NOT_FOUND</w:t>
            </w:r>
          </w:p>
        </w:tc>
        <w:tc>
          <w:tcPr>
            <w:tcW w:w="4825" w:type="dxa"/>
            <w:shd w:val="clear" w:color="auto" w:fill="FFFFFF"/>
          </w:tcPr>
          <w:p w14:paraId="2DF8BFA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Площадка с указанным </w:t>
            </w:r>
            <w:r>
              <w:rPr>
                <w:color w:val="19344C"/>
                <w:sz w:val="21"/>
              </w:rPr>
              <w:t>site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найдена.</w:t>
            </w:r>
          </w:p>
        </w:tc>
      </w:tr>
      <w:tr w:rsidR="00561E14" w:rsidRPr="00ED3B50" w14:paraId="2AB1FC54" w14:textId="77777777">
        <w:trPr>
          <w:cantSplit/>
        </w:trPr>
        <w:tc>
          <w:tcPr>
            <w:tcW w:w="4904" w:type="dxa"/>
            <w:shd w:val="clear" w:color="auto" w:fill="F2F6FA"/>
          </w:tcPr>
          <w:p w14:paraId="41EA04ED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counterparty_source_id</w:t>
            </w:r>
            <w:proofErr w:type="spellEnd"/>
            <w:r>
              <w:rPr>
                <w:color w:val="19344C"/>
                <w:sz w:val="21"/>
              </w:rPr>
              <w:br/>
              <w:t>COUNTERPARTY_NOT_FOUND</w:t>
            </w:r>
          </w:p>
        </w:tc>
        <w:tc>
          <w:tcPr>
            <w:tcW w:w="4825" w:type="dxa"/>
            <w:shd w:val="clear" w:color="auto" w:fill="F2F6FA"/>
          </w:tcPr>
          <w:p w14:paraId="49CBCE3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Контрагент с указанным </w:t>
            </w:r>
            <w:r>
              <w:rPr>
                <w:color w:val="19344C"/>
                <w:sz w:val="21"/>
              </w:rPr>
              <w:t>counterparty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найден.</w:t>
            </w:r>
          </w:p>
        </w:tc>
      </w:tr>
      <w:tr w:rsidR="00561E14" w:rsidRPr="00ED3B50" w14:paraId="4BC8332F" w14:textId="77777777">
        <w:trPr>
          <w:cantSplit/>
        </w:trPr>
        <w:tc>
          <w:tcPr>
            <w:tcW w:w="4904" w:type="dxa"/>
            <w:shd w:val="clear" w:color="auto" w:fill="FFFFFF"/>
          </w:tcPr>
          <w:p w14:paraId="0929E3C8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responsible_user_source_id</w:t>
            </w:r>
            <w:proofErr w:type="spellEnd"/>
            <w:r>
              <w:rPr>
                <w:color w:val="19344C"/>
                <w:sz w:val="21"/>
              </w:rPr>
              <w:br/>
              <w:t>MANAGER_NOT_FOUND</w:t>
            </w:r>
          </w:p>
        </w:tc>
        <w:tc>
          <w:tcPr>
            <w:tcW w:w="4825" w:type="dxa"/>
            <w:shd w:val="clear" w:color="auto" w:fill="FFFFFF"/>
          </w:tcPr>
          <w:p w14:paraId="27142B27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Пользователь с указанным </w:t>
            </w:r>
            <w:r>
              <w:rPr>
                <w:color w:val="19344C"/>
                <w:sz w:val="21"/>
              </w:rPr>
              <w:t>responsible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user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найден.</w:t>
            </w:r>
          </w:p>
        </w:tc>
      </w:tr>
      <w:tr w:rsidR="00561E14" w:rsidRPr="00ED3B50" w14:paraId="0C61AFF1" w14:textId="77777777">
        <w:trPr>
          <w:cantSplit/>
        </w:trPr>
        <w:tc>
          <w:tcPr>
            <w:tcW w:w="4904" w:type="dxa"/>
            <w:shd w:val="clear" w:color="auto" w:fill="F2F6FA"/>
          </w:tcPr>
          <w:p w14:paraId="5A607EDE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vehicle_source_id</w:t>
            </w:r>
            <w:proofErr w:type="spellEnd"/>
            <w:r>
              <w:rPr>
                <w:color w:val="19344C"/>
                <w:sz w:val="21"/>
              </w:rPr>
              <w:br/>
              <w:t>VEHICLE_NOT_FOUND</w:t>
            </w:r>
          </w:p>
        </w:tc>
        <w:tc>
          <w:tcPr>
            <w:tcW w:w="4825" w:type="dxa"/>
            <w:shd w:val="clear" w:color="auto" w:fill="F2F6FA"/>
          </w:tcPr>
          <w:p w14:paraId="42F000F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Автомобиль с указанным </w:t>
            </w:r>
            <w:r>
              <w:rPr>
                <w:color w:val="19344C"/>
                <w:sz w:val="21"/>
              </w:rPr>
              <w:t>vehicle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найден.</w:t>
            </w:r>
          </w:p>
        </w:tc>
      </w:tr>
      <w:tr w:rsidR="00561E14" w:rsidRPr="00ED3B50" w14:paraId="27FBD3F8" w14:textId="77777777">
        <w:trPr>
          <w:cantSplit/>
        </w:trPr>
        <w:tc>
          <w:tcPr>
            <w:tcW w:w="4904" w:type="dxa"/>
            <w:shd w:val="clear" w:color="auto" w:fill="FFFFFF"/>
          </w:tcPr>
          <w:p w14:paraId="1AA76A79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driver_source_id</w:t>
            </w:r>
            <w:proofErr w:type="spellEnd"/>
            <w:r>
              <w:rPr>
                <w:color w:val="19344C"/>
                <w:sz w:val="21"/>
              </w:rPr>
              <w:br/>
              <w:t>DRIVER_NOT_FOUND</w:t>
            </w:r>
          </w:p>
        </w:tc>
        <w:tc>
          <w:tcPr>
            <w:tcW w:w="4825" w:type="dxa"/>
            <w:shd w:val="clear" w:color="auto" w:fill="FFFFFF"/>
          </w:tcPr>
          <w:p w14:paraId="23AC671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Водитель с указанным </w:t>
            </w:r>
            <w:r>
              <w:rPr>
                <w:color w:val="19344C"/>
                <w:sz w:val="21"/>
              </w:rPr>
              <w:t>driver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не найден.</w:t>
            </w:r>
          </w:p>
        </w:tc>
      </w:tr>
    </w:tbl>
    <w:p w14:paraId="02FF992E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22A42326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Автомобиль и водитель ищутся только при наличии </w:t>
      </w:r>
      <w:r>
        <w:t>vehicle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и </w:t>
      </w:r>
      <w:r>
        <w:t>driver</w:t>
      </w:r>
      <w:r w:rsidRPr="00602D71">
        <w:rPr>
          <w:lang w:val="ru-RU"/>
        </w:rPr>
        <w:t>_</w:t>
      </w:r>
      <w:r>
        <w:t>source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>. Отключённая запись считается найденной. Если хотя бы одна запись не найдена, возвращается 404; проверка возможности создания в этом запросе не выполняется.</w:t>
      </w:r>
    </w:p>
    <w:p w14:paraId="0DE52D72" w14:textId="77777777" w:rsidR="00561E14" w:rsidRPr="00602D71" w:rsidRDefault="005E0622">
      <w:pPr>
        <w:pStyle w:val="3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9.10.3  Возможность</w:t>
      </w:r>
      <w:proofErr w:type="gramEnd"/>
      <w:r w:rsidRPr="00602D71">
        <w:rPr>
          <w:lang w:val="ru-RU"/>
        </w:rPr>
        <w:t xml:space="preserve"> создания визита · </w:t>
      </w:r>
      <w:r>
        <w:t>HTTP</w:t>
      </w:r>
      <w:r w:rsidRPr="00602D71">
        <w:rPr>
          <w:lang w:val="ru-RU"/>
        </w:rPr>
        <w:t xml:space="preserve"> 422</w:t>
      </w:r>
    </w:p>
    <w:p w14:paraId="2C0D2138" w14:textId="77777777" w:rsidR="00561E14" w:rsidRDefault="005E0622">
      <w:r w:rsidRPr="00602D71">
        <w:rPr>
          <w:lang w:val="ru-RU"/>
        </w:rPr>
        <w:t xml:space="preserve">Этот этап выполняется, только когда все указанные площадка, контрагент, ответственный пользователь, автомобиль и водитель найдены. </w:t>
      </w:r>
      <w:r>
        <w:t xml:space="preserve">В </w:t>
      </w:r>
      <w:proofErr w:type="spellStart"/>
      <w:r>
        <w:t>ответ</w:t>
      </w:r>
      <w:proofErr w:type="spellEnd"/>
      <w:r>
        <w:t xml:space="preserve"> </w:t>
      </w:r>
      <w:proofErr w:type="spellStart"/>
      <w:r>
        <w:t>включаются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независимые</w:t>
      </w:r>
      <w:proofErr w:type="spellEnd"/>
      <w:r>
        <w:t xml:space="preserve"> нарушения этого этапа.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4904"/>
        <w:gridCol w:w="4825"/>
      </w:tblGrid>
      <w:tr w:rsidR="00561E14" w14:paraId="7626333A" w14:textId="77777777">
        <w:trPr>
          <w:cantSplit/>
          <w:tblHeader/>
        </w:trPr>
        <w:tc>
          <w:tcPr>
            <w:tcW w:w="4904" w:type="dxa"/>
            <w:shd w:val="clear" w:color="auto" w:fill="19344C"/>
          </w:tcPr>
          <w:p w14:paraId="0EC01AAB" w14:textId="77777777" w:rsidR="00561E14" w:rsidRDefault="005E0622">
            <w:pPr>
              <w:keepNext/>
              <w:spacing w:after="0" w:line="264" w:lineRule="auto"/>
            </w:pP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].field / errors[].code</w:t>
            </w:r>
          </w:p>
        </w:tc>
        <w:tc>
          <w:tcPr>
            <w:tcW w:w="4825" w:type="dxa"/>
            <w:shd w:val="clear" w:color="auto" w:fill="19344C"/>
          </w:tcPr>
          <w:p w14:paraId="7ACBC3DF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 xml:space="preserve">Точное значение </w:t>
            </w:r>
            <w:proofErr w:type="gramStart"/>
            <w:r>
              <w:rPr>
                <w:b/>
                <w:color w:val="FFFFFF"/>
                <w:sz w:val="21"/>
              </w:rPr>
              <w:t>errors[</w:t>
            </w:r>
            <w:proofErr w:type="gramEnd"/>
            <w:r>
              <w:rPr>
                <w:b/>
                <w:color w:val="FFFFFF"/>
                <w:sz w:val="21"/>
              </w:rPr>
              <w:t>].message</w:t>
            </w:r>
          </w:p>
        </w:tc>
      </w:tr>
      <w:tr w:rsidR="00561E14" w14:paraId="0AA71FE3" w14:textId="77777777">
        <w:trPr>
          <w:cantSplit/>
        </w:trPr>
        <w:tc>
          <w:tcPr>
            <w:tcW w:w="4904" w:type="dxa"/>
            <w:shd w:val="clear" w:color="auto" w:fill="FFFFFF"/>
          </w:tcPr>
          <w:p w14:paraId="32882398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site_source_id</w:t>
            </w:r>
            <w:r>
              <w:rPr>
                <w:color w:val="19344C"/>
                <w:sz w:val="21"/>
              </w:rPr>
              <w:br/>
              <w:t>SITE_INACTIVE</w:t>
            </w:r>
          </w:p>
        </w:tc>
        <w:tc>
          <w:tcPr>
            <w:tcW w:w="4825" w:type="dxa"/>
            <w:shd w:val="clear" w:color="auto" w:fill="FFFFFF"/>
          </w:tcPr>
          <w:p w14:paraId="2BCA4AD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Площадка отключена.</w:t>
            </w:r>
          </w:p>
        </w:tc>
      </w:tr>
      <w:tr w:rsidR="00561E14" w14:paraId="2CC02B01" w14:textId="77777777">
        <w:trPr>
          <w:cantSplit/>
        </w:trPr>
        <w:tc>
          <w:tcPr>
            <w:tcW w:w="4904" w:type="dxa"/>
            <w:shd w:val="clear" w:color="auto" w:fill="F2F6FA"/>
          </w:tcPr>
          <w:p w14:paraId="487EF6E5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counterparty_source_id</w:t>
            </w:r>
            <w:r>
              <w:rPr>
                <w:color w:val="19344C"/>
                <w:sz w:val="21"/>
              </w:rPr>
              <w:br/>
              <w:t>COUNTERPARTY_INACTIVE</w:t>
            </w:r>
          </w:p>
        </w:tc>
        <w:tc>
          <w:tcPr>
            <w:tcW w:w="4825" w:type="dxa"/>
            <w:shd w:val="clear" w:color="auto" w:fill="F2F6FA"/>
          </w:tcPr>
          <w:p w14:paraId="49D2883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Контрагент отключён.</w:t>
            </w:r>
          </w:p>
        </w:tc>
      </w:tr>
      <w:tr w:rsidR="00561E14" w14:paraId="366F252C" w14:textId="77777777">
        <w:trPr>
          <w:cantSplit/>
        </w:trPr>
        <w:tc>
          <w:tcPr>
            <w:tcW w:w="4904" w:type="dxa"/>
            <w:shd w:val="clear" w:color="auto" w:fill="FFFFFF"/>
          </w:tcPr>
          <w:p w14:paraId="633E7F5B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responsible_user_source_id</w:t>
            </w:r>
            <w:r>
              <w:rPr>
                <w:color w:val="19344C"/>
                <w:sz w:val="21"/>
              </w:rPr>
              <w:br/>
              <w:t>MANAGER_INACTIVE</w:t>
            </w:r>
          </w:p>
        </w:tc>
        <w:tc>
          <w:tcPr>
            <w:tcW w:w="4825" w:type="dxa"/>
            <w:shd w:val="clear" w:color="auto" w:fill="FFFFFF"/>
          </w:tcPr>
          <w:p w14:paraId="6FA8B686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Ответственный сотрудник отключён.</w:t>
            </w:r>
          </w:p>
        </w:tc>
      </w:tr>
      <w:tr w:rsidR="00561E14" w:rsidRPr="00ED3B50" w14:paraId="72D274E8" w14:textId="77777777">
        <w:trPr>
          <w:cantSplit/>
        </w:trPr>
        <w:tc>
          <w:tcPr>
            <w:tcW w:w="4904" w:type="dxa"/>
            <w:shd w:val="clear" w:color="auto" w:fill="F2F6FA"/>
          </w:tcPr>
          <w:p w14:paraId="60F1D17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responsible_user_source_id</w:t>
            </w:r>
            <w:r>
              <w:rPr>
                <w:color w:val="19344C"/>
                <w:sz w:val="21"/>
              </w:rPr>
              <w:br/>
              <w:t>MANAGER_NO_ACCOUNT</w:t>
            </w:r>
          </w:p>
        </w:tc>
        <w:tc>
          <w:tcPr>
            <w:tcW w:w="4825" w:type="dxa"/>
            <w:shd w:val="clear" w:color="auto" w:fill="F2F6FA"/>
          </w:tcPr>
          <w:p w14:paraId="37FCA85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У ответственного сотрудника нет действующей учётной записи в </w:t>
            </w:r>
            <w:proofErr w:type="spellStart"/>
            <w:r w:rsidRPr="00602D71">
              <w:rPr>
                <w:color w:val="19344C"/>
                <w:sz w:val="21"/>
                <w:lang w:val="ru-RU"/>
              </w:rPr>
              <w:t>Заездо</w:t>
            </w:r>
            <w:proofErr w:type="spellEnd"/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619B440C" w14:textId="77777777">
        <w:trPr>
          <w:cantSplit/>
        </w:trPr>
        <w:tc>
          <w:tcPr>
            <w:tcW w:w="4904" w:type="dxa"/>
            <w:shd w:val="clear" w:color="auto" w:fill="FFFFFF"/>
          </w:tcPr>
          <w:p w14:paraId="0EDBD2AF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responsible_user_source_id</w:t>
            </w:r>
            <w:proofErr w:type="spellEnd"/>
            <w:r>
              <w:rPr>
                <w:color w:val="19344C"/>
                <w:sz w:val="21"/>
              </w:rPr>
              <w:br/>
              <w:t>MANAGER_NOT_MANAGER</w:t>
            </w:r>
          </w:p>
        </w:tc>
        <w:tc>
          <w:tcPr>
            <w:tcW w:w="4825" w:type="dxa"/>
            <w:shd w:val="clear" w:color="auto" w:fill="FFFFFF"/>
          </w:tcPr>
          <w:p w14:paraId="222E345B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Ответственному сотруднику не назначена роль «Менеджер».</w:t>
            </w:r>
          </w:p>
        </w:tc>
      </w:tr>
      <w:tr w:rsidR="00561E14" w:rsidRPr="00ED3B50" w14:paraId="51B73207" w14:textId="77777777">
        <w:trPr>
          <w:cantSplit/>
        </w:trPr>
        <w:tc>
          <w:tcPr>
            <w:tcW w:w="4904" w:type="dxa"/>
            <w:shd w:val="clear" w:color="auto" w:fill="F2F6FA"/>
          </w:tcPr>
          <w:p w14:paraId="1C8E7B05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responsible_user_source_id</w:t>
            </w:r>
            <w:proofErr w:type="spellEnd"/>
            <w:r>
              <w:rPr>
                <w:color w:val="19344C"/>
                <w:sz w:val="21"/>
              </w:rPr>
              <w:br/>
              <w:t>MANAGER_NO_SITE_ACCESS</w:t>
            </w:r>
          </w:p>
        </w:tc>
        <w:tc>
          <w:tcPr>
            <w:tcW w:w="4825" w:type="dxa"/>
            <w:shd w:val="clear" w:color="auto" w:fill="F2F6FA"/>
          </w:tcPr>
          <w:p w14:paraId="21122F8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Ответственный менеджер не имеет доступа к указанной площадке.</w:t>
            </w:r>
          </w:p>
        </w:tc>
      </w:tr>
      <w:tr w:rsidR="00561E14" w14:paraId="78036350" w14:textId="77777777">
        <w:trPr>
          <w:cantSplit/>
        </w:trPr>
        <w:tc>
          <w:tcPr>
            <w:tcW w:w="4904" w:type="dxa"/>
            <w:shd w:val="clear" w:color="auto" w:fill="FFFFFF"/>
          </w:tcPr>
          <w:p w14:paraId="7C070F68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vehicle_source_id</w:t>
            </w:r>
            <w:proofErr w:type="spellEnd"/>
            <w:r>
              <w:rPr>
                <w:color w:val="19344C"/>
                <w:sz w:val="21"/>
              </w:rPr>
              <w:br/>
              <w:t>VEHICLE_INACTIVE</w:t>
            </w:r>
          </w:p>
        </w:tc>
        <w:tc>
          <w:tcPr>
            <w:tcW w:w="4825" w:type="dxa"/>
            <w:shd w:val="clear" w:color="auto" w:fill="FFFFFF"/>
          </w:tcPr>
          <w:p w14:paraId="35E6F2F5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Автомобиль отключён.</w:t>
            </w:r>
          </w:p>
        </w:tc>
      </w:tr>
      <w:tr w:rsidR="00561E14" w14:paraId="3AA50227" w14:textId="77777777">
        <w:trPr>
          <w:cantSplit/>
        </w:trPr>
        <w:tc>
          <w:tcPr>
            <w:tcW w:w="4904" w:type="dxa"/>
            <w:shd w:val="clear" w:color="auto" w:fill="F2F6FA"/>
          </w:tcPr>
          <w:p w14:paraId="3505EAC0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driver_source_id</w:t>
            </w:r>
            <w:r>
              <w:rPr>
                <w:color w:val="19344C"/>
                <w:sz w:val="21"/>
              </w:rPr>
              <w:br/>
              <w:t>DRIVER_INACTIVE</w:t>
            </w:r>
          </w:p>
        </w:tc>
        <w:tc>
          <w:tcPr>
            <w:tcW w:w="4825" w:type="dxa"/>
            <w:shd w:val="clear" w:color="auto" w:fill="F2F6FA"/>
          </w:tcPr>
          <w:p w14:paraId="3F0B96CD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Водитель отключён.</w:t>
            </w:r>
          </w:p>
        </w:tc>
      </w:tr>
      <w:tr w:rsidR="00561E14" w:rsidRPr="00ED3B50" w14:paraId="32BDD6D7" w14:textId="77777777">
        <w:trPr>
          <w:cantSplit/>
        </w:trPr>
        <w:tc>
          <w:tcPr>
            <w:tcW w:w="4904" w:type="dxa"/>
            <w:shd w:val="clear" w:color="auto" w:fill="FFFFFF"/>
          </w:tcPr>
          <w:p w14:paraId="6750572D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planned_arrival_at</w:t>
            </w:r>
            <w:r>
              <w:rPr>
                <w:color w:val="19344C"/>
                <w:sz w:val="21"/>
              </w:rPr>
              <w:br/>
              <w:t>ARRIVAL_IN_PAST</w:t>
            </w:r>
          </w:p>
        </w:tc>
        <w:tc>
          <w:tcPr>
            <w:tcW w:w="4825" w:type="dxa"/>
            <w:shd w:val="clear" w:color="auto" w:fill="FFFFFF"/>
          </w:tcPr>
          <w:p w14:paraId="102D3E5B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Плановое время прибытия не может быть в прошлом.</w:t>
            </w:r>
          </w:p>
        </w:tc>
      </w:tr>
    </w:tbl>
    <w:p w14:paraId="37E7CF45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530769C0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Если у сотрудника вообще нет роли </w:t>
      </w:r>
      <w:r>
        <w:t>MANAGER</w:t>
      </w:r>
      <w:r w:rsidRPr="00602D71">
        <w:rPr>
          <w:lang w:val="ru-RU"/>
        </w:rPr>
        <w:t xml:space="preserve">, возвращается </w:t>
      </w:r>
      <w:r>
        <w:t>MANAGER</w:t>
      </w:r>
      <w:r w:rsidRPr="00602D71">
        <w:rPr>
          <w:lang w:val="ru-RU"/>
        </w:rPr>
        <w:t>_</w:t>
      </w:r>
      <w:r>
        <w:t>NOT</w:t>
      </w:r>
      <w:r w:rsidRPr="00602D71">
        <w:rPr>
          <w:lang w:val="ru-RU"/>
        </w:rPr>
        <w:t>_</w:t>
      </w:r>
      <w:r>
        <w:t>MANAGER</w:t>
      </w:r>
      <w:r w:rsidRPr="00602D71">
        <w:rPr>
          <w:lang w:val="ru-RU"/>
        </w:rPr>
        <w:t xml:space="preserve">; </w:t>
      </w:r>
      <w:r>
        <w:t>MANAGER</w:t>
      </w:r>
      <w:r w:rsidRPr="00602D71">
        <w:rPr>
          <w:lang w:val="ru-RU"/>
        </w:rPr>
        <w:t>_</w:t>
      </w:r>
      <w:r>
        <w:t>NO</w:t>
      </w:r>
      <w:r w:rsidRPr="00602D71">
        <w:rPr>
          <w:lang w:val="ru-RU"/>
        </w:rPr>
        <w:t>_</w:t>
      </w:r>
      <w:r>
        <w:t>SITE</w:t>
      </w:r>
      <w:r w:rsidRPr="00602D71">
        <w:rPr>
          <w:lang w:val="ru-RU"/>
        </w:rPr>
        <w:t>_</w:t>
      </w:r>
      <w:r>
        <w:t>ACCESS</w:t>
      </w:r>
      <w:r w:rsidRPr="00602D71">
        <w:rPr>
          <w:lang w:val="ru-RU"/>
        </w:rPr>
        <w:t xml:space="preserve"> применяется, когда роль менеджера есть, но не действует на площадке визита.</w:t>
      </w:r>
    </w:p>
    <w:p w14:paraId="5E70C2DD" w14:textId="77777777" w:rsidR="00561E14" w:rsidRDefault="005E0622">
      <w:pPr>
        <w:pStyle w:val="21"/>
        <w:pageBreakBefore/>
      </w:pPr>
      <w:proofErr w:type="gramStart"/>
      <w:r>
        <w:lastRenderedPageBreak/>
        <w:t xml:space="preserve">9.11  </w:t>
      </w:r>
      <w:proofErr w:type="spellStart"/>
      <w:r>
        <w:t>Формат</w:t>
      </w:r>
      <w:proofErr w:type="spellEnd"/>
      <w:proofErr w:type="gramEnd"/>
      <w:r>
        <w:t xml:space="preserve"> </w:t>
      </w:r>
      <w:proofErr w:type="spellStart"/>
      <w:r>
        <w:t>ответа</w:t>
      </w:r>
      <w:proofErr w:type="spellEnd"/>
      <w:r>
        <w:t xml:space="preserve"> и </w:t>
      </w:r>
      <w:proofErr w:type="spellStart"/>
      <w:r>
        <w:t>примеры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061"/>
        <w:gridCol w:w="6667"/>
      </w:tblGrid>
      <w:tr w:rsidR="00561E14" w14:paraId="1890D5E3" w14:textId="77777777">
        <w:trPr>
          <w:cantSplit/>
          <w:tblHeader/>
        </w:trPr>
        <w:tc>
          <w:tcPr>
            <w:tcW w:w="3061" w:type="dxa"/>
            <w:shd w:val="clear" w:color="auto" w:fill="19344C"/>
          </w:tcPr>
          <w:p w14:paraId="26F08981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Поле</w:t>
            </w:r>
          </w:p>
        </w:tc>
        <w:tc>
          <w:tcPr>
            <w:tcW w:w="6667" w:type="dxa"/>
            <w:shd w:val="clear" w:color="auto" w:fill="19344C"/>
          </w:tcPr>
          <w:p w14:paraId="74D7DEF2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Как использовать</w:t>
            </w:r>
          </w:p>
        </w:tc>
      </w:tr>
      <w:tr w:rsidR="00561E14" w14:paraId="5A6D1154" w14:textId="77777777">
        <w:trPr>
          <w:cantSplit/>
        </w:trPr>
        <w:tc>
          <w:tcPr>
            <w:tcW w:w="3061" w:type="dxa"/>
            <w:shd w:val="clear" w:color="auto" w:fill="FFFFFF"/>
          </w:tcPr>
          <w:p w14:paraId="076A3591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code</w:t>
            </w:r>
          </w:p>
        </w:tc>
        <w:tc>
          <w:tcPr>
            <w:tcW w:w="6667" w:type="dxa"/>
            <w:shd w:val="clear" w:color="auto" w:fill="FFFFFF"/>
          </w:tcPr>
          <w:p w14:paraId="1095B5D3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Общая категория ошибки: например, RESOURCE_NOT_FOUND или VALIDATION_ERROR.</w:t>
            </w:r>
          </w:p>
        </w:tc>
      </w:tr>
      <w:tr w:rsidR="00561E14" w:rsidRPr="00ED3B50" w14:paraId="524BDE61" w14:textId="77777777">
        <w:trPr>
          <w:cantSplit/>
        </w:trPr>
        <w:tc>
          <w:tcPr>
            <w:tcW w:w="3061" w:type="dxa"/>
            <w:shd w:val="clear" w:color="auto" w:fill="F2F6FA"/>
          </w:tcPr>
          <w:p w14:paraId="253EADC4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message</w:t>
            </w:r>
          </w:p>
        </w:tc>
        <w:tc>
          <w:tcPr>
            <w:tcW w:w="6667" w:type="dxa"/>
            <w:shd w:val="clear" w:color="auto" w:fill="F2F6FA"/>
          </w:tcPr>
          <w:p w14:paraId="709D016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Точное общее сообщение из таблицы 9.9.</w:t>
            </w:r>
          </w:p>
        </w:tc>
      </w:tr>
      <w:tr w:rsidR="00561E14" w:rsidRPr="00ED3B50" w14:paraId="5237B2C3" w14:textId="77777777">
        <w:trPr>
          <w:cantSplit/>
        </w:trPr>
        <w:tc>
          <w:tcPr>
            <w:tcW w:w="3061" w:type="dxa"/>
            <w:shd w:val="clear" w:color="auto" w:fill="FFFFFF"/>
          </w:tcPr>
          <w:p w14:paraId="439F02C9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b/>
                <w:color w:val="245E8D"/>
                <w:sz w:val="21"/>
              </w:rPr>
              <w:t>errors[</w:t>
            </w:r>
            <w:proofErr w:type="gramEnd"/>
            <w:r>
              <w:rPr>
                <w:b/>
                <w:color w:val="245E8D"/>
                <w:sz w:val="21"/>
              </w:rPr>
              <w:t>]</w:t>
            </w:r>
          </w:p>
        </w:tc>
        <w:tc>
          <w:tcPr>
            <w:tcW w:w="6667" w:type="dxa"/>
            <w:shd w:val="clear" w:color="auto" w:fill="FFFFFF"/>
          </w:tcPr>
          <w:p w14:paraId="463AA0CD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Для 404 и 422: полный список ошибок остановившего этапа.</w:t>
            </w:r>
          </w:p>
        </w:tc>
      </w:tr>
      <w:tr w:rsidR="00561E14" w:rsidRPr="00ED3B50" w14:paraId="404C1861" w14:textId="77777777">
        <w:trPr>
          <w:cantSplit/>
        </w:trPr>
        <w:tc>
          <w:tcPr>
            <w:tcW w:w="3061" w:type="dxa"/>
            <w:shd w:val="clear" w:color="auto" w:fill="F2F6FA"/>
          </w:tcPr>
          <w:p w14:paraId="3DD1B7F5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b/>
                <w:color w:val="245E8D"/>
                <w:sz w:val="21"/>
              </w:rPr>
              <w:t>errors[</w:t>
            </w:r>
            <w:proofErr w:type="gramEnd"/>
            <w:r>
              <w:rPr>
                <w:b/>
                <w:color w:val="245E8D"/>
                <w:sz w:val="21"/>
              </w:rPr>
              <w:t>].field</w:t>
            </w:r>
          </w:p>
        </w:tc>
        <w:tc>
          <w:tcPr>
            <w:tcW w:w="6667" w:type="dxa"/>
            <w:shd w:val="clear" w:color="auto" w:fill="F2F6FA"/>
          </w:tcPr>
          <w:p w14:paraId="318B190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Имя параметра запроса, к которому относится ошибка.</w:t>
            </w:r>
          </w:p>
        </w:tc>
      </w:tr>
      <w:tr w:rsidR="00561E14" w:rsidRPr="00ED3B50" w14:paraId="3A30F2FC" w14:textId="77777777">
        <w:trPr>
          <w:cantSplit/>
        </w:trPr>
        <w:tc>
          <w:tcPr>
            <w:tcW w:w="3061" w:type="dxa"/>
            <w:shd w:val="clear" w:color="auto" w:fill="FFFFFF"/>
          </w:tcPr>
          <w:p w14:paraId="42501E39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b/>
                <w:color w:val="245E8D"/>
                <w:sz w:val="21"/>
              </w:rPr>
              <w:t>errors[</w:t>
            </w:r>
            <w:proofErr w:type="gramEnd"/>
            <w:r>
              <w:rPr>
                <w:b/>
                <w:color w:val="245E8D"/>
                <w:sz w:val="21"/>
              </w:rPr>
              <w:t>].code</w:t>
            </w:r>
          </w:p>
        </w:tc>
        <w:tc>
          <w:tcPr>
            <w:tcW w:w="6667" w:type="dxa"/>
            <w:shd w:val="clear" w:color="auto" w:fill="FFFFFF"/>
          </w:tcPr>
          <w:p w14:paraId="16A45A82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Конкретная причина для программной обработки.</w:t>
            </w:r>
          </w:p>
        </w:tc>
      </w:tr>
      <w:tr w:rsidR="00561E14" w:rsidRPr="00ED3B50" w14:paraId="71C6B097" w14:textId="77777777">
        <w:trPr>
          <w:cantSplit/>
        </w:trPr>
        <w:tc>
          <w:tcPr>
            <w:tcW w:w="3061" w:type="dxa"/>
            <w:shd w:val="clear" w:color="auto" w:fill="F2F6FA"/>
          </w:tcPr>
          <w:p w14:paraId="02E68B83" w14:textId="77777777" w:rsidR="00561E14" w:rsidRDefault="005E0622">
            <w:pPr>
              <w:spacing w:after="0" w:line="269" w:lineRule="auto"/>
            </w:pPr>
            <w:proofErr w:type="gramStart"/>
            <w:r>
              <w:rPr>
                <w:b/>
                <w:color w:val="245E8D"/>
                <w:sz w:val="21"/>
              </w:rPr>
              <w:t>errors[</w:t>
            </w:r>
            <w:proofErr w:type="gramEnd"/>
            <w:r>
              <w:rPr>
                <w:b/>
                <w:color w:val="245E8D"/>
                <w:sz w:val="21"/>
              </w:rPr>
              <w:t>].message</w:t>
            </w:r>
          </w:p>
        </w:tc>
        <w:tc>
          <w:tcPr>
            <w:tcW w:w="6667" w:type="dxa"/>
            <w:shd w:val="clear" w:color="auto" w:fill="F2F6FA"/>
          </w:tcPr>
          <w:p w14:paraId="6182CB86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Точный текст конкретной ошибки из раздела 9.10.</w:t>
            </w:r>
          </w:p>
        </w:tc>
      </w:tr>
      <w:tr w:rsidR="00561E14" w:rsidRPr="00ED3B50" w14:paraId="4CED1BC3" w14:textId="77777777">
        <w:trPr>
          <w:cantSplit/>
        </w:trPr>
        <w:tc>
          <w:tcPr>
            <w:tcW w:w="3061" w:type="dxa"/>
            <w:shd w:val="clear" w:color="auto" w:fill="FFFFFF"/>
          </w:tcPr>
          <w:p w14:paraId="6E718AB0" w14:textId="77777777" w:rsidR="00561E14" w:rsidRDefault="005E0622">
            <w:pPr>
              <w:spacing w:after="0" w:line="269" w:lineRule="auto"/>
            </w:pPr>
            <w:proofErr w:type="spellStart"/>
            <w:r>
              <w:rPr>
                <w:b/>
                <w:color w:val="245E8D"/>
                <w:sz w:val="21"/>
              </w:rPr>
              <w:t>request_id</w:t>
            </w:r>
            <w:proofErr w:type="spellEnd"/>
          </w:p>
        </w:tc>
        <w:tc>
          <w:tcPr>
            <w:tcW w:w="6667" w:type="dxa"/>
            <w:shd w:val="clear" w:color="auto" w:fill="FFFFFF"/>
          </w:tcPr>
          <w:p w14:paraId="14E26944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Идентификатор запроса для обращения в поддержку.</w:t>
            </w:r>
          </w:p>
        </w:tc>
      </w:tr>
    </w:tbl>
    <w:p w14:paraId="3F4EDB4F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4F404CE0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В </w:t>
      </w:r>
      <w:r>
        <w:t>HTTP</w:t>
      </w:r>
      <w:r w:rsidRPr="00602D71">
        <w:rPr>
          <w:lang w:val="ru-RU"/>
        </w:rPr>
        <w:t xml:space="preserve"> 404 и 422 возвращается один ответ с непустым массивом </w:t>
      </w:r>
      <w:proofErr w:type="gramStart"/>
      <w:r>
        <w:t>errors</w:t>
      </w:r>
      <w:r w:rsidRPr="00602D71">
        <w:rPr>
          <w:lang w:val="ru-RU"/>
        </w:rPr>
        <w:t>[</w:t>
      </w:r>
      <w:proofErr w:type="gramEnd"/>
      <w:r w:rsidRPr="00602D71">
        <w:rPr>
          <w:lang w:val="ru-RU"/>
        </w:rPr>
        <w:t xml:space="preserve">]. Один ненайденный объект или одна ошибка — один элемент; несколько — несколько элементов. </w:t>
      </w:r>
      <w:proofErr w:type="spellStart"/>
      <w:r w:rsidRPr="00602D71">
        <w:rPr>
          <w:lang w:val="ru-RU"/>
        </w:rPr>
        <w:t>Верхнеуровневый</w:t>
      </w:r>
      <w:proofErr w:type="spellEnd"/>
      <w:r w:rsidRPr="00602D71">
        <w:rPr>
          <w:lang w:val="ru-RU"/>
        </w:rPr>
        <w:t xml:space="preserve"> код при этом не меняется.</w:t>
      </w:r>
    </w:p>
    <w:p w14:paraId="70D20BC8" w14:textId="77777777" w:rsidR="00561E14" w:rsidRPr="00602D71" w:rsidRDefault="005E0622">
      <w:pPr>
        <w:pStyle w:val="CaptionCustom"/>
        <w:keepNext/>
        <w:rPr>
          <w:lang w:val="ru-RU"/>
        </w:rPr>
      </w:pPr>
      <w:r>
        <w:rPr>
          <w:color w:val="245E8D"/>
          <w:sz w:val="20"/>
        </w:rPr>
        <w:t>HTTP</w:t>
      </w:r>
      <w:r w:rsidRPr="00602D71">
        <w:rPr>
          <w:color w:val="245E8D"/>
          <w:sz w:val="20"/>
          <w:lang w:val="ru-RU"/>
        </w:rPr>
        <w:t xml:space="preserve"> 404 · НЕ НАЙДЕНЫ ПЛОЩАДКА И КОНТРАГЕНТ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14:paraId="35E00D77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51AF2C3" w14:textId="77777777" w:rsidR="00561E14" w:rsidRDefault="005E0622">
            <w:pPr>
              <w:keepLines/>
              <w:spacing w:after="0" w:line="254" w:lineRule="auto"/>
            </w:pP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RESOURCE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NOT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FOUND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"Не найдены записи по переданным идентификаторам.",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errors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[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field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NOT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FOUND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": "Площадка с указанным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 не найдена."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},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"field":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counterparty_source_id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"code": "COUNTERPARTY_NOT_FOUND",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"message":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Контрагент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с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указанным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counterparty_source_id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не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найден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."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"request_id": "req-example-404"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>}</w:t>
            </w:r>
          </w:p>
        </w:tc>
      </w:tr>
    </w:tbl>
    <w:p w14:paraId="6F7153E9" w14:textId="77777777" w:rsidR="00561E14" w:rsidRPr="00ED3B50" w:rsidRDefault="005E0622">
      <w:pPr>
        <w:pStyle w:val="31"/>
        <w:pageBreakBefore/>
        <w:rPr>
          <w:lang w:val="ru-RU"/>
        </w:rPr>
      </w:pPr>
      <w:r w:rsidRPr="00ED3B50">
        <w:rPr>
          <w:lang w:val="ru-RU"/>
        </w:rPr>
        <w:lastRenderedPageBreak/>
        <w:t xml:space="preserve">Примеры </w:t>
      </w:r>
      <w:r>
        <w:t>HTTP</w:t>
      </w:r>
      <w:r w:rsidRPr="00ED3B50">
        <w:rPr>
          <w:lang w:val="ru-RU"/>
        </w:rPr>
        <w:t xml:space="preserve"> 422</w:t>
      </w:r>
    </w:p>
    <w:p w14:paraId="69AD0EFF" w14:textId="77777777" w:rsidR="00561E14" w:rsidRPr="00602D71" w:rsidRDefault="005E0622">
      <w:pPr>
        <w:pStyle w:val="CaptionCustom"/>
        <w:keepNext/>
        <w:rPr>
          <w:lang w:val="ru-RU"/>
        </w:rPr>
      </w:pPr>
      <w:r w:rsidRPr="00602D71">
        <w:rPr>
          <w:color w:val="245E8D"/>
          <w:sz w:val="20"/>
          <w:lang w:val="ru-RU"/>
        </w:rPr>
        <w:t>ЭТАП ПАРАМЕТРОВ · НЕ УКАЗАНА ПЛОЩАДКА И НЕВЕРНАЯ ЦЕЛЬ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14:paraId="445AED47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F25487F" w14:textId="77777777" w:rsidR="00561E14" w:rsidRDefault="005E0622">
            <w:pPr>
              <w:keepLines/>
              <w:spacing w:after="0" w:line="254" w:lineRule="auto"/>
            </w:pP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VALIDATION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"Ошибка проверки данных визита.",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errors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[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field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REQUIRED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"Укажите идентификатор площадки."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},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{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"field": "purpose",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"code": "INVALID_PURPOSE",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  "message":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Допустимые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значения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цели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 xml:space="preserve"> 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визита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: LOADING, UNLOADING, SERVICE, OTHER."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  }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"request_id": "req-example-format"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>}</w:t>
            </w:r>
          </w:p>
        </w:tc>
      </w:tr>
    </w:tbl>
    <w:p w14:paraId="6F4D9F05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Поиск справочников не выполнялся. После исправления параметров запрос нужно отправить заново.</w:t>
      </w:r>
    </w:p>
    <w:p w14:paraId="0FDA880B" w14:textId="77777777" w:rsidR="00561E14" w:rsidRPr="00602D71" w:rsidRDefault="005E0622">
      <w:pPr>
        <w:pStyle w:val="CaptionCustom"/>
        <w:keepNext/>
        <w:rPr>
          <w:lang w:val="ru-RU"/>
        </w:rPr>
      </w:pPr>
      <w:r w:rsidRPr="00602D71">
        <w:rPr>
          <w:color w:val="245E8D"/>
          <w:sz w:val="20"/>
          <w:lang w:val="ru-RU"/>
        </w:rPr>
        <w:t>ЭТАП ВОЗМОЖНОСТИ СОЗДАНИЯ · ПЛОЩАДКА ОТКЛЮЧЕНА И ВРЕМЯ ПРОШЛО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14:paraId="514E9337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DA1BFF9" w14:textId="77777777" w:rsidR="00561E14" w:rsidRDefault="005E0622">
            <w:pPr>
              <w:keepLines/>
              <w:spacing w:after="0" w:line="254" w:lineRule="auto"/>
            </w:pP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VALIDATION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"Ошибка проверки данных визита.",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errors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[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field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source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SITE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INACTIVE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"Площадка отключена."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},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field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planned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arrival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at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ARRIVAL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IN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PAST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"Плановое время прибытия не может быть в прошлом."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 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}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],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eastAsia="Courier New" w:hAnsi="Courier New" w:cs="Courier New"/>
                <w:color w:val="19344C"/>
                <w:sz w:val="21"/>
              </w:rPr>
              <w:t>request_id</w:t>
            </w:r>
            <w:proofErr w:type="spellEnd"/>
            <w:r>
              <w:rPr>
                <w:rFonts w:ascii="Courier New" w:eastAsia="Courier New" w:hAnsi="Courier New" w:cs="Courier New"/>
                <w:color w:val="19344C"/>
                <w:sz w:val="21"/>
              </w:rPr>
              <w:t>": "req-example-rules"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br/>
              <w:t>}</w:t>
            </w:r>
          </w:p>
        </w:tc>
      </w:tr>
    </w:tbl>
    <w:p w14:paraId="4E728410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Все переданные записи найдены. Визит не создан из-за перечисленных ограничений.</w:t>
      </w:r>
    </w:p>
    <w:p w14:paraId="1A4146E9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9.12  Обработка</w:t>
      </w:r>
      <w:proofErr w:type="gramEnd"/>
      <w:r w:rsidRPr="00602D71">
        <w:rPr>
          <w:lang w:val="ru-RU"/>
        </w:rPr>
        <w:t xml:space="preserve"> ошибок во внешней системе</w:t>
      </w:r>
    </w:p>
    <w:p w14:paraId="554A1E1A" w14:textId="77777777" w:rsidR="00561E14" w:rsidRPr="005E0622" w:rsidRDefault="005E0622">
      <w:pPr>
        <w:rPr>
          <w:lang w:val="ru-RU"/>
        </w:rPr>
      </w:pPr>
      <w:r>
        <w:rPr>
          <w:lang w:val="ru-RU"/>
        </w:rPr>
        <w:t xml:space="preserve">Проверяйте HTTP-статус и code. Если ответ содержит </w:t>
      </w:r>
      <w:proofErr w:type="gramStart"/>
      <w:r>
        <w:rPr>
          <w:lang w:val="ru-RU"/>
        </w:rPr>
        <w:t>errors[</w:t>
      </w:r>
      <w:proofErr w:type="gramEnd"/>
      <w:r>
        <w:rPr>
          <w:lang w:val="ru-RU"/>
        </w:rPr>
        <w:t xml:space="preserve">], обрабатывайте каждый элемент по field и code и показывайте пользователю все errors[].message. Если </w:t>
      </w:r>
      <w:proofErr w:type="gramStart"/>
      <w:r>
        <w:rPr>
          <w:lang w:val="ru-RU"/>
        </w:rPr>
        <w:t>errors[</w:t>
      </w:r>
      <w:proofErr w:type="gramEnd"/>
      <w:r>
        <w:rPr>
          <w:lang w:val="ru-RU"/>
        </w:rPr>
        <w:t>] отсутствует, показывайте общий message.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3061"/>
        <w:gridCol w:w="6667"/>
      </w:tblGrid>
      <w:tr w:rsidR="00561E14" w14:paraId="632FE0DE" w14:textId="77777777">
        <w:trPr>
          <w:cantSplit/>
          <w:tblHeader/>
        </w:trPr>
        <w:tc>
          <w:tcPr>
            <w:tcW w:w="3061" w:type="dxa"/>
            <w:shd w:val="clear" w:color="auto" w:fill="19344C"/>
          </w:tcPr>
          <w:p w14:paraId="1771B3E6" w14:textId="77777777" w:rsidR="00561E14" w:rsidRDefault="005E0622">
            <w:pPr>
              <w:keepNext/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Ответ</w:t>
            </w:r>
            <w:proofErr w:type="spellEnd"/>
          </w:p>
        </w:tc>
        <w:tc>
          <w:tcPr>
            <w:tcW w:w="6667" w:type="dxa"/>
            <w:shd w:val="clear" w:color="auto" w:fill="19344C"/>
          </w:tcPr>
          <w:p w14:paraId="000F39FA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Что делать</w:t>
            </w:r>
          </w:p>
        </w:tc>
      </w:tr>
      <w:tr w:rsidR="00561E14" w:rsidRPr="00ED3B50" w14:paraId="0F81B4CF" w14:textId="77777777">
        <w:trPr>
          <w:cantSplit/>
        </w:trPr>
        <w:tc>
          <w:tcPr>
            <w:tcW w:w="3061" w:type="dxa"/>
            <w:shd w:val="clear" w:color="auto" w:fill="FFFFFF"/>
          </w:tcPr>
          <w:p w14:paraId="3ED29591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400 / 415</w:t>
            </w:r>
          </w:p>
        </w:tc>
        <w:tc>
          <w:tcPr>
            <w:tcW w:w="6667" w:type="dxa"/>
            <w:shd w:val="clear" w:color="auto" w:fill="FFFFFF"/>
          </w:tcPr>
          <w:p w14:paraId="2FC0B8E3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Исправьте </w:t>
            </w:r>
            <w:r>
              <w:rPr>
                <w:color w:val="19344C"/>
                <w:sz w:val="21"/>
              </w:rPr>
              <w:t>JSON</w:t>
            </w:r>
            <w:r w:rsidRPr="00602D71">
              <w:rPr>
                <w:color w:val="19344C"/>
                <w:sz w:val="21"/>
                <w:lang w:val="ru-RU"/>
              </w:rPr>
              <w:t xml:space="preserve"> или заголовок </w:t>
            </w:r>
            <w:r>
              <w:rPr>
                <w:color w:val="19344C"/>
                <w:sz w:val="21"/>
              </w:rPr>
              <w:t>Content</w:t>
            </w:r>
            <w:r w:rsidRPr="00602D71">
              <w:rPr>
                <w:color w:val="19344C"/>
                <w:sz w:val="21"/>
                <w:lang w:val="ru-RU"/>
              </w:rPr>
              <w:t>-</w:t>
            </w:r>
            <w:r>
              <w:rPr>
                <w:color w:val="19344C"/>
                <w:sz w:val="21"/>
              </w:rPr>
              <w:t>Type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22767725" w14:textId="77777777">
        <w:trPr>
          <w:cantSplit/>
        </w:trPr>
        <w:tc>
          <w:tcPr>
            <w:tcW w:w="3061" w:type="dxa"/>
            <w:shd w:val="clear" w:color="auto" w:fill="F2F6FA"/>
          </w:tcPr>
          <w:p w14:paraId="7E022297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401 / 403</w:t>
            </w:r>
          </w:p>
        </w:tc>
        <w:tc>
          <w:tcPr>
            <w:tcW w:w="6667" w:type="dxa"/>
            <w:shd w:val="clear" w:color="auto" w:fill="F2F6FA"/>
          </w:tcPr>
          <w:p w14:paraId="32F6004E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Проверьте токен, активность интеграции и компании.</w:t>
            </w:r>
          </w:p>
        </w:tc>
      </w:tr>
      <w:tr w:rsidR="00561E14" w:rsidRPr="00ED3B50" w14:paraId="57D082FA" w14:textId="77777777">
        <w:trPr>
          <w:cantSplit/>
        </w:trPr>
        <w:tc>
          <w:tcPr>
            <w:tcW w:w="3061" w:type="dxa"/>
            <w:shd w:val="clear" w:color="auto" w:fill="FFFFFF"/>
          </w:tcPr>
          <w:p w14:paraId="35C592DF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422</w:t>
            </w:r>
          </w:p>
        </w:tc>
        <w:tc>
          <w:tcPr>
            <w:tcW w:w="6667" w:type="dxa"/>
            <w:shd w:val="clear" w:color="auto" w:fill="FFFFFF"/>
          </w:tcPr>
          <w:p w14:paraId="77A032F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Исправьте указанные данные или устраните ограничения в </w:t>
            </w:r>
            <w:proofErr w:type="spellStart"/>
            <w:r w:rsidRPr="00602D71">
              <w:rPr>
                <w:color w:val="19344C"/>
                <w:sz w:val="21"/>
                <w:lang w:val="ru-RU"/>
              </w:rPr>
              <w:t>Заездо</w:t>
            </w:r>
            <w:proofErr w:type="spellEnd"/>
            <w:r w:rsidRPr="00602D71">
              <w:rPr>
                <w:color w:val="19344C"/>
                <w:sz w:val="21"/>
                <w:lang w:val="ru-RU"/>
              </w:rPr>
              <w:t xml:space="preserve">. Повторите запрос с тем же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3D024357" w14:textId="77777777">
        <w:trPr>
          <w:cantSplit/>
        </w:trPr>
        <w:tc>
          <w:tcPr>
            <w:tcW w:w="3061" w:type="dxa"/>
            <w:shd w:val="clear" w:color="auto" w:fill="F2F6FA"/>
          </w:tcPr>
          <w:p w14:paraId="753D88DC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404</w:t>
            </w:r>
          </w:p>
        </w:tc>
        <w:tc>
          <w:tcPr>
            <w:tcW w:w="6667" w:type="dxa"/>
            <w:shd w:val="clear" w:color="auto" w:fill="F2F6FA"/>
          </w:tcPr>
          <w:p w14:paraId="54B84A2B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Передайте отсутствующие справочники соответствующими </w:t>
            </w:r>
            <w:r>
              <w:rPr>
                <w:color w:val="19344C"/>
                <w:sz w:val="21"/>
              </w:rPr>
              <w:t>PUT</w:t>
            </w:r>
            <w:r w:rsidRPr="00602D71">
              <w:rPr>
                <w:color w:val="19344C"/>
                <w:sz w:val="21"/>
                <w:lang w:val="ru-RU"/>
              </w:rPr>
              <w:t xml:space="preserve">-методами. Для пользователя проверьте ручное сопоставление </w:t>
            </w:r>
            <w:r>
              <w:rPr>
                <w:color w:val="19344C"/>
                <w:sz w:val="21"/>
              </w:rPr>
              <w:t>source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. Затем повторите запрос с тем же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7E09CA1C" w14:textId="77777777">
        <w:trPr>
          <w:cantSplit/>
        </w:trPr>
        <w:tc>
          <w:tcPr>
            <w:tcW w:w="3061" w:type="dxa"/>
            <w:shd w:val="clear" w:color="auto" w:fill="FFFFFF"/>
          </w:tcPr>
          <w:p w14:paraId="1ADE33C7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409</w:t>
            </w:r>
          </w:p>
        </w:tc>
        <w:tc>
          <w:tcPr>
            <w:tcW w:w="6667" w:type="dxa"/>
            <w:shd w:val="clear" w:color="auto" w:fill="FFFFFF"/>
          </w:tcPr>
          <w:p w14:paraId="59752498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Визит уже создан с другими исходными данными. Не меняйте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только ради обхода ошибки: это может создать лишний визит.</w:t>
            </w:r>
          </w:p>
        </w:tc>
      </w:tr>
      <w:tr w:rsidR="00561E14" w:rsidRPr="00ED3B50" w14:paraId="6FF565BD" w14:textId="77777777">
        <w:trPr>
          <w:cantSplit/>
        </w:trPr>
        <w:tc>
          <w:tcPr>
            <w:tcW w:w="3061" w:type="dxa"/>
            <w:shd w:val="clear" w:color="auto" w:fill="F2F6FA"/>
          </w:tcPr>
          <w:p w14:paraId="589B8DC8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>429</w:t>
            </w:r>
          </w:p>
        </w:tc>
        <w:tc>
          <w:tcPr>
            <w:tcW w:w="6667" w:type="dxa"/>
            <w:shd w:val="clear" w:color="auto" w:fill="F2F6FA"/>
          </w:tcPr>
          <w:p w14:paraId="629B0400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Выдержите паузу из заголовка </w:t>
            </w:r>
            <w:r>
              <w:rPr>
                <w:color w:val="19344C"/>
                <w:sz w:val="21"/>
              </w:rPr>
              <w:t>Retry</w:t>
            </w:r>
            <w:r w:rsidRPr="00602D71">
              <w:rPr>
                <w:color w:val="19344C"/>
                <w:sz w:val="21"/>
                <w:lang w:val="ru-RU"/>
              </w:rPr>
              <w:t>-</w:t>
            </w:r>
            <w:r>
              <w:rPr>
                <w:color w:val="19344C"/>
                <w:sz w:val="21"/>
              </w:rPr>
              <w:t>After</w:t>
            </w:r>
            <w:r w:rsidRPr="00602D71">
              <w:rPr>
                <w:color w:val="19344C"/>
                <w:sz w:val="21"/>
                <w:lang w:val="ru-RU"/>
              </w:rPr>
              <w:t xml:space="preserve"> и повторите запрос без изменения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и данных.</w:t>
            </w:r>
          </w:p>
        </w:tc>
      </w:tr>
      <w:tr w:rsidR="00561E14" w14:paraId="0317895B" w14:textId="77777777">
        <w:trPr>
          <w:cantSplit/>
        </w:trPr>
        <w:tc>
          <w:tcPr>
            <w:tcW w:w="3061" w:type="dxa"/>
            <w:shd w:val="clear" w:color="auto" w:fill="FFFFFF"/>
          </w:tcPr>
          <w:p w14:paraId="344CF986" w14:textId="77777777" w:rsidR="00561E14" w:rsidRDefault="005E0622">
            <w:pPr>
              <w:spacing w:after="0" w:line="269" w:lineRule="auto"/>
            </w:pPr>
            <w:r>
              <w:rPr>
                <w:b/>
                <w:color w:val="245E8D"/>
                <w:sz w:val="21"/>
              </w:rPr>
              <w:t xml:space="preserve">500 / 503 </w:t>
            </w:r>
            <w:proofErr w:type="spellStart"/>
            <w:r>
              <w:rPr>
                <w:b/>
                <w:color w:val="245E8D"/>
                <w:sz w:val="21"/>
              </w:rPr>
              <w:t>или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обрыв</w:t>
            </w:r>
            <w:proofErr w:type="spellEnd"/>
            <w:r>
              <w:rPr>
                <w:b/>
                <w:color w:val="245E8D"/>
                <w:sz w:val="21"/>
              </w:rPr>
              <w:t xml:space="preserve"> </w:t>
            </w:r>
            <w:proofErr w:type="spellStart"/>
            <w:r>
              <w:rPr>
                <w:b/>
                <w:color w:val="245E8D"/>
                <w:sz w:val="21"/>
              </w:rPr>
              <w:t>связи</w:t>
            </w:r>
            <w:proofErr w:type="spellEnd"/>
          </w:p>
        </w:tc>
        <w:tc>
          <w:tcPr>
            <w:tcW w:w="6667" w:type="dxa"/>
            <w:shd w:val="clear" w:color="auto" w:fill="FFFFFF"/>
          </w:tcPr>
          <w:p w14:paraId="080D58E2" w14:textId="77777777" w:rsidR="00561E14" w:rsidRDefault="005E0622">
            <w:pPr>
              <w:spacing w:after="0" w:line="269" w:lineRule="auto"/>
            </w:pPr>
            <w:r w:rsidRPr="00602D71">
              <w:rPr>
                <w:color w:val="19344C"/>
                <w:sz w:val="21"/>
                <w:lang w:val="ru-RU"/>
              </w:rPr>
              <w:t xml:space="preserve">Результат записи может быть неизвестен. После паузы повторите исходный запрос с тем же </w:t>
            </w:r>
            <w:r>
              <w:rPr>
                <w:color w:val="19344C"/>
                <w:sz w:val="21"/>
              </w:rPr>
              <w:t>external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 xml:space="preserve"> и теми же данными. </w:t>
            </w:r>
            <w:r>
              <w:rPr>
                <w:color w:val="19344C"/>
                <w:sz w:val="21"/>
              </w:rPr>
              <w:t>При повторяющемся сбое передайте request_id поддержке.</w:t>
            </w:r>
          </w:p>
        </w:tc>
      </w:tr>
    </w:tbl>
    <w:p w14:paraId="38FD24D4" w14:textId="77777777" w:rsidR="00561E14" w:rsidRDefault="00561E14">
      <w:pPr>
        <w:spacing w:after="80" w:line="20" w:lineRule="exact"/>
      </w:pPr>
    </w:p>
    <w:p w14:paraId="627A9868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9.13  Повторные</w:t>
      </w:r>
      <w:proofErr w:type="gramEnd"/>
      <w:r w:rsidRPr="00602D71">
        <w:rPr>
          <w:lang w:val="ru-RU"/>
        </w:rPr>
        <w:t xml:space="preserve"> запросы</w:t>
      </w:r>
    </w:p>
    <w:p w14:paraId="1435B1E3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 xml:space="preserve">Один </w:t>
      </w:r>
      <w:r>
        <w:t>external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обозначает один визит вашей внешней системы. При потере ответа повторяйте исходный запрос без изменения </w:t>
      </w:r>
      <w:r>
        <w:t>external</w:t>
      </w:r>
      <w:r w:rsidRPr="00602D71">
        <w:rPr>
          <w:lang w:val="ru-RU"/>
        </w:rPr>
        <w:t>_</w:t>
      </w:r>
      <w:r>
        <w:t>id</w:t>
      </w:r>
      <w:r w:rsidRPr="00602D71">
        <w:rPr>
          <w:lang w:val="ru-RU"/>
        </w:rPr>
        <w:t xml:space="preserve"> и его данных.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single" w:sz="4" w:space="0" w:color="D7E1E9"/>
          <w:insideV w:val="nil"/>
        </w:tblBorders>
        <w:tblLayout w:type="fixed"/>
        <w:tblCellMar>
          <w:top w:w="90" w:type="dxa"/>
          <w:left w:w="110" w:type="dxa"/>
          <w:bottom w:w="90" w:type="dxa"/>
          <w:right w:w="110" w:type="dxa"/>
        </w:tblCellMar>
        <w:tblLook w:val="04A0" w:firstRow="1" w:lastRow="0" w:firstColumn="1" w:lastColumn="0" w:noHBand="0" w:noVBand="1"/>
      </w:tblPr>
      <w:tblGrid>
        <w:gridCol w:w="5329"/>
        <w:gridCol w:w="4399"/>
      </w:tblGrid>
      <w:tr w:rsidR="00561E14" w14:paraId="0611A5A3" w14:textId="77777777">
        <w:trPr>
          <w:cantSplit/>
          <w:tblHeader/>
        </w:trPr>
        <w:tc>
          <w:tcPr>
            <w:tcW w:w="5329" w:type="dxa"/>
            <w:shd w:val="clear" w:color="auto" w:fill="19344C"/>
          </w:tcPr>
          <w:p w14:paraId="6AF61EB7" w14:textId="77777777" w:rsidR="00561E14" w:rsidRDefault="005E0622">
            <w:pPr>
              <w:keepNext/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Ситуация</w:t>
            </w:r>
            <w:proofErr w:type="spellEnd"/>
          </w:p>
        </w:tc>
        <w:tc>
          <w:tcPr>
            <w:tcW w:w="4399" w:type="dxa"/>
            <w:shd w:val="clear" w:color="auto" w:fill="19344C"/>
          </w:tcPr>
          <w:p w14:paraId="7F0536BB" w14:textId="77777777" w:rsidR="00561E14" w:rsidRDefault="005E0622">
            <w:pPr>
              <w:keepNext/>
              <w:spacing w:after="0" w:line="264" w:lineRule="auto"/>
            </w:pPr>
            <w:r>
              <w:rPr>
                <w:b/>
                <w:color w:val="FFFFFF"/>
                <w:sz w:val="21"/>
              </w:rPr>
              <w:t>Результат</w:t>
            </w:r>
          </w:p>
        </w:tc>
      </w:tr>
      <w:tr w:rsidR="00561E14" w:rsidRPr="00ED3B50" w14:paraId="59D67661" w14:textId="77777777">
        <w:trPr>
          <w:cantSplit/>
        </w:trPr>
        <w:tc>
          <w:tcPr>
            <w:tcW w:w="5329" w:type="dxa"/>
            <w:shd w:val="clear" w:color="auto" w:fill="FFFFFF"/>
          </w:tcPr>
          <w:p w14:paraId="6E0C21DF" w14:textId="77777777" w:rsidR="00561E14" w:rsidRDefault="005E0622">
            <w:pPr>
              <w:spacing w:after="0" w:line="269" w:lineRule="auto"/>
            </w:pPr>
            <w:r>
              <w:rPr>
                <w:color w:val="19344C"/>
                <w:sz w:val="21"/>
              </w:rPr>
              <w:t>Визит ещё не создан.</w:t>
            </w:r>
          </w:p>
        </w:tc>
        <w:tc>
          <w:tcPr>
            <w:tcW w:w="4399" w:type="dxa"/>
            <w:shd w:val="clear" w:color="auto" w:fill="FFFFFF"/>
          </w:tcPr>
          <w:p w14:paraId="627C690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Выполняются поиск и проверки. При успехе — 201, </w:t>
            </w:r>
            <w:r>
              <w:rPr>
                <w:color w:val="19344C"/>
                <w:sz w:val="21"/>
              </w:rPr>
              <w:t>created</w:t>
            </w:r>
            <w:r w:rsidRPr="00602D71">
              <w:rPr>
                <w:color w:val="19344C"/>
                <w:sz w:val="21"/>
                <w:lang w:val="ru-RU"/>
              </w:rPr>
              <w:t xml:space="preserve">: </w:t>
            </w:r>
            <w:r>
              <w:rPr>
                <w:color w:val="19344C"/>
                <w:sz w:val="21"/>
              </w:rPr>
              <w:t>true</w:t>
            </w:r>
            <w:r w:rsidRPr="00602D71">
              <w:rPr>
                <w:color w:val="19344C"/>
                <w:sz w:val="21"/>
                <w:lang w:val="ru-RU"/>
              </w:rPr>
              <w:t>.</w:t>
            </w:r>
          </w:p>
        </w:tc>
      </w:tr>
      <w:tr w:rsidR="00561E14" w:rsidRPr="00ED3B50" w14:paraId="2FB56611" w14:textId="77777777">
        <w:trPr>
          <w:cantSplit/>
        </w:trPr>
        <w:tc>
          <w:tcPr>
            <w:tcW w:w="5329" w:type="dxa"/>
            <w:shd w:val="clear" w:color="auto" w:fill="F2F6FA"/>
          </w:tcPr>
          <w:p w14:paraId="13884799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Визит создан по тому же исходному запросу.</w:t>
            </w:r>
          </w:p>
        </w:tc>
        <w:tc>
          <w:tcPr>
            <w:tcW w:w="4399" w:type="dxa"/>
            <w:shd w:val="clear" w:color="auto" w:fill="F2F6FA"/>
          </w:tcPr>
          <w:p w14:paraId="6E2F82AF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200, </w:t>
            </w:r>
            <w:r>
              <w:rPr>
                <w:color w:val="19344C"/>
                <w:sz w:val="21"/>
              </w:rPr>
              <w:t>created</w:t>
            </w:r>
            <w:r w:rsidRPr="00602D71">
              <w:rPr>
                <w:color w:val="19344C"/>
                <w:sz w:val="21"/>
                <w:lang w:val="ru-RU"/>
              </w:rPr>
              <w:t xml:space="preserve">: </w:t>
            </w:r>
            <w:r>
              <w:rPr>
                <w:color w:val="19344C"/>
                <w:sz w:val="21"/>
              </w:rPr>
              <w:t>false</w:t>
            </w:r>
            <w:r w:rsidRPr="00602D71">
              <w:rPr>
                <w:color w:val="19344C"/>
                <w:sz w:val="21"/>
                <w:lang w:val="ru-RU"/>
              </w:rPr>
              <w:t xml:space="preserve">. Возвращается тот же </w:t>
            </w:r>
            <w:r>
              <w:rPr>
                <w:color w:val="19344C"/>
                <w:sz w:val="21"/>
              </w:rPr>
              <w:t>id</w:t>
            </w:r>
            <w:r w:rsidRPr="00602D71">
              <w:rPr>
                <w:color w:val="19344C"/>
                <w:sz w:val="21"/>
                <w:lang w:val="ru-RU"/>
              </w:rPr>
              <w:t>; новый визит не создаётся.</w:t>
            </w:r>
          </w:p>
        </w:tc>
      </w:tr>
      <w:tr w:rsidR="00561E14" w:rsidRPr="00ED3B50" w14:paraId="6CA3A161" w14:textId="77777777">
        <w:trPr>
          <w:cantSplit/>
        </w:trPr>
        <w:tc>
          <w:tcPr>
            <w:tcW w:w="5329" w:type="dxa"/>
            <w:shd w:val="clear" w:color="auto" w:fill="FFFFFF"/>
          </w:tcPr>
          <w:p w14:paraId="5D1962A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>Визит создан, но исходные данные запроса отличаются.</w:t>
            </w:r>
          </w:p>
        </w:tc>
        <w:tc>
          <w:tcPr>
            <w:tcW w:w="4399" w:type="dxa"/>
            <w:shd w:val="clear" w:color="auto" w:fill="FFFFFF"/>
          </w:tcPr>
          <w:p w14:paraId="31E9AD21" w14:textId="77777777" w:rsidR="00561E14" w:rsidRPr="00602D71" w:rsidRDefault="005E0622">
            <w:pPr>
              <w:spacing w:after="0" w:line="269" w:lineRule="auto"/>
              <w:rPr>
                <w:lang w:val="ru-RU"/>
              </w:rPr>
            </w:pPr>
            <w:r w:rsidRPr="00602D71">
              <w:rPr>
                <w:color w:val="19344C"/>
                <w:sz w:val="21"/>
                <w:lang w:val="ru-RU"/>
              </w:rPr>
              <w:t xml:space="preserve">409, </w:t>
            </w:r>
            <w:r>
              <w:rPr>
                <w:color w:val="19344C"/>
                <w:sz w:val="21"/>
              </w:rPr>
              <w:t>VISIT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ALREADY</w:t>
            </w:r>
            <w:r w:rsidRPr="00602D71">
              <w:rPr>
                <w:color w:val="19344C"/>
                <w:sz w:val="21"/>
                <w:lang w:val="ru-RU"/>
              </w:rPr>
              <w:t>_</w:t>
            </w:r>
            <w:r>
              <w:rPr>
                <w:color w:val="19344C"/>
                <w:sz w:val="21"/>
              </w:rPr>
              <w:t>EXISTS</w:t>
            </w:r>
            <w:r w:rsidRPr="00602D71">
              <w:rPr>
                <w:color w:val="19344C"/>
                <w:sz w:val="21"/>
                <w:lang w:val="ru-RU"/>
              </w:rPr>
              <w:t>. Существующий визит не изменяется.</w:t>
            </w:r>
          </w:p>
        </w:tc>
      </w:tr>
    </w:tbl>
    <w:p w14:paraId="5C72F0A3" w14:textId="77777777" w:rsidR="00561E14" w:rsidRPr="00602D71" w:rsidRDefault="00561E14">
      <w:pPr>
        <w:spacing w:after="80" w:line="20" w:lineRule="exact"/>
        <w:rPr>
          <w:lang w:val="ru-RU"/>
        </w:rPr>
      </w:pPr>
    </w:p>
    <w:p w14:paraId="4086745B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Для повтора сравниваются первоначально переданные данные, а не текущая карточка визита после ручного редактирования. Успешный повтор возвращает актуальные статусы существующего визита.</w:t>
      </w:r>
    </w:p>
    <w:p w14:paraId="012AAA6B" w14:textId="77777777" w:rsidR="00561E14" w:rsidRPr="00602D71" w:rsidRDefault="005E0622">
      <w:pPr>
        <w:rPr>
          <w:lang w:val="ru-RU"/>
        </w:rPr>
      </w:pPr>
      <w:r w:rsidRPr="00602D71">
        <w:rPr>
          <w:lang w:val="ru-RU"/>
        </w:rPr>
        <w:t>Проверка повтора выполняется до поиска справочников и проверки возможности нового создания. Поэтому запрос, по которому визит уже создан, не становится ошибочным только из-за наступившего планового времени или последующего изменения справочников.</w:t>
      </w:r>
    </w:p>
    <w:p w14:paraId="5CD878CD" w14:textId="77777777" w:rsidR="00561E14" w:rsidRPr="00602D71" w:rsidRDefault="005E0622">
      <w:pPr>
        <w:pStyle w:val="CaptionCustom"/>
        <w:keepNext/>
        <w:rPr>
          <w:lang w:val="ru-RU"/>
        </w:rPr>
      </w:pPr>
      <w:r>
        <w:rPr>
          <w:color w:val="245E8D"/>
          <w:sz w:val="20"/>
        </w:rPr>
        <w:t>HTTP</w:t>
      </w:r>
      <w:r w:rsidRPr="00602D71">
        <w:rPr>
          <w:color w:val="245E8D"/>
          <w:sz w:val="20"/>
          <w:lang w:val="ru-RU"/>
        </w:rPr>
        <w:t xml:space="preserve"> 409 · </w:t>
      </w:r>
      <w:r>
        <w:rPr>
          <w:color w:val="245E8D"/>
          <w:sz w:val="20"/>
        </w:rPr>
        <w:t>EXTERNAL</w:t>
      </w:r>
      <w:r w:rsidRPr="00602D71">
        <w:rPr>
          <w:color w:val="245E8D"/>
          <w:sz w:val="20"/>
          <w:lang w:val="ru-RU"/>
        </w:rPr>
        <w:t>_</w:t>
      </w:r>
      <w:r>
        <w:rPr>
          <w:color w:val="245E8D"/>
          <w:sz w:val="20"/>
        </w:rPr>
        <w:t>ID</w:t>
      </w:r>
      <w:r w:rsidRPr="00602D71">
        <w:rPr>
          <w:color w:val="245E8D"/>
          <w:sz w:val="20"/>
          <w:lang w:val="ru-RU"/>
        </w:rPr>
        <w:t xml:space="preserve"> УЖЕ ИСПОЛЬЗОВАН С ДРУГИМИ ДАННЫМИ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29"/>
      </w:tblGrid>
      <w:tr w:rsidR="00561E14" w:rsidRPr="00ED3B50" w14:paraId="3223E54F" w14:textId="77777777">
        <w:trPr>
          <w:cantSplit/>
        </w:trPr>
        <w:tc>
          <w:tcPr>
            <w:tcW w:w="9729" w:type="dxa"/>
            <w:shd w:val="clear" w:color="auto" w:fill="F2F6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79F3792" w14:textId="77777777" w:rsidR="00561E14" w:rsidRPr="00602D71" w:rsidRDefault="005E0622">
            <w:pPr>
              <w:keepLines/>
              <w:spacing w:after="0" w:line="254" w:lineRule="auto"/>
              <w:rPr>
                <w:lang w:val="ru-RU"/>
              </w:rPr>
            </w:pP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{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code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VISIT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ALREADY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EXISTS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message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": "Визит с указанным 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external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 xml:space="preserve"> уже существует с другими исходными данными.",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 xml:space="preserve"> 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request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_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id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": "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req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-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example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-</w:t>
            </w:r>
            <w:r>
              <w:rPr>
                <w:rFonts w:ascii="Courier New" w:eastAsia="Courier New" w:hAnsi="Courier New" w:cs="Courier New"/>
                <w:color w:val="19344C"/>
                <w:sz w:val="21"/>
              </w:rPr>
              <w:t>conflict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t>"</w:t>
            </w:r>
            <w:r w:rsidRPr="00602D71">
              <w:rPr>
                <w:rFonts w:ascii="Courier New" w:eastAsia="Courier New" w:hAnsi="Courier New" w:cs="Courier New"/>
                <w:color w:val="19344C"/>
                <w:sz w:val="21"/>
                <w:lang w:val="ru-RU"/>
              </w:rPr>
              <w:br/>
              <w:t>}</w:t>
            </w:r>
          </w:p>
        </w:tc>
      </w:tr>
    </w:tbl>
    <w:p w14:paraId="2620D88C" w14:textId="77777777" w:rsidR="00561E14" w:rsidRPr="00602D71" w:rsidRDefault="005E0622">
      <w:pPr>
        <w:pStyle w:val="21"/>
        <w:pageBreakBefore/>
        <w:rPr>
          <w:lang w:val="ru-RU"/>
        </w:rPr>
      </w:pPr>
      <w:proofErr w:type="gramStart"/>
      <w:r w:rsidRPr="00602D71">
        <w:rPr>
          <w:lang w:val="ru-RU"/>
        </w:rPr>
        <w:lastRenderedPageBreak/>
        <w:t>9.14  Пример</w:t>
      </w:r>
      <w:proofErr w:type="gramEnd"/>
      <w:r w:rsidRPr="00602D71">
        <w:rPr>
          <w:lang w:val="ru-RU"/>
        </w:rPr>
        <w:t xml:space="preserve"> использования </w:t>
      </w:r>
      <w:r w:rsidR="00D23F6D">
        <w:rPr>
          <w:lang w:val="ru-RU"/>
        </w:rPr>
        <w:t>для</w:t>
      </w:r>
      <w:r w:rsidRPr="00602D71">
        <w:rPr>
          <w:lang w:val="ru-RU"/>
        </w:rPr>
        <w:t xml:space="preserve"> 1С</w:t>
      </w:r>
    </w:p>
    <w:p w14:paraId="55204C53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Задача: передать из 1С заявку на разгрузку на складе </w:t>
      </w:r>
      <w:r>
        <w:t>WH</w:t>
      </w:r>
      <w:r w:rsidRPr="00A556E8">
        <w:rPr>
          <w:lang w:val="ru-RU"/>
        </w:rPr>
        <w:t>-</w:t>
      </w:r>
      <w:r>
        <w:t>SEVER</w:t>
      </w:r>
      <w:r w:rsidRPr="00A556E8">
        <w:rPr>
          <w:lang w:val="ru-RU"/>
        </w:rPr>
        <w:t xml:space="preserve"> на 3 ноября 2026 года, 10:30. У контрагента </w:t>
      </w:r>
      <w:r>
        <w:t>CP</w:t>
      </w:r>
      <w:r w:rsidRPr="00A556E8">
        <w:rPr>
          <w:lang w:val="ru-RU"/>
        </w:rPr>
        <w:t xml:space="preserve">-0042 ответственным назначен менеджер </w:t>
      </w:r>
      <w:r>
        <w:t>EMP</w:t>
      </w:r>
      <w:r w:rsidRPr="00A556E8">
        <w:rPr>
          <w:lang w:val="ru-RU"/>
        </w:rPr>
        <w:t xml:space="preserve">-0075. Идентификатор заявки — </w:t>
      </w:r>
      <w:r w:rsidR="00A556E8" w:rsidRPr="00A556E8">
        <w:rPr>
          <w:lang w:val="ru-RU"/>
        </w:rPr>
        <w:t>ТД00-000015</w:t>
      </w:r>
      <w:r w:rsidRPr="00A556E8">
        <w:rPr>
          <w:lang w:val="ru-RU"/>
        </w:rPr>
        <w:t>.</w:t>
      </w:r>
    </w:p>
    <w:p w14:paraId="531CE158" w14:textId="77777777" w:rsidR="00106A07" w:rsidRPr="00A556E8" w:rsidRDefault="00635CA5">
      <w:pPr>
        <w:pStyle w:val="31"/>
        <w:rPr>
          <w:lang w:val="ru-RU"/>
        </w:rPr>
      </w:pPr>
      <w:r w:rsidRPr="00A556E8">
        <w:rPr>
          <w:lang w:val="ru-RU"/>
        </w:rPr>
        <w:t>Шаг 1. Подготовьте доступ и данные</w:t>
      </w:r>
    </w:p>
    <w:p w14:paraId="15FDDAF7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Получите </w:t>
      </w:r>
      <w:r>
        <w:t>API</w:t>
      </w:r>
      <w:r w:rsidRPr="00A556E8">
        <w:rPr>
          <w:lang w:val="ru-RU"/>
        </w:rPr>
        <w:t xml:space="preserve">-токен в настройках интеграции </w:t>
      </w:r>
      <w:proofErr w:type="spellStart"/>
      <w:r w:rsidRPr="00A556E8">
        <w:rPr>
          <w:lang w:val="ru-RU"/>
        </w:rPr>
        <w:t>Заездо</w:t>
      </w:r>
      <w:proofErr w:type="spellEnd"/>
      <w:r w:rsidRPr="00A556E8">
        <w:rPr>
          <w:lang w:val="ru-RU"/>
        </w:rPr>
        <w:t>. Во всех запросах ниже замените ВАШ_</w:t>
      </w:r>
      <w:r>
        <w:t>API</w:t>
      </w:r>
      <w:r w:rsidRPr="00A556E8">
        <w:rPr>
          <w:lang w:val="ru-RU"/>
        </w:rPr>
        <w:t xml:space="preserve">_ТОКЕН его значением. Запросы отправляются по </w:t>
      </w:r>
      <w:r>
        <w:t>HTTPS</w:t>
      </w:r>
      <w:r w:rsidRPr="00A556E8">
        <w:rPr>
          <w:lang w:val="ru-RU"/>
        </w:rPr>
        <w:t xml:space="preserve"> на </w:t>
      </w:r>
      <w:r>
        <w:t>app</w:t>
      </w:r>
      <w:r w:rsidRPr="00A556E8">
        <w:rPr>
          <w:lang w:val="ru-RU"/>
        </w:rPr>
        <w:t>.</w:t>
      </w:r>
      <w:proofErr w:type="spellStart"/>
      <w:r>
        <w:t>zaezdo</w:t>
      </w:r>
      <w:proofErr w:type="spellEnd"/>
      <w:r w:rsidRPr="00A556E8">
        <w:rPr>
          <w:lang w:val="ru-RU"/>
        </w:rPr>
        <w:t>.</w:t>
      </w:r>
      <w:r>
        <w:t>pro</w:t>
      </w:r>
      <w:r w:rsidRPr="00A556E8">
        <w:rPr>
          <w:lang w:val="ru-RU"/>
        </w:rPr>
        <w:t>.</w:t>
      </w:r>
    </w:p>
    <w:p w14:paraId="46C60215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>До создания визита передайте справочники отдельными методами. Для примера используются следующие идентификаторы: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75"/>
        <w:gridCol w:w="6548"/>
      </w:tblGrid>
      <w:tr w:rsidR="00106A07" w14:paraId="4FE334F4" w14:textId="77777777">
        <w:trPr>
          <w:cantSplit/>
          <w:tblHeader/>
        </w:trPr>
        <w:tc>
          <w:tcPr>
            <w:tcW w:w="3175" w:type="dxa"/>
            <w:shd w:val="clear" w:color="auto" w:fill="1933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ABCFE" w14:textId="77777777" w:rsidR="00106A07" w:rsidRDefault="00635CA5">
            <w:pPr>
              <w:spacing w:after="0" w:line="264" w:lineRule="auto"/>
            </w:pPr>
            <w:proofErr w:type="spellStart"/>
            <w:r>
              <w:rPr>
                <w:b/>
                <w:color w:val="FFFFFF"/>
                <w:sz w:val="21"/>
              </w:rPr>
              <w:t>Справочник</w:t>
            </w:r>
            <w:proofErr w:type="spellEnd"/>
            <w:r>
              <w:rPr>
                <w:b/>
                <w:color w:val="FFFFFF"/>
                <w:sz w:val="21"/>
              </w:rPr>
              <w:t xml:space="preserve"> и </w:t>
            </w:r>
            <w:proofErr w:type="spellStart"/>
            <w:r>
              <w:rPr>
                <w:b/>
                <w:color w:val="FFFFFF"/>
                <w:sz w:val="21"/>
              </w:rPr>
              <w:t>идентификатор</w:t>
            </w:r>
            <w:proofErr w:type="spellEnd"/>
          </w:p>
        </w:tc>
        <w:tc>
          <w:tcPr>
            <w:tcW w:w="6548" w:type="dxa"/>
            <w:shd w:val="clear" w:color="auto" w:fill="19334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11C31" w14:textId="77777777" w:rsidR="00106A07" w:rsidRDefault="00635CA5">
            <w:pPr>
              <w:spacing w:after="0" w:line="264" w:lineRule="auto"/>
            </w:pPr>
            <w:r>
              <w:rPr>
                <w:b/>
                <w:color w:val="FFFFFF"/>
                <w:sz w:val="21"/>
              </w:rPr>
              <w:t>Подготовительный запрос</w:t>
            </w:r>
          </w:p>
        </w:tc>
      </w:tr>
      <w:tr w:rsidR="00106A07" w14:paraId="661411B3" w14:textId="77777777">
        <w:trPr>
          <w:cantSplit/>
        </w:trPr>
        <w:tc>
          <w:tcPr>
            <w:tcW w:w="31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5479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Площадка WH-SEVER</w:t>
            </w:r>
          </w:p>
        </w:tc>
        <w:tc>
          <w:tcPr>
            <w:tcW w:w="654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8C03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PUT /api/v1/sites/WH-SEVER</w:t>
            </w:r>
          </w:p>
        </w:tc>
      </w:tr>
      <w:tr w:rsidR="00106A07" w14:paraId="7A4CD963" w14:textId="77777777">
        <w:trPr>
          <w:cantSplit/>
        </w:trPr>
        <w:tc>
          <w:tcPr>
            <w:tcW w:w="3175" w:type="dxa"/>
            <w:shd w:val="clear" w:color="auto" w:fill="F2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7EC3A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Контрагент CP-0042</w:t>
            </w:r>
          </w:p>
        </w:tc>
        <w:tc>
          <w:tcPr>
            <w:tcW w:w="6548" w:type="dxa"/>
            <w:shd w:val="clear" w:color="auto" w:fill="F2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E2BA4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PUT /api/v1/counterparties/CP-0042</w:t>
            </w:r>
          </w:p>
        </w:tc>
      </w:tr>
      <w:tr w:rsidR="00106A07" w14:paraId="6594978D" w14:textId="77777777">
        <w:trPr>
          <w:cantSplit/>
        </w:trPr>
        <w:tc>
          <w:tcPr>
            <w:tcW w:w="31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CAE9C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Автомобиль VEH-0085</w:t>
            </w:r>
          </w:p>
        </w:tc>
        <w:tc>
          <w:tcPr>
            <w:tcW w:w="654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39C6B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PUT /api/v1/vehicles/VEH-0085</w:t>
            </w:r>
          </w:p>
        </w:tc>
      </w:tr>
      <w:tr w:rsidR="00106A07" w14:paraId="0EC12D16" w14:textId="77777777">
        <w:trPr>
          <w:cantSplit/>
        </w:trPr>
        <w:tc>
          <w:tcPr>
            <w:tcW w:w="3175" w:type="dxa"/>
            <w:shd w:val="clear" w:color="auto" w:fill="F2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6DE88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Водитель DRV-0017</w:t>
            </w:r>
          </w:p>
        </w:tc>
        <w:tc>
          <w:tcPr>
            <w:tcW w:w="6548" w:type="dxa"/>
            <w:shd w:val="clear" w:color="auto" w:fill="F2F7FB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3C6DF" w14:textId="77777777" w:rsidR="00106A07" w:rsidRDefault="00635CA5">
            <w:pPr>
              <w:spacing w:after="0" w:line="264" w:lineRule="auto"/>
            </w:pPr>
            <w:r>
              <w:rPr>
                <w:sz w:val="21"/>
              </w:rPr>
              <w:t>PUT /api/v1/drivers/DRV-0017</w:t>
            </w:r>
          </w:p>
        </w:tc>
      </w:tr>
    </w:tbl>
    <w:p w14:paraId="23EB50D4" w14:textId="77777777" w:rsidR="00A556E8" w:rsidRPr="005560CC" w:rsidRDefault="00A556E8">
      <w:pPr>
        <w:keepLines/>
      </w:pPr>
    </w:p>
    <w:p w14:paraId="15889276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В теле каждого </w:t>
      </w:r>
      <w:r>
        <w:t>PUT</w:t>
      </w:r>
      <w:r w:rsidRPr="00A556E8">
        <w:rPr>
          <w:lang w:val="ru-RU"/>
        </w:rPr>
        <w:t>-запроса передаются данные соответствующего справочника. Дождитесь успешного ответа 201 или 200. Если автомобиль или водитель пока неизвестен, пропустите их подготовку и не включайте их идентификаторы в запрос визита.</w:t>
      </w:r>
    </w:p>
    <w:p w14:paraId="33676A3F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В карточке нужного пользователя </w:t>
      </w:r>
      <w:proofErr w:type="spellStart"/>
      <w:r w:rsidRPr="00A556E8">
        <w:rPr>
          <w:lang w:val="ru-RU"/>
        </w:rPr>
        <w:t>Заездо</w:t>
      </w:r>
      <w:proofErr w:type="spellEnd"/>
      <w:r w:rsidRPr="00A556E8">
        <w:rPr>
          <w:lang w:val="ru-RU"/>
        </w:rPr>
        <w:t xml:space="preserve"> вручную укажите </w:t>
      </w:r>
      <w:r>
        <w:t>EMP</w:t>
      </w:r>
      <w:r w:rsidRPr="00A556E8">
        <w:rPr>
          <w:lang w:val="ru-RU"/>
        </w:rPr>
        <w:t xml:space="preserve">-0075 в поле «Идентификатор для синхронизации с 1С». Пользователь должен быть активен, иметь действующую учётную запись и роль «Менеджер» на площадке </w:t>
      </w:r>
      <w:r>
        <w:t>WH</w:t>
      </w:r>
      <w:r w:rsidRPr="00A556E8">
        <w:rPr>
          <w:lang w:val="ru-RU"/>
        </w:rPr>
        <w:t>-</w:t>
      </w:r>
      <w:r>
        <w:t>SEVER</w:t>
      </w:r>
      <w:r w:rsidRPr="00A556E8">
        <w:rPr>
          <w:lang w:val="ru-RU"/>
        </w:rPr>
        <w:t>.</w:t>
      </w:r>
    </w:p>
    <w:p w14:paraId="2163C144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В 1С закрепите </w:t>
      </w:r>
      <w:r>
        <w:t>external</w:t>
      </w:r>
      <w:r w:rsidRPr="00A556E8">
        <w:rPr>
          <w:lang w:val="ru-RU"/>
        </w:rPr>
        <w:t>_</w:t>
      </w:r>
      <w:r>
        <w:t>id</w:t>
      </w:r>
      <w:r w:rsidRPr="00A556E8">
        <w:rPr>
          <w:lang w:val="ru-RU"/>
        </w:rPr>
        <w:t xml:space="preserve"> = </w:t>
      </w:r>
      <w:r w:rsidR="00A556E8" w:rsidRPr="00A556E8">
        <w:rPr>
          <w:lang w:val="ru-RU"/>
        </w:rPr>
        <w:t xml:space="preserve">ТД00-000015 </w:t>
      </w:r>
      <w:r w:rsidRPr="00A556E8">
        <w:rPr>
          <w:lang w:val="ru-RU"/>
        </w:rPr>
        <w:t>за этой заявкой до отправки визита. При повторной отправке той же заявки идентификатор не меняйте.</w:t>
      </w:r>
    </w:p>
    <w:p w14:paraId="0AFA0108" w14:textId="77777777" w:rsidR="00106A07" w:rsidRDefault="00635CA5">
      <w:pPr>
        <w:pStyle w:val="31"/>
      </w:pPr>
      <w:r w:rsidRPr="00A556E8">
        <w:rPr>
          <w:lang w:val="ru-RU"/>
        </w:rPr>
        <w:t xml:space="preserve">Шаг 2. </w:t>
      </w:r>
      <w:proofErr w:type="spellStart"/>
      <w:r>
        <w:t>Проверьте</w:t>
      </w:r>
      <w:proofErr w:type="spellEnd"/>
      <w:r>
        <w:t xml:space="preserve"> </w:t>
      </w:r>
      <w:proofErr w:type="spellStart"/>
      <w:r>
        <w:t>ответственного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71C39C35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340653A4" w14:textId="77777777" w:rsidR="00561E14" w:rsidRDefault="005E0622">
            <w:pPr>
              <w:keepLines/>
              <w:spacing w:after="0" w:line="252" w:lineRule="auto"/>
            </w:pPr>
            <w:r>
              <w:rPr>
                <w:rFonts w:ascii="Courier New" w:hAnsi="Courier New"/>
                <w:color w:val="18324E"/>
                <w:sz w:val="21"/>
              </w:rPr>
              <w:t>GET /api/v1/users/EMP-0075?site_source_id=WH-SEVER HTTP/1.1</w:t>
            </w:r>
            <w:r>
              <w:rPr>
                <w:rFonts w:ascii="Courier New" w:hAnsi="Courier New"/>
                <w:color w:val="18324E"/>
                <w:sz w:val="21"/>
              </w:rPr>
              <w:br/>
              <w:t>Host: app.zaezdo.pro</w:t>
            </w:r>
            <w:r>
              <w:rPr>
                <w:rFonts w:ascii="Courier New" w:hAnsi="Courier New"/>
                <w:color w:val="18324E"/>
                <w:sz w:val="21"/>
              </w:rPr>
              <w:br/>
              <w:t>Authorization: Bearer ВАШ_API_ТОКЕН</w:t>
            </w:r>
            <w:r>
              <w:rPr>
                <w:rFonts w:ascii="Courier New" w:hAnsi="Courier New"/>
                <w:color w:val="18324E"/>
                <w:sz w:val="21"/>
              </w:rPr>
              <w:br/>
              <w:t>Accept: application/json</w:t>
            </w:r>
          </w:p>
        </w:tc>
      </w:tr>
    </w:tbl>
    <w:p w14:paraId="784C9117" w14:textId="77777777" w:rsidR="00A556E8" w:rsidRPr="005560CC" w:rsidRDefault="00A556E8">
      <w:pPr>
        <w:keepLines/>
      </w:pPr>
    </w:p>
    <w:p w14:paraId="2C6718AA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Тело запроса не передаётся. В ответе </w:t>
      </w:r>
      <w:r>
        <w:t>HTTP</w:t>
      </w:r>
      <w:r w:rsidRPr="00A556E8">
        <w:rPr>
          <w:lang w:val="ru-RU"/>
        </w:rPr>
        <w:t xml:space="preserve"> 200 проверьте поле </w:t>
      </w:r>
      <w:r>
        <w:t>can</w:t>
      </w:r>
      <w:r w:rsidRPr="00A556E8">
        <w:rPr>
          <w:lang w:val="ru-RU"/>
        </w:rPr>
        <w:t>_</w:t>
      </w:r>
      <w:r>
        <w:t>be</w:t>
      </w:r>
      <w:r w:rsidRPr="00A556E8">
        <w:rPr>
          <w:lang w:val="ru-RU"/>
        </w:rPr>
        <w:t>_</w:t>
      </w:r>
      <w:r>
        <w:t>responsible</w:t>
      </w:r>
      <w:r w:rsidRPr="00A556E8">
        <w:rPr>
          <w:lang w:val="ru-RU"/>
        </w:rPr>
        <w:t>_</w:t>
      </w:r>
      <w:r>
        <w:t>for</w:t>
      </w:r>
      <w:r w:rsidRPr="00A556E8">
        <w:rPr>
          <w:lang w:val="ru-RU"/>
        </w:rPr>
        <w:t>_</w:t>
      </w:r>
      <w:proofErr w:type="gramStart"/>
      <w:r>
        <w:t>site</w:t>
      </w:r>
      <w:r w:rsidRPr="00A556E8">
        <w:rPr>
          <w:lang w:val="ru-RU"/>
        </w:rPr>
        <w:t>.</w:t>
      </w:r>
      <w:r>
        <w:t>allowed</w:t>
      </w:r>
      <w:proofErr w:type="gramEnd"/>
      <w:r w:rsidRPr="00A556E8">
        <w:rPr>
          <w:lang w:val="ru-RU"/>
        </w:rPr>
        <w:t xml:space="preserve">. Для продолжения его значение должно быть </w:t>
      </w:r>
      <w:r>
        <w:t>true</w:t>
      </w:r>
      <w:r w:rsidRPr="00A556E8">
        <w:rPr>
          <w:lang w:val="ru-RU"/>
        </w:rPr>
        <w:t>.</w:t>
      </w:r>
    </w:p>
    <w:p w14:paraId="0A2A0E99" w14:textId="77777777" w:rsidR="00106A07" w:rsidRPr="00A556E8" w:rsidRDefault="00635CA5">
      <w:pPr>
        <w:pStyle w:val="31"/>
        <w:pageBreakBefore/>
        <w:rPr>
          <w:lang w:val="ru-RU"/>
        </w:rPr>
      </w:pPr>
      <w:r w:rsidRPr="00A556E8">
        <w:rPr>
          <w:lang w:val="ru-RU"/>
        </w:rPr>
        <w:lastRenderedPageBreak/>
        <w:t>Шаг 3. Отправьте запрос создания визита</w:t>
      </w:r>
    </w:p>
    <w:p w14:paraId="0A7EB916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Сформируйте </w:t>
      </w:r>
      <w:r>
        <w:t>JSON</w:t>
      </w:r>
      <w:r w:rsidRPr="00A556E8">
        <w:rPr>
          <w:lang w:val="ru-RU"/>
        </w:rPr>
        <w:t xml:space="preserve"> из данных заявки 1С. Дата передаётся в формате ГГГГ-ММ-ДД </w:t>
      </w:r>
      <w:proofErr w:type="gramStart"/>
      <w:r w:rsidRPr="00A556E8">
        <w:rPr>
          <w:lang w:val="ru-RU"/>
        </w:rPr>
        <w:t>ЧЧ:ММ</w:t>
      </w:r>
      <w:proofErr w:type="gramEnd"/>
      <w:r w:rsidR="00D60355">
        <w:rPr>
          <w:lang w:val="ru-RU"/>
        </w:rPr>
        <w:t>.</w:t>
      </w:r>
      <w:r w:rsidRPr="00A556E8">
        <w:rPr>
          <w:lang w:val="ru-RU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211685B4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3A8F28A1" w14:textId="77777777" w:rsidR="00561E14" w:rsidRDefault="005E0622">
            <w:pPr>
              <w:keepLines/>
              <w:spacing w:after="0" w:line="252" w:lineRule="auto"/>
            </w:pPr>
            <w:r>
              <w:rPr>
                <w:rFonts w:ascii="Courier New" w:hAnsi="Courier New"/>
                <w:color w:val="18324E"/>
                <w:sz w:val="21"/>
              </w:rPr>
              <w:t>POST /</w:t>
            </w:r>
            <w:proofErr w:type="spellStart"/>
            <w:r>
              <w:rPr>
                <w:rFonts w:ascii="Courier New" w:hAnsi="Courier New"/>
                <w:color w:val="18324E"/>
                <w:sz w:val="21"/>
              </w:rPr>
              <w:t>api</w:t>
            </w:r>
            <w:proofErr w:type="spellEnd"/>
            <w:r>
              <w:rPr>
                <w:rFonts w:ascii="Courier New" w:hAnsi="Courier New"/>
                <w:color w:val="18324E"/>
                <w:sz w:val="21"/>
              </w:rPr>
              <w:t>/v1/visits HTTP/1.1</w:t>
            </w:r>
            <w:r>
              <w:rPr>
                <w:rFonts w:ascii="Courier New" w:hAnsi="Courier New"/>
                <w:color w:val="18324E"/>
                <w:sz w:val="21"/>
              </w:rPr>
              <w:br/>
              <w:t>Host: app.zaezdo.pro</w:t>
            </w:r>
            <w:r>
              <w:rPr>
                <w:rFonts w:ascii="Courier New" w:hAnsi="Courier New"/>
                <w:color w:val="18324E"/>
                <w:sz w:val="21"/>
              </w:rPr>
              <w:br/>
              <w:t>Authorization: Bearer ВАШ_API_ТОКЕН</w:t>
            </w:r>
            <w:r>
              <w:rPr>
                <w:rFonts w:ascii="Courier New" w:hAnsi="Courier New"/>
                <w:color w:val="18324E"/>
                <w:sz w:val="21"/>
              </w:rPr>
              <w:br/>
              <w:t>Content-Type: application/json</w:t>
            </w:r>
            <w:r>
              <w:rPr>
                <w:rFonts w:ascii="Courier New" w:hAnsi="Courier New"/>
                <w:color w:val="18324E"/>
                <w:sz w:val="21"/>
              </w:rPr>
              <w:br/>
            </w:r>
            <w:r>
              <w:rPr>
                <w:rFonts w:ascii="Courier New" w:hAnsi="Courier New"/>
                <w:color w:val="18324E"/>
                <w:sz w:val="21"/>
              </w:rPr>
              <w:br/>
              <w:t>{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hAnsi="Courier New"/>
                <w:color w:val="18324E"/>
                <w:sz w:val="21"/>
              </w:rPr>
              <w:t>external_id</w:t>
            </w:r>
            <w:proofErr w:type="spellEnd"/>
            <w:r>
              <w:rPr>
                <w:rFonts w:ascii="Courier New" w:hAnsi="Courier New"/>
                <w:color w:val="18324E"/>
                <w:sz w:val="21"/>
              </w:rPr>
              <w:t>": "</w:t>
            </w:r>
            <w:r w:rsidR="007859F6" w:rsidRPr="007859F6">
              <w:rPr>
                <w:rFonts w:ascii="Courier New" w:hAnsi="Courier New"/>
                <w:color w:val="18324E"/>
                <w:sz w:val="21"/>
              </w:rPr>
              <w:t>ТД00-000015</w:t>
            </w:r>
            <w:r>
              <w:rPr>
                <w:rFonts w:ascii="Courier New" w:hAnsi="Courier New"/>
                <w:color w:val="18324E"/>
                <w:sz w:val="21"/>
              </w:rPr>
              <w:t>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hAnsi="Courier New"/>
                <w:color w:val="18324E"/>
                <w:sz w:val="21"/>
              </w:rPr>
              <w:t>site_source_id</w:t>
            </w:r>
            <w:proofErr w:type="spellEnd"/>
            <w:r>
              <w:rPr>
                <w:rFonts w:ascii="Courier New" w:hAnsi="Courier New"/>
                <w:color w:val="18324E"/>
                <w:sz w:val="21"/>
              </w:rPr>
              <w:t>": "WH-SEVER",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hAnsi="Courier New"/>
                <w:color w:val="18324E"/>
                <w:sz w:val="21"/>
              </w:rPr>
              <w:t>planned_arrival_at</w:t>
            </w:r>
            <w:proofErr w:type="spellEnd"/>
            <w:r>
              <w:rPr>
                <w:rFonts w:ascii="Courier New" w:hAnsi="Courier New"/>
                <w:color w:val="18324E"/>
                <w:sz w:val="21"/>
              </w:rPr>
              <w:t>": "2026-11-03 10:30",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"purpose": "UNLOADING",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"counterparty_source_id": "CP-0042",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"responsible_user_source_id": "EMP-0075",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"vehicle_source_id": "VEH-0085",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"driver_source_id": "DRV-0017",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"basis": "Поставка по заявке №123"</w:t>
            </w:r>
            <w:r>
              <w:rPr>
                <w:rFonts w:ascii="Courier New" w:hAnsi="Courier New"/>
                <w:color w:val="18324E"/>
                <w:sz w:val="21"/>
              </w:rPr>
              <w:br/>
              <w:t>}</w:t>
            </w:r>
          </w:p>
        </w:tc>
      </w:tr>
    </w:tbl>
    <w:p w14:paraId="7813FC5D" w14:textId="77777777" w:rsidR="00106A07" w:rsidRPr="00A556E8" w:rsidRDefault="00635CA5">
      <w:pPr>
        <w:pStyle w:val="31"/>
        <w:rPr>
          <w:lang w:val="ru-RU"/>
        </w:rPr>
      </w:pPr>
      <w:r w:rsidRPr="00A556E8">
        <w:rPr>
          <w:lang w:val="ru-RU"/>
        </w:rPr>
        <w:t>Шаг 4. Сохраните результат в 1С</w:t>
      </w:r>
    </w:p>
    <w:p w14:paraId="31C581E8" w14:textId="77777777" w:rsidR="00106A07" w:rsidRPr="00A556E8" w:rsidRDefault="00635CA5">
      <w:pPr>
        <w:pStyle w:val="CaptionCustom"/>
        <w:keepNext/>
        <w:keepLines/>
        <w:rPr>
          <w:lang w:val="ru-RU"/>
        </w:rPr>
      </w:pPr>
      <w:r w:rsidRPr="00A556E8">
        <w:rPr>
          <w:sz w:val="21"/>
          <w:lang w:val="ru-RU"/>
        </w:rPr>
        <w:t xml:space="preserve">УСПЕШНОЕ СОЗДАНИЕ · </w:t>
      </w:r>
      <w:r>
        <w:rPr>
          <w:sz w:val="21"/>
        </w:rPr>
        <w:t>HTTP</w:t>
      </w:r>
      <w:r w:rsidRPr="00A556E8">
        <w:rPr>
          <w:sz w:val="21"/>
          <w:lang w:val="ru-RU"/>
        </w:rPr>
        <w:t xml:space="preserve"> 201 </w:t>
      </w:r>
      <w:r>
        <w:rPr>
          <w:sz w:val="21"/>
        </w:rPr>
        <w:t>CREATED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38"/>
      </w:tblGrid>
      <w:tr w:rsidR="00561E14" w14:paraId="30F01CA0" w14:textId="77777777">
        <w:trPr>
          <w:cantSplit/>
          <w:jc w:val="center"/>
        </w:trPr>
        <w:tc>
          <w:tcPr>
            <w:tcW w:w="9638" w:type="dxa"/>
            <w:tcBorders>
              <w:top w:val="single" w:sz="5" w:space="0" w:color="DFE7F0"/>
              <w:left w:val="single" w:sz="5" w:space="0" w:color="DFE7F0"/>
              <w:bottom w:val="single" w:sz="5" w:space="0" w:color="DFE7F0"/>
              <w:right w:val="single" w:sz="5" w:space="0" w:color="DFE7F0"/>
            </w:tcBorders>
            <w:shd w:val="clear" w:color="auto" w:fill="F6F9FC"/>
            <w:tcMar>
              <w:top w:w="150" w:type="dxa"/>
              <w:left w:w="200" w:type="dxa"/>
              <w:bottom w:w="155" w:type="dxa"/>
              <w:right w:w="180" w:type="dxa"/>
            </w:tcMar>
          </w:tcPr>
          <w:p w14:paraId="01158085" w14:textId="77777777" w:rsidR="00561E14" w:rsidRDefault="005E0622">
            <w:pPr>
              <w:keepLines/>
              <w:spacing w:after="0" w:line="252" w:lineRule="auto"/>
            </w:pPr>
            <w:r>
              <w:rPr>
                <w:rFonts w:ascii="Courier New" w:hAnsi="Courier New"/>
                <w:color w:val="18324E"/>
                <w:sz w:val="21"/>
              </w:rPr>
              <w:t>{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"id": "VST-EXAMPLE001",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</w:t>
            </w:r>
            <w:proofErr w:type="spellStart"/>
            <w:r>
              <w:rPr>
                <w:rFonts w:ascii="Courier New" w:hAnsi="Courier New"/>
                <w:color w:val="18324E"/>
                <w:sz w:val="21"/>
              </w:rPr>
              <w:t>external_id</w:t>
            </w:r>
            <w:proofErr w:type="spellEnd"/>
            <w:r>
              <w:rPr>
                <w:rFonts w:ascii="Courier New" w:hAnsi="Courier New"/>
                <w:color w:val="18324E"/>
                <w:sz w:val="21"/>
              </w:rPr>
              <w:t>": "</w:t>
            </w:r>
            <w:r w:rsidR="006C3E08" w:rsidRPr="006C3E08">
              <w:rPr>
                <w:rFonts w:ascii="Courier New" w:hAnsi="Courier New"/>
                <w:color w:val="18324E"/>
                <w:sz w:val="21"/>
              </w:rPr>
              <w:t>ТД00-000015</w:t>
            </w:r>
            <w:r>
              <w:rPr>
                <w:rFonts w:ascii="Courier New" w:hAnsi="Courier New"/>
                <w:color w:val="18324E"/>
                <w:sz w:val="21"/>
              </w:rPr>
              <w:t>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"created": true,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"status": "PLANNED",</w:t>
            </w:r>
            <w:r>
              <w:rPr>
                <w:rFonts w:ascii="Courier New" w:hAnsi="Courier New"/>
                <w:color w:val="18324E"/>
                <w:sz w:val="21"/>
              </w:rPr>
              <w:br/>
              <w:t xml:space="preserve">  "admission_status": "UNDEFINED"</w:t>
            </w:r>
            <w:r>
              <w:rPr>
                <w:rFonts w:ascii="Courier New" w:hAnsi="Courier New"/>
                <w:color w:val="18324E"/>
                <w:sz w:val="21"/>
              </w:rPr>
              <w:br/>
              <w:t>}</w:t>
            </w:r>
          </w:p>
        </w:tc>
      </w:tr>
    </w:tbl>
    <w:p w14:paraId="0686E359" w14:textId="77777777" w:rsidR="00393E26" w:rsidRDefault="00393E26">
      <w:pPr>
        <w:keepLines/>
      </w:pPr>
    </w:p>
    <w:p w14:paraId="7FCC754D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Найдите в 1С заявку по </w:t>
      </w:r>
      <w:r>
        <w:t>external</w:t>
      </w:r>
      <w:r w:rsidRPr="00A556E8">
        <w:rPr>
          <w:lang w:val="ru-RU"/>
        </w:rPr>
        <w:t>_</w:t>
      </w:r>
      <w:r>
        <w:t>id</w:t>
      </w:r>
      <w:r w:rsidRPr="00A556E8">
        <w:rPr>
          <w:lang w:val="ru-RU"/>
        </w:rPr>
        <w:t xml:space="preserve"> = </w:t>
      </w:r>
      <w:r w:rsidR="00393E26" w:rsidRPr="00393E26">
        <w:rPr>
          <w:lang w:val="ru-RU"/>
        </w:rPr>
        <w:t>ТД00-000015</w:t>
      </w:r>
      <w:r w:rsidR="00F93A5A">
        <w:rPr>
          <w:lang w:val="ru-RU"/>
        </w:rPr>
        <w:t xml:space="preserve">. При необходимости </w:t>
      </w:r>
      <w:r w:rsidRPr="00A556E8">
        <w:rPr>
          <w:lang w:val="ru-RU"/>
        </w:rPr>
        <w:t xml:space="preserve">сохраните для неё </w:t>
      </w:r>
      <w:r>
        <w:t>id</w:t>
      </w:r>
      <w:r w:rsidRPr="00A556E8">
        <w:rPr>
          <w:lang w:val="ru-RU"/>
        </w:rPr>
        <w:t xml:space="preserve"> = </w:t>
      </w:r>
      <w:r>
        <w:t>VST</w:t>
      </w:r>
      <w:r w:rsidRPr="00A556E8">
        <w:rPr>
          <w:lang w:val="ru-RU"/>
        </w:rPr>
        <w:t>-</w:t>
      </w:r>
      <w:r>
        <w:t>EXAMPLE</w:t>
      </w:r>
      <w:r w:rsidRPr="00A556E8">
        <w:rPr>
          <w:lang w:val="ru-RU"/>
        </w:rPr>
        <w:t xml:space="preserve">001 и отметьте успешную передачу. </w:t>
      </w:r>
      <w:r>
        <w:t>PLANNED</w:t>
      </w:r>
      <w:r w:rsidRPr="00A556E8">
        <w:rPr>
          <w:lang w:val="ru-RU"/>
        </w:rPr>
        <w:t xml:space="preserve"> означает «Запланирован», </w:t>
      </w:r>
      <w:r>
        <w:t>UNDEFINED</w:t>
      </w:r>
      <w:r w:rsidRPr="00A556E8">
        <w:rPr>
          <w:lang w:val="ru-RU"/>
        </w:rPr>
        <w:t xml:space="preserve"> — «Не определён»: визит создан, но допуск на площадку ещё не разрешён.</w:t>
      </w:r>
      <w:r w:rsidR="00393E26">
        <w:rPr>
          <w:lang w:val="ru-RU"/>
        </w:rPr>
        <w:t xml:space="preserve"> Дальнейшее управление допуском предполагается на стороне </w:t>
      </w:r>
      <w:proofErr w:type="spellStart"/>
      <w:r w:rsidR="00393E26">
        <w:rPr>
          <w:lang w:val="ru-RU"/>
        </w:rPr>
        <w:t>Заездо</w:t>
      </w:r>
      <w:proofErr w:type="spellEnd"/>
      <w:r w:rsidR="00393E26">
        <w:rPr>
          <w:lang w:val="ru-RU"/>
        </w:rPr>
        <w:t>.</w:t>
      </w:r>
    </w:p>
    <w:p w14:paraId="61BD1AB9" w14:textId="77777777" w:rsidR="00106A07" w:rsidRPr="00A556E8" w:rsidRDefault="00635CA5">
      <w:pPr>
        <w:pStyle w:val="31"/>
        <w:rPr>
          <w:lang w:val="ru-RU"/>
        </w:rPr>
      </w:pPr>
      <w:r w:rsidRPr="00A556E8">
        <w:rPr>
          <w:lang w:val="ru-RU"/>
        </w:rPr>
        <w:t>Если запрос не завершился успешно</w:t>
      </w:r>
    </w:p>
    <w:p w14:paraId="2EB7044C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Если </w:t>
      </w:r>
      <w:r>
        <w:t>users</w:t>
      </w:r>
      <w:r w:rsidRPr="00A556E8">
        <w:rPr>
          <w:lang w:val="ru-RU"/>
        </w:rPr>
        <w:t xml:space="preserve"> вернул </w:t>
      </w:r>
      <w:r>
        <w:t>allowed</w:t>
      </w:r>
      <w:r w:rsidRPr="00A556E8">
        <w:rPr>
          <w:lang w:val="ru-RU"/>
        </w:rPr>
        <w:t xml:space="preserve">: </w:t>
      </w:r>
      <w:r>
        <w:t>false</w:t>
      </w:r>
      <w:r w:rsidRPr="00A556E8">
        <w:rPr>
          <w:lang w:val="ru-RU"/>
        </w:rPr>
        <w:t xml:space="preserve">, устраните причину из </w:t>
      </w:r>
      <w:r>
        <w:t>reason</w:t>
      </w:r>
      <w:r w:rsidRPr="00A556E8">
        <w:rPr>
          <w:lang w:val="ru-RU"/>
        </w:rPr>
        <w:t xml:space="preserve"> до отправки визита. При ошибке </w:t>
      </w:r>
      <w:r>
        <w:t>POST</w:t>
      </w:r>
      <w:r w:rsidRPr="00A556E8">
        <w:rPr>
          <w:lang w:val="ru-RU"/>
        </w:rPr>
        <w:t xml:space="preserve"> обработайте все элементы </w:t>
      </w:r>
      <w:proofErr w:type="gramStart"/>
      <w:r>
        <w:t>errors</w:t>
      </w:r>
      <w:r w:rsidRPr="00A556E8">
        <w:rPr>
          <w:lang w:val="ru-RU"/>
        </w:rPr>
        <w:t>[</w:t>
      </w:r>
      <w:proofErr w:type="gramEnd"/>
      <w:r w:rsidRPr="00A556E8">
        <w:rPr>
          <w:lang w:val="ru-RU"/>
        </w:rPr>
        <w:t>] согласно разделу 9.12; не отмечайте заявку как успешно переданную.</w:t>
      </w:r>
    </w:p>
    <w:p w14:paraId="3E2CB053" w14:textId="77777777" w:rsidR="00106A07" w:rsidRPr="00A556E8" w:rsidRDefault="00635CA5">
      <w:pPr>
        <w:keepLines/>
        <w:rPr>
          <w:lang w:val="ru-RU"/>
        </w:rPr>
      </w:pPr>
      <w:r w:rsidRPr="00A556E8">
        <w:rPr>
          <w:lang w:val="ru-RU"/>
        </w:rPr>
        <w:t xml:space="preserve">Если ответ </w:t>
      </w:r>
      <w:r>
        <w:t>POST</w:t>
      </w:r>
      <w:r w:rsidRPr="00A556E8">
        <w:rPr>
          <w:lang w:val="ru-RU"/>
        </w:rPr>
        <w:t xml:space="preserve"> потерян, повторите тот же запрос с тем же </w:t>
      </w:r>
      <w:r>
        <w:t>external</w:t>
      </w:r>
      <w:r w:rsidRPr="00A556E8">
        <w:rPr>
          <w:lang w:val="ru-RU"/>
        </w:rPr>
        <w:t>_</w:t>
      </w:r>
      <w:r>
        <w:t>id</w:t>
      </w:r>
      <w:r w:rsidRPr="00A556E8">
        <w:rPr>
          <w:lang w:val="ru-RU"/>
        </w:rPr>
        <w:t xml:space="preserve"> и теми же данными. Ответ 200 с </w:t>
      </w:r>
      <w:r>
        <w:t>created</w:t>
      </w:r>
      <w:r w:rsidRPr="00A556E8">
        <w:rPr>
          <w:lang w:val="ru-RU"/>
        </w:rPr>
        <w:t xml:space="preserve">: </w:t>
      </w:r>
      <w:r>
        <w:t>false</w:t>
      </w:r>
      <w:r w:rsidRPr="00A556E8">
        <w:rPr>
          <w:lang w:val="ru-RU"/>
        </w:rPr>
        <w:t xml:space="preserve"> означает, что визит уже создан: сохраните возвращённый </w:t>
      </w:r>
      <w:r>
        <w:t>id</w:t>
      </w:r>
      <w:r w:rsidRPr="00A556E8">
        <w:rPr>
          <w:lang w:val="ru-RU"/>
        </w:rPr>
        <w:t xml:space="preserve"> без создания новой заявки.</w:t>
      </w:r>
    </w:p>
    <w:sectPr w:rsidR="00106A07" w:rsidRPr="00A556E8" w:rsidSect="00034616">
      <w:headerReference w:type="default" r:id="rId14"/>
      <w:footerReference w:type="default" r:id="rId15"/>
      <w:pgSz w:w="11906" w:h="16838"/>
      <w:pgMar w:top="1236" w:right="1089" w:bottom="1054" w:left="1089" w:header="539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2E977" w14:textId="77777777" w:rsidR="003F24E9" w:rsidRDefault="003F24E9">
      <w:pPr>
        <w:spacing w:after="0" w:line="240" w:lineRule="auto"/>
      </w:pPr>
      <w:r>
        <w:separator/>
      </w:r>
    </w:p>
  </w:endnote>
  <w:endnote w:type="continuationSeparator" w:id="0">
    <w:p w14:paraId="07D90A3A" w14:textId="77777777" w:rsidR="003F24E9" w:rsidRDefault="003F2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2E15" w14:textId="77777777" w:rsidR="00151576" w:rsidRDefault="00151576">
    <w:pPr>
      <w:pStyle w:val="a7"/>
      <w:jc w:val="right"/>
    </w:pPr>
    <w:r>
      <w:rPr>
        <w:rFonts w:eastAsia="Arial" w:cs="Arial"/>
        <w:color w:val="637589"/>
        <w:sz w:val="17"/>
      </w:rPr>
      <w:t xml:space="preserve">Заездо · API v1     •    Стр.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582226" w14:textId="77777777" w:rsidR="003F24E9" w:rsidRDefault="003F24E9">
      <w:pPr>
        <w:spacing w:after="0" w:line="240" w:lineRule="auto"/>
      </w:pPr>
      <w:r>
        <w:separator/>
      </w:r>
    </w:p>
  </w:footnote>
  <w:footnote w:type="continuationSeparator" w:id="0">
    <w:p w14:paraId="12EB497E" w14:textId="77777777" w:rsidR="003F24E9" w:rsidRDefault="003F2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D46B2" w14:textId="77777777" w:rsidR="00151576" w:rsidRDefault="00151576">
    <w:pPr>
      <w:pStyle w:val="a5"/>
      <w:pBdr>
        <w:bottom w:val="single" w:sz="8" w:space="7" w:color="DFE7F0"/>
      </w:pBdr>
    </w:pPr>
    <w:r>
      <w:rPr>
        <w:rFonts w:eastAsia="Arial" w:cs="Arial"/>
        <w:b/>
        <w:color w:val="145CA8"/>
        <w:sz w:val="18"/>
      </w:rPr>
      <w:t>ЗАЕЗДО  /  API v1</w:t>
    </w:r>
    <w:r>
      <w:rPr>
        <w:rFonts w:eastAsia="Arial" w:cs="Arial"/>
        <w:color w:val="637589"/>
        <w:sz w:val="17"/>
      </w:rPr>
      <w:t xml:space="preserve">      ДОКУМЕНТАЦИЯ ИНТЕГРАЦИИ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CB4F79"/>
    <w:multiLevelType w:val="multilevel"/>
    <w:tmpl w:val="3756532A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18F5258"/>
    <w:multiLevelType w:val="multilevel"/>
    <w:tmpl w:val="A4863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0D7410"/>
    <w:multiLevelType w:val="multilevel"/>
    <w:tmpl w:val="9874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EF3CBF"/>
    <w:multiLevelType w:val="multilevel"/>
    <w:tmpl w:val="329C0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BC2CC6"/>
    <w:multiLevelType w:val="multilevel"/>
    <w:tmpl w:val="3756532A"/>
    <w:lvl w:ilvl="0">
      <w:start w:val="1"/>
      <w:numFmt w:val="decimal"/>
      <w:lvlText w:val="%1"/>
      <w:lvlJc w:val="left"/>
      <w:pPr>
        <w:ind w:left="1170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25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5" w:hanging="1800"/>
      </w:pPr>
      <w:rPr>
        <w:rFonts w:hint="default"/>
      </w:rPr>
    </w:lvl>
  </w:abstractNum>
  <w:abstractNum w:abstractNumId="14" w15:restartNumberingAfterBreak="0">
    <w:nsid w:val="48E70629"/>
    <w:multiLevelType w:val="hybridMultilevel"/>
    <w:tmpl w:val="E5F68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822DF"/>
    <w:multiLevelType w:val="hybridMultilevel"/>
    <w:tmpl w:val="0D189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72A8"/>
    <w:multiLevelType w:val="hybridMultilevel"/>
    <w:tmpl w:val="CCCA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9"/>
  </w:num>
  <w:num w:numId="12">
    <w:abstractNumId w:val="16"/>
  </w:num>
  <w:num w:numId="13">
    <w:abstractNumId w:val="11"/>
  </w:num>
  <w:num w:numId="14">
    <w:abstractNumId w:val="12"/>
  </w:num>
  <w:num w:numId="15">
    <w:abstractNumId w:val="10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67C9"/>
    <w:rsid w:val="00052AD0"/>
    <w:rsid w:val="0006063C"/>
    <w:rsid w:val="000A6E68"/>
    <w:rsid w:val="00106A07"/>
    <w:rsid w:val="0014794C"/>
    <w:rsid w:val="0015074B"/>
    <w:rsid w:val="00151576"/>
    <w:rsid w:val="001566C6"/>
    <w:rsid w:val="00187B9C"/>
    <w:rsid w:val="001B310F"/>
    <w:rsid w:val="001E1645"/>
    <w:rsid w:val="00242DD6"/>
    <w:rsid w:val="0029639D"/>
    <w:rsid w:val="002F778B"/>
    <w:rsid w:val="00326F90"/>
    <w:rsid w:val="00393E26"/>
    <w:rsid w:val="003961AE"/>
    <w:rsid w:val="003F24E9"/>
    <w:rsid w:val="004079B3"/>
    <w:rsid w:val="004373F9"/>
    <w:rsid w:val="00472C50"/>
    <w:rsid w:val="00527FE4"/>
    <w:rsid w:val="00554FF5"/>
    <w:rsid w:val="005560CC"/>
    <w:rsid w:val="00561E14"/>
    <w:rsid w:val="005E0622"/>
    <w:rsid w:val="00602D71"/>
    <w:rsid w:val="00603F7B"/>
    <w:rsid w:val="00635CA5"/>
    <w:rsid w:val="00641B04"/>
    <w:rsid w:val="00665B56"/>
    <w:rsid w:val="006739BB"/>
    <w:rsid w:val="00687398"/>
    <w:rsid w:val="006B3244"/>
    <w:rsid w:val="006C3E08"/>
    <w:rsid w:val="006C7F74"/>
    <w:rsid w:val="006F4D9F"/>
    <w:rsid w:val="00716220"/>
    <w:rsid w:val="00717DBF"/>
    <w:rsid w:val="007407AE"/>
    <w:rsid w:val="007859F6"/>
    <w:rsid w:val="00791B6D"/>
    <w:rsid w:val="00803300"/>
    <w:rsid w:val="00871A29"/>
    <w:rsid w:val="009162EA"/>
    <w:rsid w:val="00963EFB"/>
    <w:rsid w:val="009A7B99"/>
    <w:rsid w:val="00A46259"/>
    <w:rsid w:val="00A556E8"/>
    <w:rsid w:val="00A63B30"/>
    <w:rsid w:val="00A67045"/>
    <w:rsid w:val="00A83DC2"/>
    <w:rsid w:val="00A85D68"/>
    <w:rsid w:val="00AA1D8D"/>
    <w:rsid w:val="00AE68F7"/>
    <w:rsid w:val="00B01BD9"/>
    <w:rsid w:val="00B43F50"/>
    <w:rsid w:val="00B47730"/>
    <w:rsid w:val="00B573DA"/>
    <w:rsid w:val="00BA291C"/>
    <w:rsid w:val="00BD1D6E"/>
    <w:rsid w:val="00BE7455"/>
    <w:rsid w:val="00C00F9C"/>
    <w:rsid w:val="00C20B8A"/>
    <w:rsid w:val="00C479A1"/>
    <w:rsid w:val="00C50675"/>
    <w:rsid w:val="00C92C49"/>
    <w:rsid w:val="00CB0664"/>
    <w:rsid w:val="00CB76BD"/>
    <w:rsid w:val="00CD28A3"/>
    <w:rsid w:val="00CD6A61"/>
    <w:rsid w:val="00D23F6D"/>
    <w:rsid w:val="00D60355"/>
    <w:rsid w:val="00DE0CF6"/>
    <w:rsid w:val="00DE15C3"/>
    <w:rsid w:val="00E021D1"/>
    <w:rsid w:val="00E16594"/>
    <w:rsid w:val="00E613F3"/>
    <w:rsid w:val="00EC0FA3"/>
    <w:rsid w:val="00ED1DAD"/>
    <w:rsid w:val="00ED3B50"/>
    <w:rsid w:val="00F333CD"/>
    <w:rsid w:val="00F8548C"/>
    <w:rsid w:val="00F85542"/>
    <w:rsid w:val="00F93A5A"/>
    <w:rsid w:val="00FB1F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58BEC"/>
  <w14:defaultImageDpi w14:val="300"/>
  <w15:docId w15:val="{60B1837F-8F5A-4EEC-BE68-29B857AC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93" w:lineRule="auto"/>
    </w:pPr>
    <w:rPr>
      <w:rFonts w:ascii="Arial" w:hAnsi="Arial"/>
      <w:color w:val="25344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260" w:line="271" w:lineRule="auto"/>
      <w:outlineLvl w:val="0"/>
    </w:pPr>
    <w:rPr>
      <w:rFonts w:asciiTheme="majorHAnsi" w:eastAsiaTheme="majorEastAsia" w:hAnsiTheme="majorHAnsi" w:cstheme="majorBidi"/>
      <w:b/>
      <w:bCs/>
      <w:color w:val="18324E"/>
      <w:sz w:val="4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40" w:after="160" w:line="271" w:lineRule="auto"/>
      <w:outlineLvl w:val="1"/>
    </w:pPr>
    <w:rPr>
      <w:rFonts w:asciiTheme="majorHAnsi" w:eastAsiaTheme="majorEastAsia" w:hAnsiTheme="majorHAnsi" w:cstheme="majorBidi"/>
      <w:b/>
      <w:bCs/>
      <w:color w:val="18324E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60" w:line="271" w:lineRule="auto"/>
      <w:outlineLvl w:val="2"/>
    </w:pPr>
    <w:rPr>
      <w:rFonts w:asciiTheme="majorHAnsi" w:eastAsiaTheme="majorEastAsia" w:hAnsiTheme="majorHAnsi" w:cstheme="majorBidi"/>
      <w:b/>
      <w:bCs/>
      <w:color w:val="145CA8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xtBody">
    <w:name w:val="Text Body"/>
    <w:basedOn w:val="a1"/>
  </w:style>
  <w:style w:type="paragraph" w:customStyle="1" w:styleId="BulletCustom">
    <w:name w:val="Bullet Custom"/>
    <w:basedOn w:val="a1"/>
    <w:pPr>
      <w:spacing w:after="100"/>
      <w:ind w:left="329" w:hanging="193"/>
    </w:pPr>
  </w:style>
  <w:style w:type="paragraph" w:customStyle="1" w:styleId="CaptionCustom">
    <w:name w:val="Caption Custom"/>
    <w:pPr>
      <w:spacing w:before="120" w:after="120"/>
    </w:pPr>
    <w:rPr>
      <w:rFonts w:ascii="Arial" w:hAnsi="Arial"/>
      <w:b/>
      <w:sz w:val="18"/>
    </w:rPr>
  </w:style>
  <w:style w:type="paragraph" w:customStyle="1" w:styleId="SectionKicker">
    <w:name w:val="Section Kicker"/>
    <w:pPr>
      <w:spacing w:after="120"/>
    </w:pPr>
    <w:rPr>
      <w:rFonts w:ascii="Arial" w:hAnsi="Arial"/>
    </w:rPr>
  </w:style>
  <w:style w:type="paragraph" w:customStyle="1" w:styleId="MethodTitle">
    <w:name w:val="Method Title"/>
    <w:pPr>
      <w:spacing w:after="120"/>
    </w:pPr>
    <w:rPr>
      <w:rFonts w:ascii="Arial" w:hAnsi="Arial"/>
    </w:rPr>
  </w:style>
  <w:style w:type="character" w:styleId="HTML">
    <w:name w:val="HTML Code"/>
    <w:basedOn w:val="a2"/>
    <w:uiPriority w:val="99"/>
    <w:semiHidden/>
    <w:unhideWhenUsed/>
    <w:rsid w:val="00602D71"/>
    <w:rPr>
      <w:rFonts w:ascii="Courier New" w:eastAsia="Times New Roman" w:hAnsi="Courier New" w:cs="Courier New"/>
      <w:sz w:val="20"/>
      <w:szCs w:val="20"/>
    </w:rPr>
  </w:style>
  <w:style w:type="character" w:styleId="aff8">
    <w:name w:val="Hyperlink"/>
    <w:basedOn w:val="a2"/>
    <w:uiPriority w:val="99"/>
    <w:unhideWhenUsed/>
    <w:rsid w:val="00151576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151576"/>
    <w:rPr>
      <w:color w:val="605E5C"/>
      <w:shd w:val="clear" w:color="auto" w:fill="E1DFDD"/>
    </w:rPr>
  </w:style>
  <w:style w:type="paragraph" w:styleId="HTML0">
    <w:name w:val="HTML Preformatted"/>
    <w:basedOn w:val="a1"/>
    <w:link w:val="HTML1"/>
    <w:uiPriority w:val="99"/>
    <w:semiHidden/>
    <w:unhideWhenUsed/>
    <w:rsid w:val="00052A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052AD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ffa">
    <w:name w:val="Normal (Web)"/>
    <w:basedOn w:val="a1"/>
    <w:uiPriority w:val="99"/>
    <w:semiHidden/>
    <w:unhideWhenUsed/>
    <w:rsid w:val="00603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0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zaezdo.pro/settings/integration" TargetMode="External"/><Relationship Id="rId13" Type="http://schemas.openxmlformats.org/officeDocument/2006/relationships/hyperlink" Target="https://app.zaezdo.pro/settings/integrati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p.zaezdo.pro/directory/drive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.zaezdo.pro/directory/vehicl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pp.zaezdo.pro/directory/counterpart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.zaezdo.pro/directory/sites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985D5C-CDAA-479F-AE7F-C01E8D74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57</Pages>
  <Words>10204</Words>
  <Characters>58166</Characters>
  <Application>Microsoft Office Word</Application>
  <DocSecurity>0</DocSecurity>
  <Lines>484</Lines>
  <Paragraphs>136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API Заездо v1 — документация семи методов</vt:lpstr>
      <vt:lpstr/>
    </vt:vector>
  </TitlesOfParts>
  <Manager/>
  <Company/>
  <LinksUpToDate>false</LinksUpToDate>
  <CharactersWithSpaces>68234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Заездо v1 — документация семи методов</dc:title>
  <dc:subject>Подключение, пользователи, площадки, контрагенты, автомобили, водители, визиты</dc:subject>
  <dc:creator>Заездо</dc:creator>
  <cp:keywords>Заездо, API v1, users, visits</cp:keywords>
  <dc:description/>
  <cp:lastModifiedBy>Egor</cp:lastModifiedBy>
  <cp:revision>70</cp:revision>
  <dcterms:created xsi:type="dcterms:W3CDTF">2013-12-23T23:15:00Z</dcterms:created>
  <dcterms:modified xsi:type="dcterms:W3CDTF">2026-10-27T15:51:00Z</dcterms:modified>
  <cp:category/>
</cp:coreProperties>
</file>